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B9" w:rsidRPr="00BB02B9" w:rsidRDefault="00BB02B9" w:rsidP="00BB02B9">
      <w:pPr>
        <w:shd w:val="clear" w:color="auto" w:fill="FFFFFF"/>
        <w:spacing w:after="0" w:line="240" w:lineRule="auto"/>
        <w:jc w:val="center"/>
        <w:rPr>
          <w:rFonts w:ascii="Times New Roman" w:eastAsia="Times New Roman" w:hAnsi="Times New Roman" w:cs="Times New Roman"/>
          <w:sz w:val="24"/>
          <w:szCs w:val="24"/>
          <w:lang w:eastAsia="ru-RU"/>
        </w:rPr>
      </w:pPr>
    </w:p>
    <w:p w:rsidR="00BB02B9" w:rsidRPr="00BB02B9" w:rsidRDefault="00BB02B9" w:rsidP="00BB02B9">
      <w:pPr>
        <w:autoSpaceDE w:val="0"/>
        <w:autoSpaceDN w:val="0"/>
        <w:spacing w:after="0" w:line="230" w:lineRule="auto"/>
        <w:jc w:val="center"/>
        <w:rPr>
          <w:rFonts w:ascii="Cambria" w:eastAsia="MS Mincho" w:hAnsi="Cambria" w:cs="Times New Roman"/>
        </w:rPr>
      </w:pPr>
      <w:r w:rsidRPr="00BB02B9">
        <w:rPr>
          <w:rFonts w:ascii="Times New Roman" w:eastAsia="Times New Roman" w:hAnsi="Times New Roman" w:cs="Times New Roman"/>
          <w:b/>
          <w:color w:val="000000"/>
          <w:sz w:val="24"/>
        </w:rPr>
        <w:t>МИНИСТЕРСТВО ПРОСВЕЩЕНИЯ РОССИЙСКОЙ ФЕДЕРАЦИИ</w:t>
      </w:r>
    </w:p>
    <w:p w:rsidR="00BB02B9" w:rsidRPr="00BB02B9" w:rsidRDefault="00BB02B9" w:rsidP="00BB02B9">
      <w:pPr>
        <w:autoSpaceDE w:val="0"/>
        <w:autoSpaceDN w:val="0"/>
        <w:spacing w:before="670" w:after="0" w:line="230" w:lineRule="auto"/>
        <w:ind w:left="2286"/>
        <w:rPr>
          <w:rFonts w:ascii="Cambria" w:eastAsia="MS Mincho" w:hAnsi="Cambria" w:cs="Times New Roman"/>
        </w:rPr>
      </w:pPr>
      <w:r w:rsidRPr="00BB02B9">
        <w:rPr>
          <w:rFonts w:ascii="Times New Roman" w:eastAsia="Times New Roman" w:hAnsi="Times New Roman" w:cs="Times New Roman"/>
          <w:color w:val="000000"/>
          <w:sz w:val="24"/>
        </w:rPr>
        <w:t>Министерство образования и науки Республики Татарстан</w:t>
      </w:r>
    </w:p>
    <w:p w:rsidR="00BB02B9" w:rsidRPr="00BB02B9" w:rsidRDefault="00BB02B9" w:rsidP="00BB02B9">
      <w:pPr>
        <w:autoSpaceDE w:val="0"/>
        <w:autoSpaceDN w:val="0"/>
        <w:spacing w:before="670" w:after="0" w:line="230" w:lineRule="auto"/>
        <w:rPr>
          <w:rFonts w:ascii="Cambria" w:eastAsia="MS Mincho" w:hAnsi="Cambria" w:cs="Times New Roman"/>
        </w:rPr>
      </w:pPr>
      <w:r w:rsidRPr="00BB02B9">
        <w:rPr>
          <w:rFonts w:ascii="Times New Roman" w:eastAsia="Times New Roman" w:hAnsi="Times New Roman" w:cs="Times New Roman"/>
          <w:color w:val="000000"/>
          <w:sz w:val="24"/>
        </w:rPr>
        <w:t>МУ "Отдел образования исполнительного комитета Спасского муниципального района</w:t>
      </w:r>
    </w:p>
    <w:tbl>
      <w:tblPr>
        <w:tblpPr w:leftFromText="180" w:rightFromText="180" w:vertAnchor="text" w:horzAnchor="margin" w:tblpXSpec="center" w:tblpY="1906"/>
        <w:tblW w:w="10102" w:type="dxa"/>
        <w:tblLayout w:type="fixed"/>
        <w:tblLook w:val="04A0" w:firstRow="1" w:lastRow="0" w:firstColumn="1" w:lastColumn="0" w:noHBand="0" w:noVBand="1"/>
      </w:tblPr>
      <w:tblGrid>
        <w:gridCol w:w="3222"/>
        <w:gridCol w:w="3420"/>
        <w:gridCol w:w="3460"/>
      </w:tblGrid>
      <w:tr w:rsidR="00BB02B9" w:rsidRPr="00BB02B9" w:rsidTr="00BB02B9">
        <w:trPr>
          <w:trHeight w:hRule="exact" w:val="274"/>
        </w:trPr>
        <w:tc>
          <w:tcPr>
            <w:tcW w:w="3222" w:type="dxa"/>
            <w:tcMar>
              <w:left w:w="0" w:type="dxa"/>
              <w:right w:w="0" w:type="dxa"/>
            </w:tcMar>
          </w:tcPr>
          <w:p w:rsidR="00BB02B9" w:rsidRPr="00BB02B9" w:rsidRDefault="00BB02B9" w:rsidP="00BB02B9">
            <w:pPr>
              <w:autoSpaceDE w:val="0"/>
              <w:autoSpaceDN w:val="0"/>
              <w:spacing w:before="48" w:after="0" w:line="230" w:lineRule="auto"/>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РАССМОТРЕНО</w:t>
            </w:r>
          </w:p>
        </w:tc>
        <w:tc>
          <w:tcPr>
            <w:tcW w:w="3420" w:type="dxa"/>
            <w:tcMar>
              <w:left w:w="0" w:type="dxa"/>
              <w:right w:w="0" w:type="dxa"/>
            </w:tcMar>
          </w:tcPr>
          <w:p w:rsidR="00BB02B9" w:rsidRPr="00BB02B9" w:rsidRDefault="00BB02B9" w:rsidP="00BB02B9">
            <w:pPr>
              <w:autoSpaceDE w:val="0"/>
              <w:autoSpaceDN w:val="0"/>
              <w:spacing w:before="48" w:after="0" w:line="230" w:lineRule="auto"/>
              <w:ind w:left="296"/>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СОГЛАСОВАНО</w:t>
            </w:r>
          </w:p>
        </w:tc>
        <w:tc>
          <w:tcPr>
            <w:tcW w:w="3460" w:type="dxa"/>
            <w:tcMar>
              <w:left w:w="0" w:type="dxa"/>
              <w:right w:w="0" w:type="dxa"/>
            </w:tcMar>
          </w:tcPr>
          <w:p w:rsidR="00BB02B9" w:rsidRPr="00BB02B9" w:rsidRDefault="00BB02B9" w:rsidP="00BB02B9">
            <w:pPr>
              <w:autoSpaceDE w:val="0"/>
              <w:autoSpaceDN w:val="0"/>
              <w:spacing w:before="48" w:after="0" w:line="230" w:lineRule="auto"/>
              <w:ind w:left="392"/>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УТВЕРЖДЕНО</w:t>
            </w:r>
          </w:p>
        </w:tc>
      </w:tr>
      <w:tr w:rsidR="00BB02B9" w:rsidRPr="00BB02B9" w:rsidTr="00BB02B9">
        <w:trPr>
          <w:trHeight w:hRule="exact" w:val="200"/>
        </w:trPr>
        <w:tc>
          <w:tcPr>
            <w:tcW w:w="3222" w:type="dxa"/>
            <w:tcMar>
              <w:left w:w="0" w:type="dxa"/>
              <w:right w:w="0" w:type="dxa"/>
            </w:tcMar>
          </w:tcPr>
          <w:p w:rsidR="00BB02B9" w:rsidRPr="00BB02B9" w:rsidRDefault="00BB02B9" w:rsidP="00BB02B9">
            <w:pPr>
              <w:autoSpaceDE w:val="0"/>
              <w:autoSpaceDN w:val="0"/>
              <w:spacing w:after="0" w:line="230" w:lineRule="auto"/>
              <w:rPr>
                <w:rFonts w:ascii="Cambria" w:eastAsia="MS Mincho" w:hAnsi="Cambria" w:cs="Times New Roman"/>
              </w:rPr>
            </w:pPr>
            <w:r w:rsidRPr="00BB02B9">
              <w:rPr>
                <w:rFonts w:ascii="Times New Roman" w:eastAsia="Times New Roman" w:hAnsi="Times New Roman" w:cs="Times New Roman"/>
                <w:color w:val="000000"/>
                <w:w w:val="102"/>
                <w:sz w:val="20"/>
              </w:rPr>
              <w:t xml:space="preserve">на заседании МО учителей </w:t>
            </w:r>
          </w:p>
        </w:tc>
        <w:tc>
          <w:tcPr>
            <w:tcW w:w="3420" w:type="dxa"/>
            <w:tcMar>
              <w:left w:w="0" w:type="dxa"/>
              <w:right w:w="0" w:type="dxa"/>
            </w:tcMar>
          </w:tcPr>
          <w:p w:rsidR="00BB02B9" w:rsidRPr="00BB02B9" w:rsidRDefault="00BB02B9" w:rsidP="00BB02B9">
            <w:pPr>
              <w:autoSpaceDE w:val="0"/>
              <w:autoSpaceDN w:val="0"/>
              <w:spacing w:after="0" w:line="230" w:lineRule="auto"/>
              <w:ind w:left="296"/>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на</w:t>
            </w:r>
            <w:proofErr w:type="spellEnd"/>
            <w:r w:rsidRPr="00BB02B9">
              <w:rPr>
                <w:rFonts w:ascii="Times New Roman" w:eastAsia="Times New Roman" w:hAnsi="Times New Roman" w:cs="Times New Roman"/>
                <w:color w:val="000000"/>
                <w:w w:val="102"/>
                <w:sz w:val="20"/>
                <w:lang w:val="en-US"/>
              </w:rPr>
              <w:t xml:space="preserve"> </w:t>
            </w:r>
            <w:proofErr w:type="spellStart"/>
            <w:r w:rsidRPr="00BB02B9">
              <w:rPr>
                <w:rFonts w:ascii="Times New Roman" w:eastAsia="Times New Roman" w:hAnsi="Times New Roman" w:cs="Times New Roman"/>
                <w:color w:val="000000"/>
                <w:w w:val="102"/>
                <w:sz w:val="20"/>
                <w:lang w:val="en-US"/>
              </w:rPr>
              <w:t>заседании</w:t>
            </w:r>
            <w:proofErr w:type="spellEnd"/>
            <w:r w:rsidRPr="00BB02B9">
              <w:rPr>
                <w:rFonts w:ascii="Times New Roman" w:eastAsia="Times New Roman" w:hAnsi="Times New Roman" w:cs="Times New Roman"/>
                <w:color w:val="000000"/>
                <w:w w:val="102"/>
                <w:sz w:val="20"/>
                <w:lang w:val="en-US"/>
              </w:rPr>
              <w:t xml:space="preserve"> МС </w:t>
            </w:r>
            <w:proofErr w:type="spellStart"/>
            <w:r w:rsidRPr="00BB02B9">
              <w:rPr>
                <w:rFonts w:ascii="Times New Roman" w:eastAsia="Times New Roman" w:hAnsi="Times New Roman" w:cs="Times New Roman"/>
                <w:color w:val="000000"/>
                <w:w w:val="102"/>
                <w:sz w:val="20"/>
                <w:lang w:val="en-US"/>
              </w:rPr>
              <w:t>школы</w:t>
            </w:r>
            <w:proofErr w:type="spellEnd"/>
          </w:p>
        </w:tc>
        <w:tc>
          <w:tcPr>
            <w:tcW w:w="3460" w:type="dxa"/>
            <w:tcMar>
              <w:left w:w="0" w:type="dxa"/>
              <w:right w:w="0" w:type="dxa"/>
            </w:tcMar>
          </w:tcPr>
          <w:p w:rsidR="00BB02B9" w:rsidRPr="00BB02B9" w:rsidRDefault="00BB02B9" w:rsidP="00BB02B9">
            <w:pPr>
              <w:autoSpaceDE w:val="0"/>
              <w:autoSpaceDN w:val="0"/>
              <w:spacing w:after="0" w:line="230" w:lineRule="auto"/>
              <w:ind w:left="392"/>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Директор</w:t>
            </w:r>
            <w:proofErr w:type="spellEnd"/>
            <w:r w:rsidRPr="00BB02B9">
              <w:rPr>
                <w:rFonts w:ascii="Times New Roman" w:eastAsia="Times New Roman" w:hAnsi="Times New Roman" w:cs="Times New Roman"/>
                <w:color w:val="000000"/>
                <w:w w:val="102"/>
                <w:sz w:val="20"/>
              </w:rPr>
              <w:t xml:space="preserve"> </w:t>
            </w:r>
          </w:p>
        </w:tc>
      </w:tr>
      <w:tr w:rsidR="00BB02B9" w:rsidRPr="00BB02B9" w:rsidTr="00BB02B9">
        <w:trPr>
          <w:trHeight w:hRule="exact" w:val="400"/>
        </w:trPr>
        <w:tc>
          <w:tcPr>
            <w:tcW w:w="3222" w:type="dxa"/>
            <w:tcMar>
              <w:left w:w="0" w:type="dxa"/>
              <w:right w:w="0" w:type="dxa"/>
            </w:tcMar>
          </w:tcPr>
          <w:p w:rsidR="00BB02B9" w:rsidRPr="00BB02B9" w:rsidRDefault="00BB02B9" w:rsidP="00BB02B9">
            <w:pPr>
              <w:autoSpaceDE w:val="0"/>
              <w:autoSpaceDN w:val="0"/>
              <w:spacing w:after="0" w:line="230" w:lineRule="auto"/>
              <w:rPr>
                <w:rFonts w:ascii="Cambria" w:eastAsia="MS Mincho" w:hAnsi="Cambria" w:cs="Times New Roman"/>
                <w:lang w:val="en-US"/>
              </w:rPr>
            </w:pPr>
            <w:r w:rsidRPr="00BB02B9">
              <w:rPr>
                <w:rFonts w:ascii="Times New Roman" w:eastAsia="Times New Roman" w:hAnsi="Times New Roman" w:cs="Times New Roman"/>
                <w:color w:val="000000"/>
                <w:w w:val="102"/>
                <w:sz w:val="20"/>
              </w:rPr>
              <w:t xml:space="preserve">начальных </w:t>
            </w:r>
            <w:proofErr w:type="spellStart"/>
            <w:r w:rsidRPr="00BB02B9">
              <w:rPr>
                <w:rFonts w:ascii="Times New Roman" w:eastAsia="Times New Roman" w:hAnsi="Times New Roman" w:cs="Times New Roman"/>
                <w:color w:val="000000"/>
                <w:w w:val="102"/>
                <w:sz w:val="20"/>
                <w:lang w:val="en-US"/>
              </w:rPr>
              <w:t>классов</w:t>
            </w:r>
            <w:proofErr w:type="spellEnd"/>
          </w:p>
        </w:tc>
        <w:tc>
          <w:tcPr>
            <w:tcW w:w="3420" w:type="dxa"/>
            <w:vMerge w:val="restart"/>
            <w:tcMar>
              <w:left w:w="0" w:type="dxa"/>
              <w:right w:w="0" w:type="dxa"/>
            </w:tcMar>
          </w:tcPr>
          <w:p w:rsidR="00BB02B9" w:rsidRPr="00BB02B9" w:rsidRDefault="00BB02B9" w:rsidP="00BB02B9">
            <w:pPr>
              <w:autoSpaceDE w:val="0"/>
              <w:autoSpaceDN w:val="0"/>
              <w:spacing w:before="198" w:after="0" w:line="230" w:lineRule="auto"/>
              <w:ind w:left="296"/>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______________</w:t>
            </w:r>
            <w:proofErr w:type="spellStart"/>
            <w:r w:rsidRPr="00BB02B9">
              <w:rPr>
                <w:rFonts w:ascii="Times New Roman" w:eastAsia="Times New Roman" w:hAnsi="Times New Roman" w:cs="Times New Roman"/>
                <w:color w:val="000000"/>
                <w:w w:val="102"/>
                <w:sz w:val="20"/>
                <w:lang w:val="en-US"/>
              </w:rPr>
              <w:t>Черкасова</w:t>
            </w:r>
            <w:proofErr w:type="spellEnd"/>
            <w:r w:rsidRPr="00BB02B9">
              <w:rPr>
                <w:rFonts w:ascii="Times New Roman" w:eastAsia="Times New Roman" w:hAnsi="Times New Roman" w:cs="Times New Roman"/>
                <w:color w:val="000000"/>
                <w:w w:val="102"/>
                <w:sz w:val="20"/>
                <w:lang w:val="en-US"/>
              </w:rPr>
              <w:t xml:space="preserve"> Е.А.</w:t>
            </w:r>
          </w:p>
        </w:tc>
        <w:tc>
          <w:tcPr>
            <w:tcW w:w="3460" w:type="dxa"/>
            <w:vMerge w:val="restart"/>
            <w:tcMar>
              <w:left w:w="0" w:type="dxa"/>
              <w:right w:w="0" w:type="dxa"/>
            </w:tcMar>
          </w:tcPr>
          <w:p w:rsidR="00BB02B9" w:rsidRPr="00BB02B9" w:rsidRDefault="00BB02B9" w:rsidP="00BB02B9">
            <w:pPr>
              <w:autoSpaceDE w:val="0"/>
              <w:autoSpaceDN w:val="0"/>
              <w:spacing w:before="198" w:after="0" w:line="230" w:lineRule="auto"/>
              <w:ind w:left="392"/>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______________</w:t>
            </w:r>
            <w:proofErr w:type="spellStart"/>
            <w:r w:rsidRPr="00BB02B9">
              <w:rPr>
                <w:rFonts w:ascii="Times New Roman" w:eastAsia="Times New Roman" w:hAnsi="Times New Roman" w:cs="Times New Roman"/>
                <w:color w:val="000000"/>
                <w:w w:val="102"/>
                <w:sz w:val="20"/>
                <w:lang w:val="en-US"/>
              </w:rPr>
              <w:t>Борюшкина</w:t>
            </w:r>
            <w:proofErr w:type="spellEnd"/>
            <w:r w:rsidRPr="00BB02B9">
              <w:rPr>
                <w:rFonts w:ascii="Times New Roman" w:eastAsia="Times New Roman" w:hAnsi="Times New Roman" w:cs="Times New Roman"/>
                <w:color w:val="000000"/>
                <w:w w:val="102"/>
                <w:sz w:val="20"/>
                <w:lang w:val="en-US"/>
              </w:rPr>
              <w:t xml:space="preserve"> Л.В.</w:t>
            </w:r>
          </w:p>
        </w:tc>
      </w:tr>
      <w:tr w:rsidR="00BB02B9" w:rsidRPr="00BB02B9" w:rsidTr="00BB02B9">
        <w:trPr>
          <w:trHeight w:hRule="exact" w:val="116"/>
        </w:trPr>
        <w:tc>
          <w:tcPr>
            <w:tcW w:w="3222" w:type="dxa"/>
            <w:vMerge w:val="restart"/>
            <w:tcMar>
              <w:left w:w="0" w:type="dxa"/>
              <w:right w:w="0" w:type="dxa"/>
            </w:tcMar>
          </w:tcPr>
          <w:p w:rsidR="00BB02B9" w:rsidRPr="00BB02B9" w:rsidRDefault="00BB02B9" w:rsidP="00BB02B9">
            <w:pPr>
              <w:autoSpaceDE w:val="0"/>
              <w:autoSpaceDN w:val="0"/>
              <w:spacing w:before="2" w:after="0" w:line="230" w:lineRule="auto"/>
              <w:rPr>
                <w:rFonts w:ascii="Cambria" w:eastAsia="MS Mincho" w:hAnsi="Cambria" w:cs="Times New Roman"/>
                <w:lang w:val="en-US"/>
              </w:rPr>
            </w:pPr>
            <w:r w:rsidRPr="00BB02B9">
              <w:rPr>
                <w:rFonts w:ascii="Times New Roman" w:eastAsia="Times New Roman" w:hAnsi="Times New Roman" w:cs="Times New Roman"/>
                <w:color w:val="000000"/>
                <w:w w:val="102"/>
                <w:sz w:val="20"/>
                <w:lang w:val="en-US"/>
              </w:rPr>
              <w:t>______________Егорова О.Н.</w:t>
            </w:r>
          </w:p>
        </w:tc>
        <w:tc>
          <w:tcPr>
            <w:tcW w:w="3420" w:type="dxa"/>
            <w:vMerge/>
          </w:tcPr>
          <w:p w:rsidR="00BB02B9" w:rsidRPr="00BB02B9" w:rsidRDefault="00BB02B9" w:rsidP="00BB02B9">
            <w:pPr>
              <w:spacing w:after="200" w:line="276" w:lineRule="auto"/>
              <w:rPr>
                <w:rFonts w:ascii="Cambria" w:eastAsia="MS Mincho" w:hAnsi="Cambria" w:cs="Times New Roman"/>
                <w:lang w:val="en-US"/>
              </w:rPr>
            </w:pPr>
          </w:p>
        </w:tc>
        <w:tc>
          <w:tcPr>
            <w:tcW w:w="3460" w:type="dxa"/>
            <w:vMerge/>
          </w:tcPr>
          <w:p w:rsidR="00BB02B9" w:rsidRPr="00BB02B9" w:rsidRDefault="00BB02B9" w:rsidP="00BB02B9">
            <w:pPr>
              <w:spacing w:after="200" w:line="276" w:lineRule="auto"/>
              <w:rPr>
                <w:rFonts w:ascii="Cambria" w:eastAsia="MS Mincho" w:hAnsi="Cambria" w:cs="Times New Roman"/>
                <w:lang w:val="en-US"/>
              </w:rPr>
            </w:pPr>
          </w:p>
        </w:tc>
      </w:tr>
      <w:tr w:rsidR="00BB02B9" w:rsidRPr="00BB02B9" w:rsidTr="00BB02B9">
        <w:trPr>
          <w:trHeight w:hRule="exact" w:val="304"/>
        </w:trPr>
        <w:tc>
          <w:tcPr>
            <w:tcW w:w="3222" w:type="dxa"/>
            <w:vMerge/>
          </w:tcPr>
          <w:p w:rsidR="00BB02B9" w:rsidRPr="00BB02B9" w:rsidRDefault="00BB02B9" w:rsidP="00BB02B9">
            <w:pPr>
              <w:spacing w:after="200" w:line="276" w:lineRule="auto"/>
              <w:rPr>
                <w:rFonts w:ascii="Cambria" w:eastAsia="MS Mincho" w:hAnsi="Cambria" w:cs="Times New Roman"/>
                <w:lang w:val="en-US"/>
              </w:rPr>
            </w:pPr>
          </w:p>
        </w:tc>
        <w:tc>
          <w:tcPr>
            <w:tcW w:w="3420" w:type="dxa"/>
            <w:tcMar>
              <w:left w:w="0" w:type="dxa"/>
              <w:right w:w="0" w:type="dxa"/>
            </w:tcMar>
          </w:tcPr>
          <w:p w:rsidR="00BB02B9" w:rsidRPr="00BB02B9" w:rsidRDefault="00BB02B9" w:rsidP="00BB02B9">
            <w:pPr>
              <w:autoSpaceDE w:val="0"/>
              <w:autoSpaceDN w:val="0"/>
              <w:spacing w:before="78" w:after="0" w:line="230" w:lineRule="auto"/>
              <w:ind w:left="296"/>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Протокол</w:t>
            </w:r>
            <w:proofErr w:type="spellEnd"/>
            <w:r w:rsidRPr="00BB02B9">
              <w:rPr>
                <w:rFonts w:ascii="Times New Roman" w:eastAsia="Times New Roman" w:hAnsi="Times New Roman" w:cs="Times New Roman"/>
                <w:color w:val="000000"/>
                <w:w w:val="102"/>
                <w:sz w:val="20"/>
                <w:lang w:val="en-US"/>
              </w:rPr>
              <w:t xml:space="preserve"> №____</w:t>
            </w:r>
          </w:p>
        </w:tc>
        <w:tc>
          <w:tcPr>
            <w:tcW w:w="3460" w:type="dxa"/>
            <w:tcMar>
              <w:left w:w="0" w:type="dxa"/>
              <w:right w:w="0" w:type="dxa"/>
            </w:tcMar>
          </w:tcPr>
          <w:p w:rsidR="00BB02B9" w:rsidRPr="00BB02B9" w:rsidRDefault="00BB02B9" w:rsidP="00BB02B9">
            <w:pPr>
              <w:autoSpaceDE w:val="0"/>
              <w:autoSpaceDN w:val="0"/>
              <w:spacing w:before="78" w:after="0" w:line="230" w:lineRule="auto"/>
              <w:ind w:left="392"/>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Приказ</w:t>
            </w:r>
            <w:proofErr w:type="spellEnd"/>
            <w:r w:rsidRPr="00BB02B9">
              <w:rPr>
                <w:rFonts w:ascii="Times New Roman" w:eastAsia="Times New Roman" w:hAnsi="Times New Roman" w:cs="Times New Roman"/>
                <w:color w:val="000000"/>
                <w:w w:val="102"/>
                <w:sz w:val="20"/>
                <w:lang w:val="en-US"/>
              </w:rPr>
              <w:t xml:space="preserve"> №____</w:t>
            </w:r>
          </w:p>
        </w:tc>
      </w:tr>
      <w:tr w:rsidR="00BB02B9" w:rsidRPr="00BB02B9" w:rsidTr="00BB02B9">
        <w:trPr>
          <w:trHeight w:hRule="exact" w:val="300"/>
        </w:trPr>
        <w:tc>
          <w:tcPr>
            <w:tcW w:w="3222" w:type="dxa"/>
            <w:tcMar>
              <w:left w:w="0" w:type="dxa"/>
              <w:right w:w="0" w:type="dxa"/>
            </w:tcMar>
          </w:tcPr>
          <w:p w:rsidR="00BB02B9" w:rsidRPr="00BB02B9" w:rsidRDefault="00BB02B9" w:rsidP="00BB02B9">
            <w:pPr>
              <w:autoSpaceDE w:val="0"/>
              <w:autoSpaceDN w:val="0"/>
              <w:spacing w:after="0" w:line="230" w:lineRule="auto"/>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Протокол</w:t>
            </w:r>
            <w:proofErr w:type="spellEnd"/>
            <w:r w:rsidRPr="00BB02B9">
              <w:rPr>
                <w:rFonts w:ascii="Times New Roman" w:eastAsia="Times New Roman" w:hAnsi="Times New Roman" w:cs="Times New Roman"/>
                <w:color w:val="000000"/>
                <w:w w:val="102"/>
                <w:sz w:val="20"/>
                <w:lang w:val="en-US"/>
              </w:rPr>
              <w:t xml:space="preserve"> №____</w:t>
            </w:r>
          </w:p>
        </w:tc>
        <w:tc>
          <w:tcPr>
            <w:tcW w:w="3420" w:type="dxa"/>
            <w:vMerge w:val="restart"/>
            <w:tcMar>
              <w:left w:w="0" w:type="dxa"/>
              <w:right w:w="0" w:type="dxa"/>
            </w:tcMar>
          </w:tcPr>
          <w:p w:rsidR="00BB02B9" w:rsidRPr="00414AF0" w:rsidRDefault="00414AF0" w:rsidP="00BB02B9">
            <w:pPr>
              <w:autoSpaceDE w:val="0"/>
              <w:autoSpaceDN w:val="0"/>
              <w:spacing w:before="194" w:after="0" w:line="230" w:lineRule="auto"/>
              <w:ind w:left="296"/>
              <w:rPr>
                <w:rFonts w:ascii="Cambria" w:eastAsia="MS Mincho" w:hAnsi="Cambria" w:cs="Times New Roman"/>
              </w:rPr>
            </w:pPr>
            <w:proofErr w:type="spellStart"/>
            <w:r>
              <w:rPr>
                <w:rFonts w:ascii="Times New Roman" w:eastAsia="Times New Roman" w:hAnsi="Times New Roman" w:cs="Times New Roman"/>
                <w:color w:val="000000"/>
                <w:w w:val="102"/>
                <w:sz w:val="20"/>
                <w:lang w:val="en-US"/>
              </w:rPr>
              <w:t>от</w:t>
            </w:r>
            <w:proofErr w:type="spellEnd"/>
            <w:r>
              <w:rPr>
                <w:rFonts w:ascii="Times New Roman" w:eastAsia="Times New Roman" w:hAnsi="Times New Roman" w:cs="Times New Roman"/>
                <w:color w:val="000000"/>
                <w:w w:val="102"/>
                <w:sz w:val="20"/>
                <w:lang w:val="en-US"/>
              </w:rPr>
              <w:t xml:space="preserve"> "29" </w:t>
            </w:r>
            <w:proofErr w:type="spellStart"/>
            <w:r>
              <w:rPr>
                <w:rFonts w:ascii="Times New Roman" w:eastAsia="Times New Roman" w:hAnsi="Times New Roman" w:cs="Times New Roman"/>
                <w:color w:val="000000"/>
                <w:w w:val="102"/>
                <w:sz w:val="20"/>
                <w:lang w:val="en-US"/>
              </w:rPr>
              <w:t>августа</w:t>
            </w:r>
            <w:proofErr w:type="spellEnd"/>
            <w:r>
              <w:rPr>
                <w:rFonts w:ascii="Times New Roman" w:eastAsia="Times New Roman" w:hAnsi="Times New Roman" w:cs="Times New Roman"/>
                <w:color w:val="000000"/>
                <w:w w:val="102"/>
                <w:sz w:val="20"/>
              </w:rPr>
              <w:t xml:space="preserve"> </w:t>
            </w:r>
            <w:r>
              <w:rPr>
                <w:rFonts w:ascii="Times New Roman" w:eastAsia="Times New Roman" w:hAnsi="Times New Roman" w:cs="Times New Roman"/>
                <w:color w:val="000000"/>
                <w:w w:val="102"/>
                <w:sz w:val="20"/>
                <w:lang w:val="en-US"/>
              </w:rPr>
              <w:t>2022</w:t>
            </w:r>
            <w:r>
              <w:rPr>
                <w:rFonts w:ascii="Times New Roman" w:eastAsia="Times New Roman" w:hAnsi="Times New Roman" w:cs="Times New Roman"/>
                <w:color w:val="000000"/>
                <w:w w:val="102"/>
                <w:sz w:val="20"/>
              </w:rPr>
              <w:t xml:space="preserve"> </w:t>
            </w:r>
            <w:r w:rsidRPr="00BB02B9">
              <w:rPr>
                <w:rFonts w:ascii="Times New Roman" w:eastAsia="Times New Roman" w:hAnsi="Times New Roman" w:cs="Times New Roman"/>
                <w:color w:val="000000"/>
                <w:w w:val="102"/>
                <w:sz w:val="20"/>
                <w:lang w:val="en-US"/>
              </w:rPr>
              <w:t>г</w:t>
            </w:r>
            <w:r>
              <w:rPr>
                <w:rFonts w:ascii="Times New Roman" w:eastAsia="Times New Roman" w:hAnsi="Times New Roman" w:cs="Times New Roman"/>
                <w:color w:val="000000"/>
                <w:w w:val="102"/>
                <w:sz w:val="20"/>
              </w:rPr>
              <w:t>.</w:t>
            </w:r>
          </w:p>
        </w:tc>
        <w:tc>
          <w:tcPr>
            <w:tcW w:w="3460" w:type="dxa"/>
            <w:vMerge w:val="restart"/>
            <w:tcMar>
              <w:left w:w="0" w:type="dxa"/>
              <w:right w:w="0" w:type="dxa"/>
            </w:tcMar>
          </w:tcPr>
          <w:p w:rsidR="00BB02B9" w:rsidRPr="00BB02B9" w:rsidRDefault="00BB02B9" w:rsidP="00BB02B9">
            <w:pPr>
              <w:autoSpaceDE w:val="0"/>
              <w:autoSpaceDN w:val="0"/>
              <w:spacing w:before="194" w:after="0" w:line="230" w:lineRule="auto"/>
              <w:ind w:left="392"/>
              <w:rPr>
                <w:rFonts w:ascii="Cambria" w:eastAsia="MS Mincho" w:hAnsi="Cambria" w:cs="Times New Roman"/>
                <w:lang w:val="en-US"/>
              </w:rPr>
            </w:pPr>
            <w:proofErr w:type="spellStart"/>
            <w:r w:rsidRPr="00BB02B9">
              <w:rPr>
                <w:rFonts w:ascii="Times New Roman" w:eastAsia="Times New Roman" w:hAnsi="Times New Roman" w:cs="Times New Roman"/>
                <w:color w:val="000000"/>
                <w:w w:val="102"/>
                <w:sz w:val="20"/>
                <w:lang w:val="en-US"/>
              </w:rPr>
              <w:t>от</w:t>
            </w:r>
            <w:proofErr w:type="spellEnd"/>
            <w:r w:rsidRPr="00BB02B9">
              <w:rPr>
                <w:rFonts w:ascii="Times New Roman" w:eastAsia="Times New Roman" w:hAnsi="Times New Roman" w:cs="Times New Roman"/>
                <w:color w:val="000000"/>
                <w:w w:val="102"/>
                <w:sz w:val="20"/>
                <w:lang w:val="en-US"/>
              </w:rPr>
              <w:t xml:space="preserve"> "___" ___</w:t>
            </w:r>
            <w:r w:rsidR="00414AF0">
              <w:rPr>
                <w:rFonts w:ascii="Times New Roman" w:eastAsia="Times New Roman" w:hAnsi="Times New Roman" w:cs="Times New Roman"/>
                <w:color w:val="000000"/>
                <w:w w:val="102"/>
                <w:sz w:val="20"/>
                <w:lang w:val="en-US"/>
              </w:rPr>
              <w:t>_2022</w:t>
            </w:r>
            <w:r w:rsidRPr="00BB02B9">
              <w:rPr>
                <w:rFonts w:ascii="Times New Roman" w:eastAsia="Times New Roman" w:hAnsi="Times New Roman" w:cs="Times New Roman"/>
                <w:color w:val="000000"/>
                <w:w w:val="102"/>
                <w:sz w:val="20"/>
                <w:lang w:val="en-US"/>
              </w:rPr>
              <w:t xml:space="preserve"> г.</w:t>
            </w:r>
          </w:p>
        </w:tc>
      </w:tr>
      <w:tr w:rsidR="00BB02B9" w:rsidRPr="00BB02B9" w:rsidTr="00BB02B9">
        <w:trPr>
          <w:trHeight w:hRule="exact" w:val="384"/>
        </w:trPr>
        <w:tc>
          <w:tcPr>
            <w:tcW w:w="3222" w:type="dxa"/>
            <w:tcMar>
              <w:left w:w="0" w:type="dxa"/>
              <w:right w:w="0" w:type="dxa"/>
            </w:tcMar>
          </w:tcPr>
          <w:p w:rsidR="00BB02B9" w:rsidRPr="00BB02B9" w:rsidRDefault="00414AF0" w:rsidP="00BB02B9">
            <w:pPr>
              <w:autoSpaceDE w:val="0"/>
              <w:autoSpaceDN w:val="0"/>
              <w:spacing w:before="98" w:after="0" w:line="230" w:lineRule="auto"/>
              <w:rPr>
                <w:rFonts w:ascii="Cambria" w:eastAsia="MS Mincho" w:hAnsi="Cambria" w:cs="Times New Roman"/>
                <w:lang w:val="en-US"/>
              </w:rPr>
            </w:pPr>
            <w:proofErr w:type="spellStart"/>
            <w:r>
              <w:rPr>
                <w:rFonts w:ascii="Times New Roman" w:eastAsia="Times New Roman" w:hAnsi="Times New Roman" w:cs="Times New Roman"/>
                <w:color w:val="000000"/>
                <w:w w:val="102"/>
                <w:sz w:val="20"/>
                <w:lang w:val="en-US"/>
              </w:rPr>
              <w:t>от</w:t>
            </w:r>
            <w:proofErr w:type="spellEnd"/>
            <w:r>
              <w:rPr>
                <w:rFonts w:ascii="Times New Roman" w:eastAsia="Times New Roman" w:hAnsi="Times New Roman" w:cs="Times New Roman"/>
                <w:color w:val="000000"/>
                <w:w w:val="102"/>
                <w:sz w:val="20"/>
                <w:lang w:val="en-US"/>
              </w:rPr>
              <w:t xml:space="preserve"> "29" августа2022</w:t>
            </w:r>
            <w:r w:rsidR="00BB02B9" w:rsidRPr="00BB02B9">
              <w:rPr>
                <w:rFonts w:ascii="Times New Roman" w:eastAsia="Times New Roman" w:hAnsi="Times New Roman" w:cs="Times New Roman"/>
                <w:color w:val="000000"/>
                <w:w w:val="102"/>
                <w:sz w:val="20"/>
                <w:lang w:val="en-US"/>
              </w:rPr>
              <w:t>г.</w:t>
            </w:r>
          </w:p>
        </w:tc>
        <w:tc>
          <w:tcPr>
            <w:tcW w:w="3420" w:type="dxa"/>
            <w:vMerge/>
          </w:tcPr>
          <w:p w:rsidR="00BB02B9" w:rsidRPr="00BB02B9" w:rsidRDefault="00BB02B9" w:rsidP="00BB02B9">
            <w:pPr>
              <w:spacing w:after="200" w:line="276" w:lineRule="auto"/>
              <w:rPr>
                <w:rFonts w:ascii="Cambria" w:eastAsia="MS Mincho" w:hAnsi="Cambria" w:cs="Times New Roman"/>
                <w:lang w:val="en-US"/>
              </w:rPr>
            </w:pPr>
          </w:p>
        </w:tc>
        <w:tc>
          <w:tcPr>
            <w:tcW w:w="3460" w:type="dxa"/>
            <w:vMerge/>
          </w:tcPr>
          <w:p w:rsidR="00BB02B9" w:rsidRPr="00BB02B9" w:rsidRDefault="00BB02B9" w:rsidP="00BB02B9">
            <w:pPr>
              <w:spacing w:after="200" w:line="276" w:lineRule="auto"/>
              <w:rPr>
                <w:rFonts w:ascii="Cambria" w:eastAsia="MS Mincho" w:hAnsi="Cambria" w:cs="Times New Roman"/>
                <w:lang w:val="en-US"/>
              </w:rPr>
            </w:pPr>
          </w:p>
        </w:tc>
      </w:tr>
    </w:tbl>
    <w:p w:rsidR="00BB02B9" w:rsidRDefault="00BB02B9" w:rsidP="00BB02B9">
      <w:pPr>
        <w:autoSpaceDE w:val="0"/>
        <w:autoSpaceDN w:val="0"/>
        <w:spacing w:before="670" w:after="1376" w:line="230" w:lineRule="auto"/>
        <w:ind w:right="3898"/>
        <w:jc w:val="right"/>
        <w:rPr>
          <w:rFonts w:ascii="Times New Roman" w:eastAsia="Times New Roman" w:hAnsi="Times New Roman" w:cs="Times New Roman"/>
          <w:color w:val="000000"/>
          <w:sz w:val="24"/>
          <w:lang w:val="en-US"/>
        </w:rPr>
      </w:pPr>
      <w:r w:rsidRPr="00BB02B9">
        <w:rPr>
          <w:rFonts w:ascii="Times New Roman" w:eastAsia="Times New Roman" w:hAnsi="Times New Roman" w:cs="Times New Roman"/>
          <w:color w:val="000000"/>
          <w:sz w:val="24"/>
          <w:lang w:val="en-US"/>
        </w:rPr>
        <w:t>МБОУ «БСОШ № 2»</w:t>
      </w:r>
    </w:p>
    <w:p w:rsidR="00BB02B9" w:rsidRPr="00BB02B9" w:rsidRDefault="00BB02B9" w:rsidP="00BB02B9">
      <w:pPr>
        <w:widowControl w:val="0"/>
        <w:spacing w:after="600" w:line="293" w:lineRule="auto"/>
        <w:jc w:val="both"/>
        <w:rPr>
          <w:rFonts w:ascii="Times New Roman" w:eastAsia="Times New Roman" w:hAnsi="Times New Roman" w:cs="Times New Roman"/>
        </w:rPr>
      </w:pPr>
    </w:p>
    <w:p w:rsidR="00BB02B9" w:rsidRPr="00BB02B9" w:rsidRDefault="00BB02B9" w:rsidP="00BB02B9">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BB02B9" w:rsidRPr="00BB02B9" w:rsidRDefault="00BB02B9" w:rsidP="00BB02B9">
      <w:pPr>
        <w:autoSpaceDE w:val="0"/>
        <w:autoSpaceDN w:val="0"/>
        <w:spacing w:after="0" w:line="240" w:lineRule="auto"/>
        <w:ind w:right="3646"/>
        <w:jc w:val="right"/>
        <w:rPr>
          <w:rFonts w:ascii="Times New Roman" w:eastAsia="Times New Roman" w:hAnsi="Times New Roman" w:cs="Times New Roman"/>
          <w:b/>
          <w:color w:val="000000"/>
          <w:sz w:val="24"/>
        </w:rPr>
      </w:pPr>
      <w:r w:rsidRPr="00BB02B9">
        <w:rPr>
          <w:rFonts w:ascii="Times New Roman" w:eastAsia="Times New Roman" w:hAnsi="Times New Roman" w:cs="Times New Roman"/>
          <w:b/>
          <w:color w:val="000000"/>
          <w:sz w:val="24"/>
        </w:rPr>
        <w:t>РАБОЧАЯ ПРОГРАММА</w:t>
      </w:r>
    </w:p>
    <w:p w:rsidR="009725A7" w:rsidRPr="009725A7" w:rsidRDefault="009725A7" w:rsidP="009725A7">
      <w:pPr>
        <w:autoSpaceDE w:val="0"/>
        <w:autoSpaceDN w:val="0"/>
        <w:spacing w:before="70" w:after="0" w:line="230" w:lineRule="auto"/>
        <w:ind w:left="2832" w:right="4412"/>
        <w:jc w:val="center"/>
        <w:rPr>
          <w:rFonts w:ascii="Times New Roman" w:eastAsia="Times New Roman" w:hAnsi="Times New Roman" w:cs="Times New Roman"/>
          <w:b/>
          <w:color w:val="000000"/>
          <w:sz w:val="24"/>
          <w:szCs w:val="24"/>
        </w:rPr>
      </w:pPr>
      <w:bookmarkStart w:id="0" w:name="_GoBack"/>
      <w:bookmarkEnd w:id="0"/>
      <w:r w:rsidRPr="009725A7">
        <w:rPr>
          <w:rFonts w:ascii="Times New Roman" w:eastAsia="Times New Roman" w:hAnsi="Times New Roman" w:cs="Times New Roman"/>
          <w:b/>
          <w:color w:val="000000"/>
          <w:sz w:val="24"/>
          <w:szCs w:val="24"/>
        </w:rPr>
        <w:t>НАЧАЛЬНОГО ОБЩЕГО ОБРАЗОВАНИЯ</w:t>
      </w:r>
    </w:p>
    <w:p w:rsidR="00BB02B9" w:rsidRPr="009725A7" w:rsidRDefault="009725A7" w:rsidP="009725A7">
      <w:pPr>
        <w:autoSpaceDE w:val="0"/>
        <w:autoSpaceDN w:val="0"/>
        <w:spacing w:before="70" w:after="0" w:line="230" w:lineRule="auto"/>
        <w:ind w:right="4412"/>
        <w:jc w:val="right"/>
        <w:rPr>
          <w:rFonts w:ascii="Cambria" w:eastAsia="MS Mincho" w:hAnsi="Cambria" w:cs="Times New Roman"/>
        </w:rPr>
      </w:pPr>
      <w:r w:rsidRPr="009725A7">
        <w:rPr>
          <w:rFonts w:ascii="Times New Roman" w:eastAsia="Times New Roman" w:hAnsi="Times New Roman" w:cs="Times New Roman"/>
          <w:b/>
          <w:color w:val="000000"/>
          <w:sz w:val="24"/>
          <w:szCs w:val="24"/>
          <w:lang w:val="en-US"/>
        </w:rPr>
        <w:t xml:space="preserve"> </w:t>
      </w:r>
      <w:r w:rsidR="00BB02B9" w:rsidRPr="00BB02B9">
        <w:rPr>
          <w:rFonts w:ascii="Times New Roman" w:eastAsia="Times New Roman" w:hAnsi="Times New Roman" w:cs="Times New Roman"/>
          <w:b/>
          <w:color w:val="000000"/>
          <w:sz w:val="24"/>
          <w:lang w:val="en-US"/>
        </w:rPr>
        <w:t>(ID 5223676)</w:t>
      </w:r>
    </w:p>
    <w:p w:rsidR="00BB02B9" w:rsidRPr="00BB02B9" w:rsidRDefault="00BB02B9" w:rsidP="00BB02B9">
      <w:pPr>
        <w:autoSpaceDE w:val="0"/>
        <w:autoSpaceDN w:val="0"/>
        <w:spacing w:before="166" w:after="0" w:line="230" w:lineRule="auto"/>
        <w:ind w:right="4018"/>
        <w:jc w:val="right"/>
        <w:rPr>
          <w:rFonts w:ascii="Cambria" w:eastAsia="MS Mincho" w:hAnsi="Cambria" w:cs="Times New Roman"/>
        </w:rPr>
      </w:pPr>
      <w:r w:rsidRPr="00BB02B9">
        <w:rPr>
          <w:rFonts w:ascii="Times New Roman" w:eastAsia="Times New Roman" w:hAnsi="Times New Roman" w:cs="Times New Roman"/>
          <w:color w:val="000000"/>
          <w:sz w:val="24"/>
        </w:rPr>
        <w:t>учебного предмета</w:t>
      </w:r>
    </w:p>
    <w:p w:rsidR="00BB02B9" w:rsidRPr="00BB02B9" w:rsidRDefault="00BB02B9" w:rsidP="00BB02B9">
      <w:pPr>
        <w:autoSpaceDE w:val="0"/>
        <w:autoSpaceDN w:val="0"/>
        <w:spacing w:before="70" w:after="0" w:line="230" w:lineRule="auto"/>
        <w:ind w:right="3446"/>
        <w:jc w:val="right"/>
        <w:rPr>
          <w:rFonts w:ascii="Times New Roman" w:eastAsia="Times New Roman" w:hAnsi="Times New Roman" w:cs="Times New Roman"/>
          <w:color w:val="000000"/>
          <w:sz w:val="24"/>
        </w:rPr>
      </w:pPr>
      <w:r w:rsidRPr="00BB02B9">
        <w:rPr>
          <w:rFonts w:ascii="Times New Roman" w:eastAsia="Times New Roman" w:hAnsi="Times New Roman" w:cs="Times New Roman"/>
          <w:color w:val="000000"/>
          <w:sz w:val="24"/>
        </w:rPr>
        <w:t>«Родной язык (русский)»</w:t>
      </w:r>
    </w:p>
    <w:p w:rsidR="00BB02B9" w:rsidRPr="00BB02B9" w:rsidRDefault="00BB02B9" w:rsidP="00BB02B9">
      <w:pPr>
        <w:autoSpaceDE w:val="0"/>
        <w:autoSpaceDN w:val="0"/>
        <w:spacing w:before="70" w:after="0" w:line="230" w:lineRule="auto"/>
        <w:ind w:right="3446"/>
        <w:jc w:val="right"/>
        <w:rPr>
          <w:rFonts w:ascii="Times New Roman" w:eastAsia="Times New Roman" w:hAnsi="Times New Roman" w:cs="Times New Roman"/>
          <w:color w:val="000000"/>
          <w:sz w:val="24"/>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r w:rsidRPr="00BB02B9">
        <w:rPr>
          <w:rFonts w:ascii="Times New Roman" w:eastAsia="Times New Roman" w:hAnsi="Times New Roman" w:cs="Times New Roman"/>
          <w:color w:val="000000"/>
          <w:sz w:val="24"/>
        </w:rPr>
        <w:t>(для 1-4 классов образовательных организаций)</w:t>
      </w: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414AF0" w:rsidRPr="00BB02B9" w:rsidRDefault="00414AF0"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Болгар 2022</w:t>
      </w:r>
    </w:p>
    <w:p w:rsidR="00BB02B9" w:rsidRPr="00BB02B9" w:rsidRDefault="00BB02B9" w:rsidP="00BB02B9">
      <w:pPr>
        <w:autoSpaceDE w:val="0"/>
        <w:autoSpaceDN w:val="0"/>
        <w:spacing w:after="0" w:line="230" w:lineRule="auto"/>
        <w:rPr>
          <w:rFonts w:ascii="Cambria" w:eastAsia="MS Mincho" w:hAnsi="Cambria" w:cs="Times New Roman"/>
        </w:rPr>
      </w:pPr>
      <w:r w:rsidRPr="00BB02B9">
        <w:rPr>
          <w:rFonts w:ascii="Times New Roman" w:eastAsia="Times New Roman" w:hAnsi="Times New Roman" w:cs="Times New Roman"/>
          <w:b/>
          <w:color w:val="000000"/>
          <w:sz w:val="24"/>
          <w:lang w:val="en-US"/>
        </w:rPr>
        <w:t>I</w:t>
      </w:r>
      <w:r w:rsidRPr="00BB02B9">
        <w:rPr>
          <w:rFonts w:ascii="Times New Roman" w:eastAsia="Times New Roman" w:hAnsi="Times New Roman" w:cs="Times New Roman"/>
          <w:b/>
          <w:color w:val="000000"/>
          <w:sz w:val="24"/>
        </w:rPr>
        <w:t>. ПОЯСНИТЕЛЬНАЯ ЗАПИСКА</w:t>
      </w:r>
    </w:p>
    <w:p w:rsid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p>
    <w:p w:rsid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Рабочая программа </w:t>
      </w:r>
      <w:proofErr w:type="gramStart"/>
      <w:r w:rsidRPr="00BB02B9">
        <w:rPr>
          <w:rFonts w:ascii="Times New Roman" w:eastAsia="Times New Roman" w:hAnsi="Times New Roman" w:cs="Times New Roman"/>
          <w:sz w:val="24"/>
          <w:szCs w:val="24"/>
          <w:lang w:eastAsia="ru-RU"/>
        </w:rPr>
        <w:t>по  родному</w:t>
      </w:r>
      <w:proofErr w:type="gramEnd"/>
      <w:r w:rsidRPr="00BB02B9">
        <w:rPr>
          <w:rFonts w:ascii="Times New Roman" w:eastAsia="Times New Roman" w:hAnsi="Times New Roman" w:cs="Times New Roman"/>
          <w:sz w:val="24"/>
          <w:szCs w:val="24"/>
          <w:lang w:eastAsia="ru-RU"/>
        </w:rPr>
        <w:t>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w:t>
      </w:r>
      <w:r>
        <w:rPr>
          <w:rFonts w:ascii="Times New Roman" w:eastAsia="Times New Roman" w:hAnsi="Times New Roman" w:cs="Times New Roman"/>
          <w:sz w:val="24"/>
          <w:szCs w:val="24"/>
          <w:lang w:eastAsia="ru-RU"/>
        </w:rPr>
        <w:t xml:space="preserve"> образования», зарегистрирован </w:t>
      </w:r>
      <w:proofErr w:type="gramStart"/>
      <w:r w:rsidRPr="00BB02B9">
        <w:rPr>
          <w:rFonts w:ascii="Times New Roman" w:eastAsia="Times New Roman" w:hAnsi="Times New Roman" w:cs="Times New Roman"/>
          <w:sz w:val="24"/>
          <w:szCs w:val="24"/>
          <w:lang w:eastAsia="ru-RU"/>
        </w:rPr>
        <w:t>Министерством  юстиции</w:t>
      </w:r>
      <w:proofErr w:type="gramEnd"/>
      <w:r w:rsidRPr="00BB02B9">
        <w:rPr>
          <w:rFonts w:ascii="Times New Roman" w:eastAsia="Times New Roman" w:hAnsi="Times New Roman" w:cs="Times New Roman"/>
          <w:sz w:val="24"/>
          <w:szCs w:val="24"/>
          <w:lang w:eastAsia="ru-RU"/>
        </w:rPr>
        <w:t>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r w:rsidRPr="00BB02B9">
        <w:rPr>
          <w:rFonts w:ascii="LiberationSerif" w:eastAsia="Times New Roman" w:hAnsi="LiberationSerif" w:cs="Times New Roman"/>
          <w:b/>
          <w:bCs/>
          <w:caps/>
          <w:lang w:eastAsia="ru-RU"/>
        </w:rPr>
        <w:t>ОБЩАЯ ХАРАКТЕРИСТИКА УЧЕБНОГО ПРЕДМЕТА «РОДНОЙ ЯЗЫК (РУССКИЙ)»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Задачами</w:t>
      </w:r>
      <w:r w:rsidRPr="00BB02B9">
        <w:rPr>
          <w:rFonts w:ascii="Times New Roman" w:eastAsia="Times New Roman" w:hAnsi="Times New Roman" w:cs="Times New Roman"/>
          <w:sz w:val="24"/>
          <w:szCs w:val="24"/>
          <w:lang w:eastAsia="ru-RU"/>
        </w:rPr>
        <w:t> данного курса являются: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совершенствование у младших школьников как носителей языка способности ориентироваться в пространстве языка и речи, развитие языковой </w:t>
      </w:r>
      <w:proofErr w:type="gramStart"/>
      <w:r w:rsidRPr="00BB02B9">
        <w:rPr>
          <w:rFonts w:ascii="Times New Roman" w:eastAsia="Times New Roman" w:hAnsi="Times New Roman" w:cs="Times New Roman"/>
          <w:sz w:val="24"/>
          <w:szCs w:val="24"/>
          <w:lang w:eastAsia="ru-RU"/>
        </w:rPr>
        <w:t xml:space="preserve">интуиции;   </w:t>
      </w:r>
      <w:proofErr w:type="gramEnd"/>
      <w:r w:rsidRPr="00BB02B9">
        <w:rPr>
          <w:rFonts w:ascii="Times New Roman" w:eastAsia="Times New Roman" w:hAnsi="Times New Roman" w:cs="Times New Roman"/>
          <w:sz w:val="24"/>
          <w:szCs w:val="24"/>
          <w:lang w:eastAsia="ru-RU"/>
        </w:rPr>
        <w:t>изучение   исторических   фактов   развития   языка;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w:t>
      </w:r>
      <w:r w:rsidRPr="00BB02B9">
        <w:rPr>
          <w:rFonts w:ascii="Times New Roman" w:eastAsia="Times New Roman" w:hAnsi="Times New Roman" w:cs="Times New Roman"/>
          <w:sz w:val="24"/>
          <w:szCs w:val="24"/>
          <w:lang w:eastAsia="ru-RU"/>
        </w:rPr>
        <w:lastRenderedPageBreak/>
        <w:t>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sz w:val="24"/>
          <w:szCs w:val="24"/>
          <w:lang w:eastAsia="ru-RU"/>
        </w:rPr>
        <w:t>2</w:t>
      </w:r>
      <w:r>
        <w:rPr>
          <w:rFonts w:ascii="Times New Roman" w:eastAsia="Times New Roman" w:hAnsi="Times New Roman" w:cs="Times New Roman"/>
          <w:sz w:val="24"/>
          <w:szCs w:val="24"/>
          <w:lang w:eastAsia="ru-RU"/>
        </w:rPr>
        <w:t xml:space="preserve">. </w:t>
      </w:r>
      <w:r w:rsidRPr="00BB02B9">
        <w:rPr>
          <w:rFonts w:ascii="LiberationSerif" w:eastAsia="Times New Roman" w:hAnsi="LiberationSerif" w:cs="Times New Roman"/>
          <w:b/>
          <w:bCs/>
          <w:caps/>
          <w:lang w:eastAsia="ru-RU"/>
        </w:rPr>
        <w:t>ЦЕЛИ ИЗУЧЕНИЯ УЧЕБНОГО ПРЕДМЕТА «РОДНОЙ ЯЗЫК (РУССКИЙ)»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Целями </w:t>
      </w:r>
      <w:r w:rsidRPr="00BB02B9">
        <w:rPr>
          <w:rFonts w:ascii="Times New Roman" w:eastAsia="Times New Roman" w:hAnsi="Times New Roman" w:cs="Times New Roman"/>
          <w:sz w:val="24"/>
          <w:szCs w:val="24"/>
          <w:lang w:eastAsia="ru-RU"/>
        </w:rPr>
        <w:t>изучения русского родного языка являются:</w:t>
      </w:r>
    </w:p>
    <w:p w:rsidR="00BB02B9" w:rsidRPr="00BB02B9" w:rsidRDefault="00BB02B9" w:rsidP="00BB02B9">
      <w:pPr>
        <w:numPr>
          <w:ilvl w:val="0"/>
          <w:numId w:val="1"/>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B02B9" w:rsidRPr="00BB02B9" w:rsidRDefault="00BB02B9" w:rsidP="00BB02B9">
      <w:pPr>
        <w:numPr>
          <w:ilvl w:val="0"/>
          <w:numId w:val="2"/>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B02B9" w:rsidRPr="00BB02B9" w:rsidRDefault="00BB02B9" w:rsidP="00BB02B9">
      <w:pPr>
        <w:numPr>
          <w:ilvl w:val="0"/>
          <w:numId w:val="3"/>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B02B9" w:rsidRPr="00BB02B9" w:rsidRDefault="00BB02B9" w:rsidP="00BB02B9">
      <w:pPr>
        <w:numPr>
          <w:ilvl w:val="0"/>
          <w:numId w:val="4"/>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B02B9" w:rsidRPr="00BB02B9" w:rsidRDefault="00BB02B9" w:rsidP="00BB02B9">
      <w:pPr>
        <w:numPr>
          <w:ilvl w:val="0"/>
          <w:numId w:val="5"/>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B02B9" w:rsidRPr="00BB02B9" w:rsidRDefault="00BB02B9" w:rsidP="00BB02B9">
      <w:pPr>
        <w:numPr>
          <w:ilvl w:val="0"/>
          <w:numId w:val="6"/>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w:t>
      </w:r>
      <w:r w:rsidRPr="00BB02B9">
        <w:rPr>
          <w:rFonts w:ascii="Times New Roman" w:eastAsia="Times New Roman" w:hAnsi="Times New Roman" w:cs="Times New Roman"/>
          <w:sz w:val="24"/>
          <w:szCs w:val="24"/>
          <w:lang w:eastAsia="ru-RU"/>
        </w:rPr>
        <w:lastRenderedPageBreak/>
        <w:t>обогащение словарного запаса и грамматического строя речи; развитие потребности к речевому самосовершенствованию;</w:t>
      </w:r>
    </w:p>
    <w:p w:rsidR="00BB02B9" w:rsidRPr="00BB02B9" w:rsidRDefault="00BB02B9" w:rsidP="00BB02B9">
      <w:pPr>
        <w:numPr>
          <w:ilvl w:val="0"/>
          <w:numId w:val="7"/>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3. </w:t>
      </w:r>
      <w:r w:rsidRPr="00BB02B9">
        <w:rPr>
          <w:rFonts w:ascii="Times New Roman" w:eastAsia="Times New Roman" w:hAnsi="Times New Roman" w:cs="Times New Roman"/>
          <w:b/>
          <w:bCs/>
          <w:sz w:val="24"/>
          <w:szCs w:val="24"/>
          <w:lang w:eastAsia="ru-RU"/>
        </w:rPr>
        <w:t>МЕСТО УЧЕБНОГО ПРЕДМЕТА «РОДНОЙ ЯЗЫК (РУССКИЙ)» В УЧЕБНОМ ПЛАНЕ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BB02B9" w:rsidRDefault="00BB02B9" w:rsidP="00BB02B9">
      <w:pPr>
        <w:spacing w:after="200" w:line="276" w:lineRule="auto"/>
        <w:rPr>
          <w:rFonts w:ascii="Times New Roman" w:eastAsia="Calibri" w:hAnsi="Times New Roman" w:cs="Times New Roman"/>
          <w:sz w:val="24"/>
        </w:rPr>
      </w:pPr>
      <w:r w:rsidRPr="00BB02B9">
        <w:rPr>
          <w:rFonts w:ascii="Times New Roman" w:eastAsia="Calibri" w:hAnsi="Times New Roman" w:cs="Times New Roman"/>
          <w:sz w:val="24"/>
        </w:rPr>
        <w:t>Содержание учебного предмета «Родной язык (русский)» рассчитано на общую учебную нагрузку в объёме 203 часа (33 часа в 1 классе, по 68 часов во 2 и 3 классах, 34 часа в 4 классе).</w:t>
      </w:r>
    </w:p>
    <w:p w:rsidR="00BB02B9" w:rsidRPr="00BB02B9" w:rsidRDefault="00BB02B9" w:rsidP="00BB02B9">
      <w:pPr>
        <w:autoSpaceDE w:val="0"/>
        <w:autoSpaceDN w:val="0"/>
        <w:spacing w:after="0" w:line="230" w:lineRule="auto"/>
        <w:rPr>
          <w:rFonts w:ascii="Times New Roman" w:eastAsia="Times New Roman" w:hAnsi="Times New Roman" w:cs="Times New Roman"/>
          <w:b/>
          <w:color w:val="000000"/>
          <w:sz w:val="24"/>
        </w:rPr>
      </w:pPr>
      <w:r w:rsidRPr="00BB02B9">
        <w:rPr>
          <w:rFonts w:ascii="Times New Roman" w:eastAsia="Times New Roman" w:hAnsi="Times New Roman" w:cs="Times New Roman"/>
          <w:b/>
          <w:color w:val="000000"/>
          <w:sz w:val="24"/>
        </w:rPr>
        <w:t>4. УЧЕТ ПРОГРАММЫ ВОСПИТАНИЯ В ОБРАЗОВАТЕЛЬНОМ ПРОЦЕССЕ</w:t>
      </w:r>
    </w:p>
    <w:p w:rsidR="00BB02B9" w:rsidRPr="00BB02B9" w:rsidRDefault="00BB02B9" w:rsidP="00BB02B9">
      <w:pPr>
        <w:autoSpaceDE w:val="0"/>
        <w:autoSpaceDN w:val="0"/>
        <w:spacing w:after="0" w:line="276" w:lineRule="auto"/>
        <w:ind w:firstLine="180"/>
        <w:jc w:val="both"/>
        <w:rPr>
          <w:rFonts w:ascii="Times New Roman" w:eastAsia="Calibri" w:hAnsi="Times New Roman" w:cs="Times New Roman"/>
          <w:sz w:val="24"/>
          <w:szCs w:val="24"/>
        </w:rPr>
      </w:pPr>
      <w:r w:rsidRPr="00BB02B9">
        <w:rPr>
          <w:rFonts w:ascii="Times New Roman" w:eastAsia="Calibri" w:hAnsi="Times New Roman" w:cs="Times New Roman"/>
          <w:sz w:val="24"/>
          <w:szCs w:val="24"/>
        </w:rPr>
        <w:t>Целью школьного филологического образования является формирование у обучающегося целостной языковой картины.</w:t>
      </w:r>
    </w:p>
    <w:p w:rsidR="00BB02B9" w:rsidRPr="00BB02B9" w:rsidRDefault="00BB02B9" w:rsidP="00BB02B9">
      <w:pPr>
        <w:autoSpaceDE w:val="0"/>
        <w:autoSpaceDN w:val="0"/>
        <w:spacing w:after="0" w:line="276" w:lineRule="auto"/>
        <w:ind w:firstLine="180"/>
        <w:jc w:val="both"/>
        <w:rPr>
          <w:rFonts w:ascii="Times New Roman" w:eastAsia="Calibri" w:hAnsi="Times New Roman" w:cs="Times New Roman"/>
          <w:sz w:val="24"/>
          <w:szCs w:val="24"/>
        </w:rPr>
      </w:pPr>
      <w:r w:rsidRPr="00BB02B9">
        <w:rPr>
          <w:rFonts w:ascii="Times New Roman" w:eastAsia="Calibri" w:hAnsi="Times New Roman" w:cs="Times New Roman"/>
          <w:sz w:val="24"/>
          <w:szCs w:val="24"/>
        </w:rPr>
        <w:t xml:space="preserve">Изучение предметной области </w:t>
      </w:r>
      <w:r w:rsidRPr="00BB02B9">
        <w:rPr>
          <w:rFonts w:ascii="Times New Roman" w:eastAsia="Times New Roman" w:hAnsi="Times New Roman" w:cs="Times New Roman"/>
          <w:color w:val="000000"/>
          <w:sz w:val="24"/>
        </w:rPr>
        <w:t xml:space="preserve">«Родной язык (русский)» </w:t>
      </w:r>
      <w:r w:rsidRPr="00BB02B9">
        <w:rPr>
          <w:rFonts w:ascii="Times New Roman" w:eastAsia="Calibri" w:hAnsi="Times New Roman" w:cs="Times New Roman"/>
          <w:sz w:val="24"/>
          <w:szCs w:val="24"/>
        </w:rPr>
        <w:t xml:space="preserve">основано на </w:t>
      </w:r>
      <w:proofErr w:type="spellStart"/>
      <w:r w:rsidRPr="00BB02B9">
        <w:rPr>
          <w:rFonts w:ascii="Times New Roman" w:eastAsia="Calibri" w:hAnsi="Times New Roman" w:cs="Times New Roman"/>
          <w:sz w:val="24"/>
          <w:szCs w:val="24"/>
        </w:rPr>
        <w:t>межпредметных</w:t>
      </w:r>
      <w:proofErr w:type="spellEnd"/>
      <w:r w:rsidRPr="00BB02B9">
        <w:rPr>
          <w:rFonts w:ascii="Times New Roman" w:eastAsia="Calibri" w:hAnsi="Times New Roman" w:cs="Times New Roman"/>
          <w:sz w:val="24"/>
          <w:szCs w:val="24"/>
        </w:rPr>
        <w:t xml:space="preserve"> связях с предметами: «Литературное чтение», «Музыка» и др.</w:t>
      </w:r>
    </w:p>
    <w:p w:rsidR="00BB02B9" w:rsidRPr="00BB02B9" w:rsidRDefault="00BB02B9" w:rsidP="00BB02B9">
      <w:pPr>
        <w:autoSpaceDE w:val="0"/>
        <w:autoSpaceDN w:val="0"/>
        <w:spacing w:after="0" w:line="276" w:lineRule="auto"/>
        <w:ind w:firstLine="180"/>
        <w:jc w:val="both"/>
        <w:rPr>
          <w:rFonts w:ascii="Times New Roman" w:eastAsia="Calibri" w:hAnsi="Times New Roman" w:cs="Times New Roman"/>
          <w:sz w:val="24"/>
          <w:szCs w:val="24"/>
        </w:rPr>
      </w:pPr>
      <w:r w:rsidRPr="00BB02B9">
        <w:rPr>
          <w:rFonts w:ascii="Times New Roman" w:eastAsia="Calibri" w:hAnsi="Times New Roman" w:cs="Times New Roman"/>
          <w:sz w:val="24"/>
          <w:szCs w:val="24"/>
        </w:rPr>
        <w:t xml:space="preserve">Воспитательный потенциал предметной области </w:t>
      </w:r>
      <w:r w:rsidRPr="00BB02B9">
        <w:rPr>
          <w:rFonts w:ascii="Times New Roman" w:eastAsia="Times New Roman" w:hAnsi="Times New Roman" w:cs="Times New Roman"/>
          <w:color w:val="000000"/>
          <w:sz w:val="24"/>
        </w:rPr>
        <w:t xml:space="preserve">«Родной язык (русский)» </w:t>
      </w:r>
      <w:r w:rsidRPr="00BB02B9">
        <w:rPr>
          <w:rFonts w:ascii="Times New Roman" w:eastAsia="Calibri" w:hAnsi="Times New Roman" w:cs="Times New Roman"/>
          <w:sz w:val="24"/>
          <w:szCs w:val="24"/>
        </w:rPr>
        <w:t>в образовательной организации реализуется через:</w:t>
      </w:r>
    </w:p>
    <w:p w:rsidR="00BB02B9" w:rsidRPr="00BB02B9" w:rsidRDefault="00BB02B9" w:rsidP="00BB02B9">
      <w:pPr>
        <w:autoSpaceDE w:val="0"/>
        <w:autoSpaceDN w:val="0"/>
        <w:spacing w:after="0" w:line="240" w:lineRule="auto"/>
        <w:rPr>
          <w:rFonts w:ascii="Times New Roman" w:eastAsia="Times New Roman" w:hAnsi="Times New Roman" w:cs="Times New Roman"/>
          <w:b/>
          <w:bCs/>
          <w:color w:val="000000"/>
          <w:sz w:val="24"/>
        </w:rPr>
      </w:pPr>
      <w:r w:rsidRPr="00BB02B9">
        <w:rPr>
          <w:rFonts w:ascii="Times New Roman" w:eastAsia="Times New Roman" w:hAnsi="Times New Roman" w:cs="Times New Roman"/>
          <w:b/>
          <w:bCs/>
          <w:color w:val="000000"/>
          <w:sz w:val="24"/>
        </w:rPr>
        <w:t>Гражданско-патриотическое воспитание:</w:t>
      </w:r>
    </w:p>
    <w:p w:rsidR="00BB02B9" w:rsidRPr="00BB02B9" w:rsidRDefault="00BB02B9" w:rsidP="00BB02B9">
      <w:pPr>
        <w:numPr>
          <w:ilvl w:val="0"/>
          <w:numId w:val="107"/>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Знающий и   любящий свою малую родину, свой край, имеющий   представление о Родине — России, её территории, расположении.</w:t>
      </w:r>
    </w:p>
    <w:p w:rsidR="00BB02B9" w:rsidRPr="00BB02B9" w:rsidRDefault="00BB02B9" w:rsidP="00BB02B9">
      <w:pPr>
        <w:numPr>
          <w:ilvl w:val="0"/>
          <w:numId w:val="107"/>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Сознающий принадлежность к своему народу и к общности граждан России, проявляющий уважение к своему и другим народам.</w:t>
      </w:r>
    </w:p>
    <w:p w:rsidR="00BB02B9" w:rsidRPr="00BB02B9" w:rsidRDefault="00BB02B9" w:rsidP="00BB02B9">
      <w:pPr>
        <w:numPr>
          <w:ilvl w:val="0"/>
          <w:numId w:val="107"/>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Понимающий свою сопричастность к прошлому, настоящему и будущему родного края, своей Родины — России, Российского государства.</w:t>
      </w:r>
    </w:p>
    <w:p w:rsidR="00BB02B9" w:rsidRPr="00BB02B9" w:rsidRDefault="00BB02B9" w:rsidP="00BB02B9">
      <w:pPr>
        <w:numPr>
          <w:ilvl w:val="0"/>
          <w:numId w:val="107"/>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B02B9" w:rsidRPr="00BB02B9" w:rsidRDefault="00BB02B9" w:rsidP="00BB02B9">
      <w:pPr>
        <w:numPr>
          <w:ilvl w:val="0"/>
          <w:numId w:val="107"/>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Имеющий первоначальные представления о правах и ответственности человека в обществе, гражданских правах и обязанностях.</w:t>
      </w:r>
    </w:p>
    <w:p w:rsidR="00BB02B9" w:rsidRPr="00BB02B9" w:rsidRDefault="00BB02B9" w:rsidP="00BB02B9">
      <w:pPr>
        <w:numPr>
          <w:ilvl w:val="0"/>
          <w:numId w:val="108"/>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Принимающий   участие    в    жизни    класса, общеобразовательной    организации, в доступной по возрасту социально значимой деятельности.</w:t>
      </w:r>
    </w:p>
    <w:p w:rsidR="00BB02B9" w:rsidRPr="00BB02B9" w:rsidRDefault="00BB02B9" w:rsidP="00BB02B9">
      <w:pPr>
        <w:autoSpaceDE w:val="0"/>
        <w:autoSpaceDN w:val="0"/>
        <w:spacing w:after="0" w:line="240" w:lineRule="auto"/>
        <w:rPr>
          <w:rFonts w:ascii="Times New Roman" w:eastAsia="Times New Roman" w:hAnsi="Times New Roman" w:cs="Times New Roman"/>
          <w:b/>
          <w:bCs/>
          <w:color w:val="000000"/>
          <w:sz w:val="24"/>
        </w:rPr>
      </w:pPr>
    </w:p>
    <w:p w:rsidR="00BB02B9" w:rsidRPr="00BB02B9" w:rsidRDefault="00BB02B9" w:rsidP="00BB02B9">
      <w:pPr>
        <w:autoSpaceDE w:val="0"/>
        <w:autoSpaceDN w:val="0"/>
        <w:spacing w:after="0" w:line="240" w:lineRule="auto"/>
        <w:rPr>
          <w:rFonts w:ascii="Times New Roman" w:eastAsia="Times New Roman" w:hAnsi="Times New Roman" w:cs="Times New Roman"/>
          <w:b/>
          <w:bCs/>
          <w:color w:val="000000"/>
          <w:sz w:val="24"/>
        </w:rPr>
      </w:pPr>
    </w:p>
    <w:p w:rsidR="00BB02B9" w:rsidRPr="00BB02B9" w:rsidRDefault="00BB02B9" w:rsidP="00BB02B9">
      <w:pPr>
        <w:autoSpaceDE w:val="0"/>
        <w:autoSpaceDN w:val="0"/>
        <w:spacing w:after="0" w:line="240" w:lineRule="auto"/>
        <w:rPr>
          <w:rFonts w:ascii="Times New Roman" w:eastAsia="Times New Roman" w:hAnsi="Times New Roman" w:cs="Times New Roman"/>
          <w:b/>
          <w:bCs/>
          <w:color w:val="000000"/>
          <w:sz w:val="24"/>
        </w:rPr>
      </w:pPr>
      <w:r w:rsidRPr="00BB02B9">
        <w:rPr>
          <w:rFonts w:ascii="Times New Roman" w:eastAsia="Times New Roman" w:hAnsi="Times New Roman" w:cs="Times New Roman"/>
          <w:b/>
          <w:bCs/>
          <w:color w:val="000000"/>
          <w:sz w:val="24"/>
        </w:rPr>
        <w:t>Духовно-нравственное воспитание:</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Сознающий ценность каждой человеческой жизни, признающий индивидуальность и достоинство каждого человека.</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Умеющий оценивать поступки с позиции их соответствия нравственным нормам, осознающий ответственность за свои поступки.</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Сознающий нравственную и эстетическую ценность литературы, родного языка, русского языка, проявляющий интерес к чтению.</w:t>
      </w:r>
    </w:p>
    <w:p w:rsidR="00BB02B9" w:rsidRPr="00BB02B9" w:rsidRDefault="00BB02B9" w:rsidP="00BB02B9">
      <w:pPr>
        <w:autoSpaceDE w:val="0"/>
        <w:autoSpaceDN w:val="0"/>
        <w:spacing w:after="0" w:line="240" w:lineRule="auto"/>
        <w:rPr>
          <w:rFonts w:ascii="Times New Roman" w:eastAsia="Times New Roman" w:hAnsi="Times New Roman" w:cs="Times New Roman"/>
          <w:b/>
          <w:bCs/>
          <w:color w:val="000000"/>
          <w:sz w:val="24"/>
        </w:rPr>
      </w:pPr>
      <w:r w:rsidRPr="00BB02B9">
        <w:rPr>
          <w:rFonts w:ascii="Times New Roman" w:eastAsia="Times New Roman" w:hAnsi="Times New Roman" w:cs="Times New Roman"/>
          <w:b/>
          <w:bCs/>
          <w:color w:val="000000"/>
          <w:sz w:val="24"/>
        </w:rPr>
        <w:t>Эстетическое воспитание:</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Способный воспринимать и чувствовать прекрасное в быту, природе, искусстве, творчестве людей.</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Проявляющий интерес и уважение к отечественной и мировой художественной культуре.</w:t>
      </w:r>
    </w:p>
    <w:p w:rsidR="00BB02B9" w:rsidRPr="00BB02B9" w:rsidRDefault="00BB02B9" w:rsidP="00BB02B9">
      <w:pPr>
        <w:numPr>
          <w:ilvl w:val="0"/>
          <w:numId w:val="109"/>
        </w:numPr>
        <w:autoSpaceDE w:val="0"/>
        <w:autoSpaceDN w:val="0"/>
        <w:spacing w:after="0" w:line="240" w:lineRule="auto"/>
        <w:ind w:right="-619"/>
        <w:rPr>
          <w:rFonts w:ascii="Times New Roman" w:eastAsia="Times New Roman" w:hAnsi="Times New Roman" w:cs="Times New Roman"/>
          <w:bCs/>
          <w:color w:val="000000"/>
          <w:sz w:val="24"/>
        </w:rPr>
      </w:pPr>
      <w:r w:rsidRPr="00BB02B9">
        <w:rPr>
          <w:rFonts w:ascii="Times New Roman" w:eastAsia="Times New Roman" w:hAnsi="Times New Roman" w:cs="Times New Roman"/>
          <w:bCs/>
          <w:color w:val="000000"/>
          <w:sz w:val="24"/>
        </w:rPr>
        <w:t>Проявляющий стремление   к   самовыражению   в   разных   видах   художественной деятельности, искусстве.</w:t>
      </w:r>
    </w:p>
    <w:p w:rsidR="00BB02B9" w:rsidRPr="00BB02B9" w:rsidRDefault="00BB02B9" w:rsidP="00BB02B9">
      <w:pPr>
        <w:autoSpaceDE w:val="0"/>
        <w:autoSpaceDN w:val="0"/>
        <w:spacing w:after="0" w:line="230" w:lineRule="auto"/>
        <w:rPr>
          <w:rFonts w:ascii="Times New Roman" w:eastAsia="MS Mincho" w:hAnsi="Times New Roman" w:cs="Times New Roman"/>
          <w:b/>
          <w:bCs/>
          <w:sz w:val="24"/>
          <w:szCs w:val="24"/>
        </w:rPr>
      </w:pPr>
      <w:r w:rsidRPr="00BB02B9">
        <w:rPr>
          <w:rFonts w:ascii="Times New Roman" w:eastAsia="MS Mincho" w:hAnsi="Times New Roman" w:cs="Times New Roman"/>
          <w:b/>
          <w:bCs/>
          <w:sz w:val="24"/>
          <w:szCs w:val="24"/>
        </w:rPr>
        <w:t>Урочная деятельность</w:t>
      </w:r>
    </w:p>
    <w:p w:rsidR="00BB02B9" w:rsidRPr="00BB02B9" w:rsidRDefault="00BB02B9" w:rsidP="00BB02B9">
      <w:p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u w:val="single"/>
        </w:rPr>
      </w:pPr>
      <w:r w:rsidRPr="00BB02B9">
        <w:rPr>
          <w:rFonts w:ascii="Times New Roman" w:eastAsia="MS Mincho" w:hAnsi="Times New Roman" w:cs="Times New Roman"/>
          <w:i/>
          <w:sz w:val="24"/>
          <w:szCs w:val="24"/>
          <w:u w:val="single"/>
        </w:rPr>
        <w:t xml:space="preserve">установление субъект-субъектных отношений в процессе учебной деятельности через </w:t>
      </w:r>
      <w:r w:rsidRPr="00BB02B9">
        <w:rPr>
          <w:rFonts w:ascii="Times New Roman" w:eastAsia="MS Mincho" w:hAnsi="Times New Roman" w:cs="Times New Roman"/>
          <w:sz w:val="24"/>
          <w:szCs w:val="24"/>
        </w:rPr>
        <w:t>делегирование учащимся ряда учительских, в том числе и дидактических полномочий;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того или иного ученика;</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u w:val="single"/>
        </w:rPr>
      </w:pPr>
      <w:r w:rsidRPr="00BB02B9">
        <w:rPr>
          <w:rFonts w:ascii="Times New Roman" w:eastAsia="MS Mincho" w:hAnsi="Times New Roman" w:cs="Times New Roman"/>
          <w:i/>
          <w:sz w:val="24"/>
          <w:szCs w:val="24"/>
          <w:u w:val="single"/>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u w:val="single"/>
        </w:rPr>
      </w:pPr>
      <w:r w:rsidRPr="00BB02B9">
        <w:rPr>
          <w:rFonts w:ascii="Times New Roman" w:eastAsia="MS Mincho" w:hAnsi="Times New Roman" w:cs="Times New Roman"/>
          <w:i/>
          <w:sz w:val="24"/>
          <w:szCs w:val="24"/>
          <w:u w:val="single"/>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BB02B9">
        <w:rPr>
          <w:rFonts w:ascii="Times New Roman" w:eastAsia="MS Mincho" w:hAnsi="Times New Roman" w:cs="Times New Roman"/>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u w:val="single"/>
        </w:rPr>
      </w:pPr>
      <w:r w:rsidRPr="00BB02B9">
        <w:rPr>
          <w:rFonts w:ascii="Times New Roman" w:eastAsia="MS Mincho" w:hAnsi="Times New Roman" w:cs="Times New Roman"/>
          <w:sz w:val="24"/>
          <w:szCs w:val="24"/>
        </w:rPr>
        <w:t xml:space="preserve">побуждение обучающихся соблюдать </w:t>
      </w:r>
      <w:r w:rsidRPr="00BB02B9">
        <w:rPr>
          <w:rFonts w:ascii="Times New Roman" w:eastAsia="MS Mincho" w:hAnsi="Times New Roman" w:cs="Times New Roman"/>
          <w:i/>
          <w:sz w:val="24"/>
          <w:szCs w:val="24"/>
          <w:u w:val="single"/>
        </w:rPr>
        <w:t xml:space="preserve">правила внутреннего распорядка, </w:t>
      </w:r>
      <w:r w:rsidRPr="00BB02B9">
        <w:rPr>
          <w:rFonts w:ascii="Times New Roman" w:eastAsia="MS Mincho" w:hAnsi="Times New Roman" w:cs="Times New Roman"/>
          <w:sz w:val="24"/>
          <w:szCs w:val="24"/>
        </w:rPr>
        <w:t xml:space="preserve">нормы поведения, правила общения со сверстниками и педагогами, соответствующие укладу Школы, установление и поддержку доброжелательной атмосферы </w:t>
      </w:r>
      <w:r w:rsidRPr="00BB02B9">
        <w:rPr>
          <w:rFonts w:ascii="Times New Roman" w:eastAsia="MS Mincho" w:hAnsi="Times New Roman" w:cs="Times New Roman"/>
          <w:i/>
          <w:sz w:val="24"/>
          <w:szCs w:val="24"/>
          <w:u w:val="single"/>
        </w:rPr>
        <w:t>через закрепление за каждым учащимся своего места, использование привлекательных для детей традиций, демонстрацию собственного примера;</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u w:val="single"/>
        </w:rPr>
      </w:pPr>
      <w:r w:rsidRPr="00BB02B9">
        <w:rPr>
          <w:rFonts w:ascii="Times New Roman" w:eastAsia="MS Mincho" w:hAnsi="Times New Roman" w:cs="Times New Roman"/>
          <w:sz w:val="24"/>
          <w:szCs w:val="24"/>
        </w:rPr>
        <w:t>инициирование и поддержку исследовательской деятельности обучающихся в форме индивидуальных и групповых проектов</w:t>
      </w:r>
      <w:r w:rsidRPr="00BB02B9">
        <w:rPr>
          <w:rFonts w:ascii="Times New Roman" w:eastAsia="MS Mincho" w:hAnsi="Times New Roman" w:cs="Times New Roman"/>
          <w:i/>
          <w:sz w:val="24"/>
          <w:szCs w:val="24"/>
          <w:u w:val="single"/>
        </w:rPr>
        <w:t>;</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 xml:space="preserve">включение учителями в рабочие программы по всем учебным предметам, курсам, </w:t>
      </w:r>
      <w:r w:rsidRPr="00BB02B9">
        <w:rPr>
          <w:rFonts w:ascii="Times New Roman" w:eastAsia="MS Mincho" w:hAnsi="Times New Roman" w:cs="Times New Roman"/>
          <w:sz w:val="24"/>
          <w:szCs w:val="24"/>
          <w:u w:val="single"/>
        </w:rPr>
        <w:t>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B02B9" w:rsidRPr="00BB02B9" w:rsidRDefault="00BB02B9" w:rsidP="00BB02B9">
      <w:pPr>
        <w:numPr>
          <w:ilvl w:val="0"/>
          <w:numId w:val="110"/>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B02B9" w:rsidRPr="00BB02B9" w:rsidRDefault="00BB02B9" w:rsidP="00BB02B9">
      <w:pPr>
        <w:autoSpaceDE w:val="0"/>
        <w:autoSpaceDN w:val="0"/>
        <w:spacing w:after="0" w:line="230" w:lineRule="auto"/>
        <w:jc w:val="both"/>
        <w:rPr>
          <w:rFonts w:ascii="Times New Roman" w:eastAsia="MS Mincho" w:hAnsi="Times New Roman" w:cs="Times New Roman"/>
          <w:i/>
          <w:sz w:val="24"/>
          <w:szCs w:val="24"/>
        </w:rPr>
      </w:pPr>
      <w:r w:rsidRPr="00BB02B9">
        <w:rPr>
          <w:rFonts w:ascii="Times New Roman" w:eastAsia="MS Mincho" w:hAnsi="Times New Roman" w:cs="Times New Roman"/>
          <w:sz w:val="24"/>
          <w:szCs w:val="24"/>
        </w:rPr>
        <w:t>Реализация воспитательного потенциала основных школьных дел предусматривает</w:t>
      </w:r>
      <w:r w:rsidRPr="00BB02B9">
        <w:rPr>
          <w:rFonts w:ascii="Times New Roman" w:eastAsia="MS Mincho" w:hAnsi="Times New Roman" w:cs="Times New Roman"/>
          <w:i/>
          <w:sz w:val="24"/>
          <w:szCs w:val="24"/>
        </w:rPr>
        <w:t>:</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участие во всероссийских акциях, проектах, посвящённых значимым событиям в России, мире: проект «Огневые рубежи», акции «Блокадный хлеб», «Диктант Победы», «Свеча памяти», «Час Земли», «Сад памяти» и др.);</w:t>
      </w:r>
    </w:p>
    <w:p w:rsidR="00BB02B9" w:rsidRPr="00BB02B9" w:rsidRDefault="00BB02B9" w:rsidP="00BB02B9">
      <w:pPr>
        <w:numPr>
          <w:ilvl w:val="0"/>
          <w:numId w:val="112"/>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мероприятия, символизирующие приобретение новых социальных статусов в общеобразовательной организации, обществе: ритуалы посвящения в первоклассники, пятиклассники, старшеклассники;</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г. Болгар, Спасского района: праздник «За честь школы», чествование победителей и призёров муниципального и регионального этапа Всероссийской олимпиады школьников;</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конкурс «Большая перемена» и др.</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«Школьные медиа против деструктивных сообществ», «Россия – моя история» и др.</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 xml:space="preserve"> мероприятия благотворительной, экологической, патриотической, трудовой и других направленностей: тематические викторины, </w:t>
      </w:r>
      <w:proofErr w:type="spellStart"/>
      <w:r w:rsidRPr="00BB02B9">
        <w:rPr>
          <w:rFonts w:ascii="Times New Roman" w:eastAsia="MS Mincho" w:hAnsi="Times New Roman" w:cs="Times New Roman"/>
          <w:sz w:val="24"/>
          <w:szCs w:val="24"/>
        </w:rPr>
        <w:t>квесты</w:t>
      </w:r>
      <w:proofErr w:type="spellEnd"/>
      <w:r w:rsidRPr="00BB02B9">
        <w:rPr>
          <w:rFonts w:ascii="Times New Roman" w:eastAsia="MS Mincho" w:hAnsi="Times New Roman" w:cs="Times New Roman"/>
          <w:sz w:val="24"/>
          <w:szCs w:val="24"/>
        </w:rPr>
        <w:t xml:space="preserve">, </w:t>
      </w:r>
      <w:proofErr w:type="spellStart"/>
      <w:r w:rsidRPr="00BB02B9">
        <w:rPr>
          <w:rFonts w:ascii="Times New Roman" w:eastAsia="MS Mincho" w:hAnsi="Times New Roman" w:cs="Times New Roman"/>
          <w:sz w:val="24"/>
          <w:szCs w:val="24"/>
        </w:rPr>
        <w:t>квизы</w:t>
      </w:r>
      <w:proofErr w:type="spellEnd"/>
      <w:r w:rsidRPr="00BB02B9">
        <w:rPr>
          <w:rFonts w:ascii="Times New Roman" w:eastAsia="MS Mincho" w:hAnsi="Times New Roman" w:cs="Times New Roman"/>
          <w:sz w:val="24"/>
          <w:szCs w:val="24"/>
        </w:rPr>
        <w:t xml:space="preserve">, </w:t>
      </w:r>
      <w:proofErr w:type="spellStart"/>
      <w:r w:rsidRPr="00BB02B9">
        <w:rPr>
          <w:rFonts w:ascii="Times New Roman" w:eastAsia="MS Mincho" w:hAnsi="Times New Roman" w:cs="Times New Roman"/>
          <w:sz w:val="24"/>
          <w:szCs w:val="24"/>
        </w:rPr>
        <w:t>флешмобы</w:t>
      </w:r>
      <w:proofErr w:type="spellEnd"/>
      <w:r w:rsidRPr="00BB02B9">
        <w:rPr>
          <w:rFonts w:ascii="Times New Roman" w:eastAsia="MS Mincho" w:hAnsi="Times New Roman" w:cs="Times New Roman"/>
          <w:sz w:val="24"/>
          <w:szCs w:val="24"/>
        </w:rPr>
        <w:t xml:space="preserve">;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участие во Всероссийских онлайн-уроках Института изучения детства, семьи и воспитания Российской академии образования;</w:t>
      </w:r>
      <w:r w:rsidRPr="00BB02B9">
        <w:rPr>
          <w:rFonts w:ascii="Times New Roman" w:eastAsia="MS Mincho" w:hAnsi="Times New Roman" w:cs="Times New Roman"/>
          <w:i/>
          <w:sz w:val="24"/>
          <w:szCs w:val="24"/>
          <w:u w:val="single"/>
        </w:rPr>
        <w:t xml:space="preserve"> </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t>через формирование творческих групп как на уровне класса, так и на уровне 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BB02B9" w:rsidRPr="00BB02B9" w:rsidRDefault="00BB02B9" w:rsidP="00BB02B9">
      <w:pPr>
        <w:numPr>
          <w:ilvl w:val="0"/>
          <w:numId w:val="111"/>
        </w:numPr>
        <w:autoSpaceDE w:val="0"/>
        <w:autoSpaceDN w:val="0"/>
        <w:spacing w:after="0" w:line="230" w:lineRule="auto"/>
        <w:jc w:val="both"/>
        <w:rPr>
          <w:rFonts w:ascii="Times New Roman" w:eastAsia="MS Mincho" w:hAnsi="Times New Roman" w:cs="Times New Roman"/>
          <w:sz w:val="24"/>
          <w:szCs w:val="24"/>
        </w:rPr>
      </w:pPr>
      <w:r w:rsidRPr="00BB02B9">
        <w:rPr>
          <w:rFonts w:ascii="Times New Roman" w:eastAsia="MS Mincho" w:hAnsi="Times New Roman" w:cs="Times New Roman"/>
          <w:sz w:val="24"/>
          <w:szCs w:val="24"/>
        </w:rPr>
        <w:lastRenderedPageBreak/>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обучающимися.</w:t>
      </w:r>
    </w:p>
    <w:p w:rsidR="00BB02B9" w:rsidRPr="00BB02B9" w:rsidRDefault="00BB02B9" w:rsidP="00BB02B9">
      <w:pPr>
        <w:autoSpaceDE w:val="0"/>
        <w:autoSpaceDN w:val="0"/>
        <w:spacing w:after="0" w:line="240" w:lineRule="auto"/>
        <w:rPr>
          <w:rFonts w:ascii="Times New Roman" w:eastAsia="Times New Roman" w:hAnsi="Times New Roman" w:cs="Times New Roman"/>
          <w:b/>
          <w:color w:val="000000"/>
          <w:sz w:val="24"/>
        </w:rPr>
      </w:pPr>
      <w:r w:rsidRPr="00BB02B9">
        <w:rPr>
          <w:rFonts w:ascii="Times New Roman" w:eastAsia="Times New Roman" w:hAnsi="Times New Roman" w:cs="Times New Roman"/>
          <w:b/>
          <w:color w:val="000000"/>
          <w:sz w:val="24"/>
        </w:rPr>
        <w:t>II. СОДЕРЖАНИЕ УЧЕБНОГО ПРЕДМЕТА</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1 КЛАСС</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РАЗДЕЛ 1. РУССКИЙ ЯЗЫК: ПРОШЛОЕ И НАСТОЯЩЕЕ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оформления книг в Древней Руси: оформление красной строки и заставок.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Практическая работа.</w:t>
      </w:r>
      <w:r w:rsidRPr="00BB02B9">
        <w:rPr>
          <w:rFonts w:ascii="Times New Roman" w:eastAsia="Times New Roman" w:hAnsi="Times New Roman" w:cs="Times New Roman"/>
          <w:sz w:val="24"/>
          <w:szCs w:val="24"/>
          <w:lang w:eastAsia="ru-RU"/>
        </w:rPr>
        <w:t> Оформление буквиц и заставок. Лексические единицы с национально-культурной семантикой, обозначающие </w:t>
      </w:r>
      <w:r>
        <w:rPr>
          <w:rFonts w:ascii="Times New Roman" w:eastAsia="Times New Roman" w:hAnsi="Times New Roman" w:cs="Times New Roman"/>
          <w:sz w:val="24"/>
          <w:szCs w:val="24"/>
          <w:lang w:eastAsia="ru-RU"/>
        </w:rPr>
        <w:t>предметы </w:t>
      </w:r>
      <w:proofErr w:type="gramStart"/>
      <w:r w:rsidRPr="00BB02B9">
        <w:rPr>
          <w:rFonts w:ascii="Times New Roman" w:eastAsia="Times New Roman" w:hAnsi="Times New Roman" w:cs="Times New Roman"/>
          <w:sz w:val="24"/>
          <w:szCs w:val="24"/>
          <w:lang w:eastAsia="ru-RU"/>
        </w:rPr>
        <w:t>традиционного  русского</w:t>
      </w:r>
      <w:proofErr w:type="gramEnd"/>
      <w:r w:rsidRPr="00BB02B9">
        <w:rPr>
          <w:rFonts w:ascii="Times New Roman" w:eastAsia="Times New Roman" w:hAnsi="Times New Roman" w:cs="Times New Roman"/>
          <w:sz w:val="24"/>
          <w:szCs w:val="24"/>
          <w:lang w:eastAsia="ru-RU"/>
        </w:rPr>
        <w:t>  быта: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 дом в старину: что как называлось (</w:t>
      </w:r>
      <w:r w:rsidRPr="00BB02B9">
        <w:rPr>
          <w:rFonts w:ascii="Times New Roman" w:eastAsia="Times New Roman" w:hAnsi="Times New Roman" w:cs="Times New Roman"/>
          <w:i/>
          <w:iCs/>
          <w:sz w:val="24"/>
          <w:szCs w:val="24"/>
          <w:lang w:eastAsia="ru-RU"/>
        </w:rPr>
        <w:t>изба, терем, хоромы, горница, светлица, светец, лучина</w:t>
      </w:r>
      <w:r w:rsidRPr="00BB02B9">
        <w:rPr>
          <w:rFonts w:ascii="Times New Roman" w:eastAsia="Times New Roman" w:hAnsi="Times New Roman" w:cs="Times New Roman"/>
          <w:sz w:val="24"/>
          <w:szCs w:val="24"/>
          <w:lang w:eastAsia="ru-RU"/>
        </w:rPr>
        <w:t> и т.д.);</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 как называлось то, во что одевались в старину (</w:t>
      </w:r>
      <w:r w:rsidRPr="00BB02B9">
        <w:rPr>
          <w:rFonts w:ascii="Times New Roman" w:eastAsia="Times New Roman" w:hAnsi="Times New Roman" w:cs="Times New Roman"/>
          <w:i/>
          <w:iCs/>
          <w:sz w:val="24"/>
          <w:szCs w:val="24"/>
          <w:lang w:eastAsia="ru-RU"/>
        </w:rPr>
        <w:t>кафтан, кушак, рубаха, сарафан</w:t>
      </w:r>
      <w:r w:rsidRPr="00BB02B9">
        <w:rPr>
          <w:rFonts w:ascii="Times New Roman" w:eastAsia="Times New Roman" w:hAnsi="Times New Roman" w:cs="Times New Roman"/>
          <w:sz w:val="24"/>
          <w:szCs w:val="24"/>
          <w:lang w:eastAsia="ru-RU"/>
        </w:rPr>
        <w:t>, лапти и т. д.).</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Имена в малых жанрах фольклора (пословицах, поговорках, загадках, прибаутках).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Проектное задание</w:t>
      </w:r>
      <w:r w:rsidRPr="00BB02B9">
        <w:rPr>
          <w:rFonts w:ascii="Times New Roman" w:eastAsia="Times New Roman" w:hAnsi="Times New Roman" w:cs="Times New Roman"/>
          <w:sz w:val="24"/>
          <w:szCs w:val="24"/>
          <w:lang w:eastAsia="ru-RU"/>
        </w:rPr>
        <w:t>. Словарь в картинках.</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2. ЯЗЫК В ДЕЙСТВИИ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Смыслоразличительная роль ударения.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3. СЕКРЕТЫ РЕЧИ И ТЕКСТА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BB02B9">
        <w:rPr>
          <w:rFonts w:ascii="Times New Roman" w:eastAsia="Times New Roman" w:hAnsi="Times New Roman" w:cs="Times New Roman"/>
          <w:sz w:val="24"/>
          <w:szCs w:val="24"/>
          <w:lang w:eastAsia="ru-RU"/>
        </w:rPr>
        <w:t>диалоге  (</w:t>
      </w:r>
      <w:proofErr w:type="gramEnd"/>
      <w:r w:rsidRPr="00BB02B9">
        <w:rPr>
          <w:rFonts w:ascii="Times New Roman" w:eastAsia="Times New Roman" w:hAnsi="Times New Roman" w:cs="Times New Roman"/>
          <w:i/>
          <w:iCs/>
          <w:sz w:val="24"/>
          <w:szCs w:val="24"/>
          <w:lang w:eastAsia="ru-RU"/>
        </w:rPr>
        <w:t>Как  вежливо  попросить? Как похвалить товарища? Как правильно поблагодарить?</w:t>
      </w:r>
      <w:r w:rsidRPr="00BB02B9">
        <w:rPr>
          <w:rFonts w:ascii="Times New Roman" w:eastAsia="Times New Roman" w:hAnsi="Times New Roman" w:cs="Times New Roman"/>
          <w:sz w:val="24"/>
          <w:szCs w:val="24"/>
          <w:lang w:eastAsia="ru-RU"/>
        </w:rPr>
        <w:t>). Цели и виды вопросов (вопрос-уточнение, вопрос как запрос на новое содержание).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2 КЛАСС</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1. РУССКИЙ ЯЗЫК: ПРОШЛОЕ И НАСТОЯЩЕЕ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 слова, называющие домашнюю утварь и орудия труда (например, </w:t>
      </w:r>
      <w:r w:rsidRPr="00BB02B9">
        <w:rPr>
          <w:rFonts w:ascii="Times New Roman" w:eastAsia="Times New Roman" w:hAnsi="Times New Roman" w:cs="Times New Roman"/>
          <w:i/>
          <w:iCs/>
          <w:sz w:val="24"/>
          <w:szCs w:val="24"/>
          <w:lang w:eastAsia="ru-RU"/>
        </w:rPr>
        <w:t>ухват, ушат, ступа, плошка, крынка, ковш, решето</w:t>
      </w:r>
      <w:r w:rsidRPr="00BB02B9">
        <w:rPr>
          <w:rFonts w:ascii="Times New Roman" w:eastAsia="Times New Roman" w:hAnsi="Times New Roman" w:cs="Times New Roman"/>
          <w:sz w:val="24"/>
          <w:szCs w:val="24"/>
          <w:lang w:eastAsia="ru-RU"/>
        </w:rPr>
        <w:t>, </w:t>
      </w:r>
      <w:r w:rsidRPr="00BB02B9">
        <w:rPr>
          <w:rFonts w:ascii="Times New Roman" w:eastAsia="Times New Roman" w:hAnsi="Times New Roman" w:cs="Times New Roman"/>
          <w:i/>
          <w:iCs/>
          <w:sz w:val="24"/>
          <w:szCs w:val="24"/>
          <w:lang w:eastAsia="ru-RU"/>
        </w:rPr>
        <w:t>веретено, серп, коса, плуг</w:t>
      </w:r>
      <w:r w:rsidRPr="00BB02B9">
        <w:rPr>
          <w:rFonts w:ascii="Times New Roman" w:eastAsia="Times New Roman" w:hAnsi="Times New Roman" w:cs="Times New Roman"/>
          <w:sz w:val="24"/>
          <w:szCs w:val="24"/>
          <w:lang w:eastAsia="ru-RU"/>
        </w:rPr>
        <w:t>);2) слова, называющие то, что ели в старину (например, </w:t>
      </w:r>
      <w:r w:rsidRPr="00BB02B9">
        <w:rPr>
          <w:rFonts w:ascii="Times New Roman" w:eastAsia="Times New Roman" w:hAnsi="Times New Roman" w:cs="Times New Roman"/>
          <w:i/>
          <w:iCs/>
          <w:sz w:val="24"/>
          <w:szCs w:val="24"/>
          <w:lang w:eastAsia="ru-RU"/>
        </w:rPr>
        <w:t>тюря, полба, каша, щи, похлёбка, бублик, ватрушка, калач, коврижки</w:t>
      </w:r>
      <w:r w:rsidRPr="00BB02B9">
        <w:rPr>
          <w:rFonts w:ascii="Times New Roman" w:eastAsia="Times New Roman" w:hAnsi="Times New Roman" w:cs="Times New Roman"/>
          <w:sz w:val="24"/>
          <w:szCs w:val="24"/>
          <w:lang w:eastAsia="ru-RU"/>
        </w:rPr>
        <w:t>): какие из них сохранились до нашего времени; 3) слова, называющие то, во что раньше одевались дети (например, </w:t>
      </w:r>
      <w:r w:rsidRPr="00BB02B9">
        <w:rPr>
          <w:rFonts w:ascii="Times New Roman" w:eastAsia="Times New Roman" w:hAnsi="Times New Roman" w:cs="Times New Roman"/>
          <w:i/>
          <w:iCs/>
          <w:sz w:val="24"/>
          <w:szCs w:val="24"/>
          <w:lang w:eastAsia="ru-RU"/>
        </w:rPr>
        <w:t>шубейка, тулуп, шапка, валенки, сарафан, рубаха, лапти</w:t>
      </w:r>
      <w:r w:rsidRPr="00BB02B9">
        <w:rPr>
          <w:rFonts w:ascii="Times New Roman" w:eastAsia="Times New Roman" w:hAnsi="Times New Roman" w:cs="Times New Roman"/>
          <w:sz w:val="24"/>
          <w:szCs w:val="24"/>
          <w:lang w:eastAsia="ru-RU"/>
        </w:rPr>
        <w:t>).</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BB02B9">
        <w:rPr>
          <w:rFonts w:ascii="Times New Roman" w:eastAsia="Times New Roman" w:hAnsi="Times New Roman" w:cs="Times New Roman"/>
          <w:i/>
          <w:iCs/>
          <w:sz w:val="24"/>
          <w:szCs w:val="24"/>
          <w:lang w:eastAsia="ru-RU"/>
        </w:rPr>
        <w:t>каши не сваришь, ни за какие коврижки</w:t>
      </w:r>
      <w:r w:rsidRPr="00BB02B9">
        <w:rPr>
          <w:rFonts w:ascii="Times New Roman" w:eastAsia="Times New Roman" w:hAnsi="Times New Roman" w:cs="Times New Roman"/>
          <w:sz w:val="24"/>
          <w:szCs w:val="24"/>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BB02B9">
        <w:rPr>
          <w:rFonts w:ascii="Times New Roman" w:eastAsia="Times New Roman" w:hAnsi="Times New Roman" w:cs="Times New Roman"/>
          <w:i/>
          <w:iCs/>
          <w:sz w:val="24"/>
          <w:szCs w:val="24"/>
          <w:lang w:eastAsia="ru-RU"/>
        </w:rPr>
        <w:t> ехать в Тулу со своим самоваром</w:t>
      </w:r>
      <w:r w:rsidRPr="00BB02B9">
        <w:rPr>
          <w:rFonts w:ascii="Times New Roman" w:eastAsia="Times New Roman" w:hAnsi="Times New Roman" w:cs="Times New Roman"/>
          <w:sz w:val="24"/>
          <w:szCs w:val="24"/>
          <w:lang w:eastAsia="ru-RU"/>
        </w:rPr>
        <w:t> (рус.); </w:t>
      </w:r>
      <w:r w:rsidRPr="00BB02B9">
        <w:rPr>
          <w:rFonts w:ascii="Times New Roman" w:eastAsia="Times New Roman" w:hAnsi="Times New Roman" w:cs="Times New Roman"/>
          <w:i/>
          <w:iCs/>
          <w:sz w:val="24"/>
          <w:szCs w:val="24"/>
          <w:lang w:eastAsia="ru-RU"/>
        </w:rPr>
        <w:t>ехать в лес с дровами</w:t>
      </w:r>
      <w:r w:rsidRPr="00BB02B9">
        <w:rPr>
          <w:rFonts w:ascii="Times New Roman" w:eastAsia="Times New Roman" w:hAnsi="Times New Roman" w:cs="Times New Roman"/>
          <w:sz w:val="24"/>
          <w:szCs w:val="24"/>
          <w:lang w:eastAsia="ru-RU"/>
        </w:rPr>
        <w:t> (тат.)). Проектное задание. Словарь «Почему это так называется?»</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lastRenderedPageBreak/>
        <w:t>РАЗДЕЛ 2. ЯЗЫК В ДЕЙСТВИИ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Разные способы толкования значения слов. Наблюдение за сочетаемостью слов.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Совершенствование орфографических навыков.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3. СЕКРЕТЫ РЕЧИ И ТЕКСТА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текстов-повествований: заметки о посещении музеев; повествование об участии в народных праздниках.</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текста: развёрнутое толкование значения слова. Анализ информации прочитанного и прослушанного текста: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3 КЛАСС</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1. РУССКИЙ ЯЗЫК: ПРОШЛОЕ И НАСТОЯЩЕЕ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Названия старинных русских городов, сведения о происхождении этих названий.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2. ЯЗЫК В ДЕЙСТВИИ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Совершенствование навыков орфографического оформления текста.</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3. СЕКРЕТЫ РЕЧИ И ТЕКСТА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устного выступления.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w:t>
      </w:r>
      <w:proofErr w:type="gramStart"/>
      <w:r w:rsidRPr="00BB02B9">
        <w:rPr>
          <w:rFonts w:ascii="Times New Roman" w:eastAsia="Times New Roman" w:hAnsi="Times New Roman" w:cs="Times New Roman"/>
          <w:sz w:val="24"/>
          <w:szCs w:val="24"/>
          <w:lang w:eastAsia="ru-RU"/>
        </w:rPr>
        <w:t>способов  аргументации</w:t>
      </w:r>
      <w:proofErr w:type="gramEnd"/>
      <w:r w:rsidRPr="00BB02B9">
        <w:rPr>
          <w:rFonts w:ascii="Times New Roman" w:eastAsia="Times New Roman" w:hAnsi="Times New Roman" w:cs="Times New Roman"/>
          <w:sz w:val="24"/>
          <w:szCs w:val="24"/>
          <w:lang w:eastAsia="ru-RU"/>
        </w:rPr>
        <w:t xml:space="preserve">  (в  рамках  изученного). </w:t>
      </w:r>
      <w:proofErr w:type="gramStart"/>
      <w:r w:rsidRPr="00BB02B9">
        <w:rPr>
          <w:rFonts w:ascii="Times New Roman" w:eastAsia="Times New Roman" w:hAnsi="Times New Roman" w:cs="Times New Roman"/>
          <w:sz w:val="24"/>
          <w:szCs w:val="24"/>
          <w:lang w:eastAsia="ru-RU"/>
        </w:rPr>
        <w:t>Редактирование  предложенных</w:t>
      </w:r>
      <w:proofErr w:type="gramEnd"/>
      <w:r w:rsidRPr="00BB02B9">
        <w:rPr>
          <w:rFonts w:ascii="Times New Roman" w:eastAsia="Times New Roman" w:hAnsi="Times New Roman" w:cs="Times New Roman"/>
          <w:sz w:val="24"/>
          <w:szCs w:val="24"/>
          <w:lang w:eastAsia="ru-RU"/>
        </w:rPr>
        <w:t>  текстов  с  целью  совершенствования их содержания и формы (в пределах изученного в основном курсе).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4 КЛАСС</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1. РУССКИЙ ЯЗЫК: ПРОШЛОЕ И НАСТОЯЩЕЕ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2. ЯЗЫК В ДЕЙСТВИИ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РАЗДЕЛ 3. СЕКРЕТЫ РЕЧИ И ТЕКСТА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Правила ведения диалога: корректные и некорректные вопросы.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Приёмы работы с примечаниями к тексту. Информативная функция заголовков. Типы заголовков.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текста как результата собственной исследовательской деятельности.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BB02B9">
        <w:rPr>
          <w:rFonts w:ascii="Times New Roman" w:eastAsia="Times New Roman" w:hAnsi="Times New Roman" w:cs="Times New Roman"/>
          <w:sz w:val="24"/>
          <w:szCs w:val="24"/>
          <w:lang w:eastAsia="ru-RU"/>
        </w:rPr>
        <w:t>Оценивание  устных</w:t>
      </w:r>
      <w:proofErr w:type="gramEnd"/>
      <w:r w:rsidRPr="00BB02B9">
        <w:rPr>
          <w:rFonts w:ascii="Times New Roman" w:eastAsia="Times New Roman" w:hAnsi="Times New Roman" w:cs="Times New Roman"/>
          <w:sz w:val="24"/>
          <w:szCs w:val="24"/>
          <w:lang w:eastAsia="ru-RU"/>
        </w:rPr>
        <w:t>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B02B9" w:rsidRPr="00BB02B9" w:rsidRDefault="00BB02B9" w:rsidP="00BB02B9">
      <w:pPr>
        <w:shd w:val="clear" w:color="auto" w:fill="FFFFFF"/>
        <w:spacing w:after="20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Синонимия речевых формул (на практическом уровне).</w:t>
      </w:r>
    </w:p>
    <w:p w:rsidR="00BB02B9" w:rsidRPr="00BB02B9" w:rsidRDefault="00BB02B9" w:rsidP="00BB02B9">
      <w:pPr>
        <w:autoSpaceDE w:val="0"/>
        <w:autoSpaceDN w:val="0"/>
        <w:spacing w:after="0" w:line="230" w:lineRule="auto"/>
        <w:rPr>
          <w:rFonts w:ascii="Cambria" w:eastAsia="MS Mincho" w:hAnsi="Cambria" w:cs="Times New Roman"/>
        </w:rPr>
      </w:pPr>
      <w:r w:rsidRPr="00BB02B9">
        <w:rPr>
          <w:rFonts w:ascii="Times New Roman" w:eastAsia="Times New Roman" w:hAnsi="Times New Roman" w:cs="Times New Roman"/>
          <w:b/>
          <w:color w:val="000000"/>
          <w:sz w:val="24"/>
          <w:lang w:val="en-US"/>
        </w:rPr>
        <w:t>III</w:t>
      </w:r>
      <w:r w:rsidRPr="00BB02B9">
        <w:rPr>
          <w:rFonts w:ascii="Times New Roman" w:eastAsia="Times New Roman" w:hAnsi="Times New Roman" w:cs="Times New Roman"/>
          <w:b/>
          <w:color w:val="000000"/>
          <w:sz w:val="24"/>
        </w:rPr>
        <w:t>. ПЛАНИРУЕМЫЕ ОБРАЗОВАТЕЛЬНЫЕ РЕЗУЛЬТАТЫ</w:t>
      </w:r>
    </w:p>
    <w:p w:rsidR="005336FB" w:rsidRDefault="00BB02B9" w:rsidP="005336FB">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BB02B9">
        <w:rPr>
          <w:rFonts w:ascii="Times New Roman" w:eastAsia="Times New Roman" w:hAnsi="Times New Roman" w:cs="Times New Roman"/>
          <w:sz w:val="24"/>
          <w:szCs w:val="24"/>
          <w:lang w:eastAsia="ru-RU"/>
        </w:rPr>
        <w:t>метапредметных</w:t>
      </w:r>
      <w:proofErr w:type="spellEnd"/>
      <w:r w:rsidRPr="00BB02B9">
        <w:rPr>
          <w:rFonts w:ascii="Times New Roman" w:eastAsia="Times New Roman" w:hAnsi="Times New Roman" w:cs="Times New Roman"/>
          <w:sz w:val="24"/>
          <w:szCs w:val="24"/>
          <w:lang w:eastAsia="ru-RU"/>
        </w:rPr>
        <w:t xml:space="preserve"> и предметных результа</w:t>
      </w:r>
      <w:r w:rsidR="005336FB">
        <w:rPr>
          <w:rFonts w:ascii="Times New Roman" w:eastAsia="Times New Roman" w:hAnsi="Times New Roman" w:cs="Times New Roman"/>
          <w:sz w:val="24"/>
          <w:szCs w:val="24"/>
          <w:lang w:eastAsia="ru-RU"/>
        </w:rPr>
        <w:t>тов освоения учебного предмета.</w:t>
      </w:r>
    </w:p>
    <w:p w:rsid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p>
    <w:p w:rsidR="00BB02B9" w:rsidRP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r w:rsidR="00BB02B9" w:rsidRPr="00BB02B9">
        <w:rPr>
          <w:rFonts w:ascii="LiberationSerif" w:eastAsia="Times New Roman" w:hAnsi="LiberationSerif" w:cs="Times New Roman"/>
          <w:b/>
          <w:bCs/>
          <w:caps/>
          <w:lang w:eastAsia="ru-RU"/>
        </w:rPr>
        <w:t>ЛИЧНОСТНЫЕ РЕЗУЛЬТАТЫ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гражданско-патриотического воспитания: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уважение к своему и другим народам, формируемое в том числе на основе примеров из художественных произведений;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духовно-нравственного воспитания: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проявление сопереживания, уважения и доброжелательности, в том числе с использованием </w:t>
      </w:r>
      <w:proofErr w:type="gramStart"/>
      <w:r w:rsidRPr="00BB02B9">
        <w:rPr>
          <w:rFonts w:ascii="Times New Roman" w:eastAsia="Times New Roman" w:hAnsi="Times New Roman" w:cs="Times New Roman"/>
          <w:sz w:val="24"/>
          <w:szCs w:val="24"/>
          <w:lang w:eastAsia="ru-RU"/>
        </w:rPr>
        <w:t>адекватных  языковых</w:t>
      </w:r>
      <w:proofErr w:type="gramEnd"/>
      <w:r w:rsidRPr="00BB02B9">
        <w:rPr>
          <w:rFonts w:ascii="Times New Roman" w:eastAsia="Times New Roman" w:hAnsi="Times New Roman" w:cs="Times New Roman"/>
          <w:sz w:val="24"/>
          <w:szCs w:val="24"/>
          <w:lang w:eastAsia="ru-RU"/>
        </w:rPr>
        <w:t xml:space="preserve"> средств для выражения своего состояния и чувств;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эстетического воспитания: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трудового воспитания: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осознание ценности </w:t>
      </w:r>
      <w:proofErr w:type="gramStart"/>
      <w:r w:rsidRPr="00BB02B9">
        <w:rPr>
          <w:rFonts w:ascii="Times New Roman" w:eastAsia="Times New Roman" w:hAnsi="Times New Roman" w:cs="Times New Roman"/>
          <w:sz w:val="24"/>
          <w:szCs w:val="24"/>
          <w:lang w:eastAsia="ru-RU"/>
        </w:rPr>
        <w:t>труда  в</w:t>
      </w:r>
      <w:proofErr w:type="gramEnd"/>
      <w:r w:rsidRPr="00BB02B9">
        <w:rPr>
          <w:rFonts w:ascii="Times New Roman" w:eastAsia="Times New Roman" w:hAnsi="Times New Roman" w:cs="Times New Roman"/>
          <w:sz w:val="24"/>
          <w:szCs w:val="24"/>
          <w:lang w:eastAsia="ru-RU"/>
        </w:rPr>
        <w:t>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экологического воспитания: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бережное отношение к природе, формируемое в процессе работы с текстами;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неприятие действий, приносящих ей вред;</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ценности научного познания:</w:t>
      </w:r>
    </w:p>
    <w:p w:rsidR="005336FB" w:rsidRDefault="00BB02B9" w:rsidP="005336FB">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BB02B9">
        <w:rPr>
          <w:rFonts w:ascii="Times New Roman" w:eastAsia="Times New Roman" w:hAnsi="Times New Roman" w:cs="Times New Roman"/>
          <w:sz w:val="24"/>
          <w:szCs w:val="24"/>
          <w:lang w:eastAsia="ru-RU"/>
        </w:rPr>
        <w:t>первоначальные  представления</w:t>
      </w:r>
      <w:proofErr w:type="gramEnd"/>
      <w:r w:rsidRPr="00BB02B9">
        <w:rPr>
          <w:rFonts w:ascii="Times New Roman" w:eastAsia="Times New Roman" w:hAnsi="Times New Roman" w:cs="Times New Roman"/>
          <w:sz w:val="24"/>
          <w:szCs w:val="24"/>
          <w:lang w:eastAsia="ru-RU"/>
        </w:rPr>
        <w:t>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w:t>
      </w:r>
      <w:r w:rsidR="005336FB">
        <w:rPr>
          <w:rFonts w:ascii="Times New Roman" w:eastAsia="Times New Roman" w:hAnsi="Times New Roman" w:cs="Times New Roman"/>
          <w:sz w:val="24"/>
          <w:szCs w:val="24"/>
          <w:lang w:eastAsia="ru-RU"/>
        </w:rPr>
        <w:t>мостоятельность в его познании.</w:t>
      </w:r>
    </w:p>
    <w:p w:rsid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p>
    <w:p w:rsidR="00BB02B9" w:rsidRP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t>2</w:t>
      </w:r>
      <w:r>
        <w:rPr>
          <w:rFonts w:ascii="Times New Roman" w:eastAsia="Times New Roman" w:hAnsi="Times New Roman" w:cs="Times New Roman"/>
          <w:sz w:val="24"/>
          <w:szCs w:val="24"/>
          <w:lang w:eastAsia="ru-RU"/>
        </w:rPr>
        <w:t xml:space="preserve">. </w:t>
      </w:r>
      <w:r w:rsidR="00BB02B9" w:rsidRPr="00BB02B9">
        <w:rPr>
          <w:rFonts w:ascii="LiberationSerif" w:eastAsia="Times New Roman" w:hAnsi="LiberationSerif" w:cs="Times New Roman"/>
          <w:b/>
          <w:bCs/>
          <w:caps/>
          <w:lang w:eastAsia="ru-RU"/>
        </w:rPr>
        <w:t>МЕТАПРЕДМЕТНЫЕ РЕЗУЛЬТАТЫ</w:t>
      </w:r>
    </w:p>
    <w:p w:rsidR="00BB02B9" w:rsidRPr="00BB02B9" w:rsidRDefault="005336FB"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r w:rsidR="00BB02B9" w:rsidRPr="00BB02B9">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Базовые логические действия: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объединять объекты (языковые единицы) по определённому признаку;</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определять существенный признак для классификации языковых единиц; классифицировать языковые единицы;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w:t>
      </w:r>
      <w:r w:rsidR="005336FB">
        <w:rPr>
          <w:rFonts w:ascii="Times New Roman" w:eastAsia="Times New Roman" w:hAnsi="Times New Roman" w:cs="Times New Roman"/>
          <w:sz w:val="24"/>
          <w:szCs w:val="24"/>
          <w:lang w:eastAsia="ru-RU"/>
        </w:rPr>
        <w:t>ицами, самостоятельно выделять </w:t>
      </w:r>
      <w:proofErr w:type="gramStart"/>
      <w:r w:rsidRPr="00BB02B9">
        <w:rPr>
          <w:rFonts w:ascii="Times New Roman" w:eastAsia="Times New Roman" w:hAnsi="Times New Roman" w:cs="Times New Roman"/>
          <w:sz w:val="24"/>
          <w:szCs w:val="24"/>
          <w:lang w:eastAsia="ru-RU"/>
        </w:rPr>
        <w:t>учебные  операции</w:t>
      </w:r>
      <w:proofErr w:type="gramEnd"/>
      <w:r w:rsidRPr="00BB02B9">
        <w:rPr>
          <w:rFonts w:ascii="Times New Roman" w:eastAsia="Times New Roman" w:hAnsi="Times New Roman" w:cs="Times New Roman"/>
          <w:sz w:val="24"/>
          <w:szCs w:val="24"/>
          <w:lang w:eastAsia="ru-RU"/>
        </w:rPr>
        <w:t xml:space="preserve"> при анализе языковых единиц;</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Базовые исследовательские действия: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w:t>
      </w:r>
      <w:r w:rsidRPr="00BB02B9">
        <w:rPr>
          <w:rFonts w:ascii="Times New Roman" w:eastAsia="Times New Roman" w:hAnsi="Times New Roman" w:cs="Times New Roman"/>
          <w:sz w:val="24"/>
          <w:szCs w:val="24"/>
          <w:lang w:eastAsia="ru-RU"/>
        </w:rPr>
        <w:lastRenderedPageBreak/>
        <w:t>лингвистическое мини-исследование, выполнять по предложенному плану проектное задание;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Работа с информацией: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02B9" w:rsidRPr="00BB02B9" w:rsidRDefault="005336FB"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t>2.</w:t>
      </w:r>
      <w:r>
        <w:rPr>
          <w:rFonts w:ascii="Times New Roman" w:eastAsia="Times New Roman" w:hAnsi="Times New Roman" w:cs="Times New Roman"/>
          <w:sz w:val="24"/>
          <w:szCs w:val="24"/>
          <w:lang w:eastAsia="ru-RU"/>
        </w:rPr>
        <w:t xml:space="preserve"> </w:t>
      </w:r>
      <w:r w:rsidR="00BB02B9" w:rsidRPr="00BB02B9">
        <w:rPr>
          <w:rFonts w:ascii="Times New Roman" w:eastAsia="Times New Roman" w:hAnsi="Times New Roman" w:cs="Times New Roman"/>
          <w:sz w:val="24"/>
          <w:szCs w:val="24"/>
          <w:lang w:eastAsia="ru-RU"/>
        </w:rPr>
        <w:t>К концу обучения в начальной школе у обучающегося формируются коммуникативные универсальные учебные действия.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Общение:</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корректно и аргументированно высказывать своё мнение; строить речевое высказывание в соответствии с поставленной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задачей;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Совместная деятельность:</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BB02B9" w:rsidRPr="00BB02B9" w:rsidRDefault="005336FB"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lastRenderedPageBreak/>
        <w:t>3</w:t>
      </w:r>
      <w:r>
        <w:rPr>
          <w:rFonts w:ascii="Times New Roman" w:eastAsia="Times New Roman" w:hAnsi="Times New Roman" w:cs="Times New Roman"/>
          <w:sz w:val="24"/>
          <w:szCs w:val="24"/>
          <w:lang w:eastAsia="ru-RU"/>
        </w:rPr>
        <w:t xml:space="preserve">. </w:t>
      </w:r>
      <w:r w:rsidR="00BB02B9" w:rsidRPr="00BB02B9">
        <w:rPr>
          <w:rFonts w:ascii="Times New Roman" w:eastAsia="Times New Roman" w:hAnsi="Times New Roman" w:cs="Times New Roman"/>
          <w:sz w:val="24"/>
          <w:szCs w:val="24"/>
          <w:lang w:eastAsia="ru-RU"/>
        </w:rPr>
        <w:t>К концу обучения в начальной школе у обучающегося формируются регулятивные универсальные учебные действия.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Самоорганизация:</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выстраивать последовательность выбранных действий.</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i/>
          <w:iCs/>
          <w:sz w:val="24"/>
          <w:szCs w:val="24"/>
          <w:lang w:eastAsia="ru-RU"/>
        </w:rPr>
        <w:t>Самоконтроль:</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находить ошибку, допущенную при работе с языковым </w:t>
      </w:r>
      <w:proofErr w:type="gramStart"/>
      <w:r w:rsidRPr="00BB02B9">
        <w:rPr>
          <w:rFonts w:ascii="Times New Roman" w:eastAsia="Times New Roman" w:hAnsi="Times New Roman" w:cs="Times New Roman"/>
          <w:sz w:val="24"/>
          <w:szCs w:val="24"/>
          <w:lang w:eastAsia="ru-RU"/>
        </w:rPr>
        <w:t>мате- риалом</w:t>
      </w:r>
      <w:proofErr w:type="gramEnd"/>
      <w:r w:rsidRPr="00BB02B9">
        <w:rPr>
          <w:rFonts w:ascii="Times New Roman" w:eastAsia="Times New Roman" w:hAnsi="Times New Roman" w:cs="Times New Roman"/>
          <w:sz w:val="24"/>
          <w:szCs w:val="24"/>
          <w:lang w:eastAsia="ru-RU"/>
        </w:rPr>
        <w:t>, находить орфографическую и пунктуационную ошибку;</w:t>
      </w:r>
    </w:p>
    <w:p w:rsidR="005336FB" w:rsidRDefault="00BB02B9" w:rsidP="005336FB">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w:t>
      </w:r>
      <w:r w:rsidR="005336FB">
        <w:rPr>
          <w:rFonts w:ascii="Times New Roman" w:eastAsia="Times New Roman" w:hAnsi="Times New Roman" w:cs="Times New Roman"/>
          <w:sz w:val="24"/>
          <w:szCs w:val="24"/>
          <w:lang w:eastAsia="ru-RU"/>
        </w:rPr>
        <w:t>ь их по предложенным критериям.</w:t>
      </w:r>
    </w:p>
    <w:p w:rsid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p>
    <w:p w:rsidR="00BB02B9" w:rsidRPr="005336FB" w:rsidRDefault="005336FB" w:rsidP="005336FB">
      <w:pPr>
        <w:shd w:val="clear" w:color="auto" w:fill="FFFFFF"/>
        <w:spacing w:after="0" w:line="240" w:lineRule="auto"/>
        <w:jc w:val="both"/>
        <w:rPr>
          <w:rFonts w:ascii="Times New Roman" w:eastAsia="Times New Roman" w:hAnsi="Times New Roman" w:cs="Times New Roman"/>
          <w:sz w:val="24"/>
          <w:szCs w:val="24"/>
          <w:lang w:eastAsia="ru-RU"/>
        </w:rPr>
      </w:pPr>
      <w:r w:rsidRPr="005336FB">
        <w:rPr>
          <w:rFonts w:ascii="Times New Roman" w:eastAsia="Times New Roman" w:hAnsi="Times New Roman" w:cs="Times New Roman"/>
          <w:b/>
          <w:sz w:val="24"/>
          <w:szCs w:val="24"/>
          <w:lang w:eastAsia="ru-RU"/>
        </w:rPr>
        <w:t>3</w:t>
      </w:r>
      <w:r>
        <w:rPr>
          <w:rFonts w:ascii="Times New Roman" w:eastAsia="Times New Roman" w:hAnsi="Times New Roman" w:cs="Times New Roman"/>
          <w:sz w:val="24"/>
          <w:szCs w:val="24"/>
          <w:lang w:eastAsia="ru-RU"/>
        </w:rPr>
        <w:t>.</w:t>
      </w:r>
      <w:r w:rsidR="00BB02B9" w:rsidRPr="00BB02B9">
        <w:rPr>
          <w:rFonts w:ascii="LiberationSerif" w:eastAsia="Times New Roman" w:hAnsi="LiberationSerif" w:cs="Times New Roman"/>
          <w:b/>
          <w:bCs/>
          <w:caps/>
          <w:lang w:eastAsia="ru-RU"/>
        </w:rPr>
        <w:t>ПРЕДМЕТНЫЕ РЕЗУЛЬТАТЫ</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1 КЛАСС</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 концу обучения </w:t>
      </w:r>
      <w:r w:rsidRPr="00BB02B9">
        <w:rPr>
          <w:rFonts w:ascii="Times New Roman" w:eastAsia="Times New Roman" w:hAnsi="Times New Roman" w:cs="Times New Roman"/>
          <w:b/>
          <w:bCs/>
          <w:sz w:val="24"/>
          <w:szCs w:val="24"/>
          <w:lang w:eastAsia="ru-RU"/>
        </w:rPr>
        <w:t>в 1 классе</w:t>
      </w:r>
      <w:r w:rsidRPr="00BB02B9">
        <w:rPr>
          <w:rFonts w:ascii="Times New Roman" w:eastAsia="Times New Roman" w:hAnsi="Times New Roman" w:cs="Times New Roman"/>
          <w:sz w:val="24"/>
          <w:szCs w:val="24"/>
          <w:lang w:eastAsia="ru-RU"/>
        </w:rPr>
        <w:t> обучающийся научится:</w:t>
      </w:r>
    </w:p>
    <w:p w:rsidR="00BB02B9" w:rsidRPr="00BB02B9" w:rsidRDefault="00BB02B9" w:rsidP="00BB02B9">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B02B9" w:rsidRPr="00BB02B9" w:rsidRDefault="00BB02B9" w:rsidP="00BB02B9">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BB02B9" w:rsidRPr="00BB02B9" w:rsidRDefault="00BB02B9" w:rsidP="00BB02B9">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значение русских пословиц и поговорок, связанных с изученными темами;</w:t>
      </w:r>
    </w:p>
    <w:p w:rsidR="00BB02B9" w:rsidRPr="00BB02B9" w:rsidRDefault="00BB02B9" w:rsidP="00BB02B9">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важность соблюдения норм современного русского литературного языка для культурного человека;</w:t>
      </w:r>
    </w:p>
    <w:p w:rsidR="00BB02B9" w:rsidRPr="00BB02B9" w:rsidRDefault="00BB02B9" w:rsidP="00BB02B9">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BB02B9" w:rsidRPr="00BB02B9" w:rsidRDefault="00BB02B9" w:rsidP="00BB02B9">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смыслоразличительную роль ударения;</w:t>
      </w:r>
    </w:p>
    <w:p w:rsidR="00BB02B9" w:rsidRPr="00BB02B9" w:rsidRDefault="00BB02B9" w:rsidP="00BB02B9">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BB02B9" w:rsidRPr="00BB02B9" w:rsidRDefault="00BB02B9" w:rsidP="00BB02B9">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2B9" w:rsidRPr="00BB02B9" w:rsidRDefault="00BB02B9" w:rsidP="00BB02B9">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различать этикетные формы обращения в официальной и неофициальной речевой ситуации;</w:t>
      </w:r>
    </w:p>
    <w:p w:rsidR="00BB02B9" w:rsidRPr="00BB02B9" w:rsidRDefault="00BB02B9" w:rsidP="00BB02B9">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уместно использовать коммуникативные приёмы диалога (начало и завершение диалога и др.);</w:t>
      </w:r>
    </w:p>
    <w:p w:rsidR="00BB02B9" w:rsidRPr="00BB02B9" w:rsidRDefault="00BB02B9" w:rsidP="00BB02B9">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BB02B9" w:rsidRPr="00BB02B9" w:rsidRDefault="00BB02B9" w:rsidP="00BB02B9">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BB02B9" w:rsidRPr="00BB02B9" w:rsidRDefault="00BB02B9" w:rsidP="00BB02B9">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BB02B9" w:rsidRPr="00BB02B9" w:rsidRDefault="00BB02B9" w:rsidP="00BB02B9">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анализировать информацию прочитанного и прослушанного текста: выделять в нём наиболее существенные факты.</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2 КЛАСС</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 концу обучения </w:t>
      </w:r>
      <w:r w:rsidRPr="00BB02B9">
        <w:rPr>
          <w:rFonts w:ascii="Times New Roman" w:eastAsia="Times New Roman" w:hAnsi="Times New Roman" w:cs="Times New Roman"/>
          <w:b/>
          <w:bCs/>
          <w:sz w:val="24"/>
          <w:szCs w:val="24"/>
          <w:lang w:eastAsia="ru-RU"/>
        </w:rPr>
        <w:t>во 2 классе</w:t>
      </w:r>
      <w:r w:rsidRPr="00BB02B9">
        <w:rPr>
          <w:rFonts w:ascii="Times New Roman" w:eastAsia="Times New Roman" w:hAnsi="Times New Roman" w:cs="Times New Roman"/>
          <w:sz w:val="24"/>
          <w:szCs w:val="24"/>
          <w:lang w:eastAsia="ru-RU"/>
        </w:rPr>
        <w:t> обучающийся научится:</w:t>
      </w:r>
    </w:p>
    <w:p w:rsidR="00BB02B9" w:rsidRPr="00BB02B9" w:rsidRDefault="00BB02B9" w:rsidP="00BB02B9">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роль русского родного языка в постижении культуры своего народа;</w:t>
      </w:r>
    </w:p>
    <w:p w:rsidR="00BB02B9" w:rsidRPr="00BB02B9" w:rsidRDefault="00BB02B9" w:rsidP="00BB02B9">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язык как развивающееся явление, связанное с историей народа;</w:t>
      </w:r>
    </w:p>
    <w:p w:rsidR="00BB02B9" w:rsidRPr="00BB02B9" w:rsidRDefault="00BB02B9" w:rsidP="00BB02B9">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BB02B9" w:rsidRPr="00BB02B9" w:rsidRDefault="00BB02B9" w:rsidP="00BB02B9">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BB02B9" w:rsidRPr="00BB02B9" w:rsidRDefault="00BB02B9" w:rsidP="00BB02B9">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B02B9" w:rsidRPr="00BB02B9" w:rsidRDefault="00BB02B9" w:rsidP="00BB02B9">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B02B9" w:rsidRPr="00BB02B9" w:rsidRDefault="00BB02B9" w:rsidP="00BB02B9">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BB02B9" w:rsidRPr="00BB02B9" w:rsidRDefault="00BB02B9" w:rsidP="00BB02B9">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смыслоразличительную роль ударения на примере омографов;</w:t>
      </w:r>
    </w:p>
    <w:p w:rsidR="00BB02B9" w:rsidRPr="00BB02B9" w:rsidRDefault="00BB02B9" w:rsidP="00BB02B9">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2B9" w:rsidRPr="00BB02B9" w:rsidRDefault="00BB02B9" w:rsidP="00BB02B9">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BB02B9" w:rsidRPr="00BB02B9" w:rsidRDefault="00BB02B9" w:rsidP="00BB02B9">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BB02B9" w:rsidRPr="00BB02B9" w:rsidRDefault="00BB02B9" w:rsidP="00BB02B9">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пользоваться учебными фразеологическими словарями, учебными словарями синонимов и антонимов для уточнения значения слов и выражений;</w:t>
      </w:r>
    </w:p>
    <w:p w:rsidR="00BB02B9" w:rsidRPr="00BB02B9" w:rsidRDefault="00BB02B9" w:rsidP="00BB02B9">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BB02B9" w:rsidRPr="00BB02B9" w:rsidRDefault="00BB02B9" w:rsidP="00BB02B9">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BB02B9" w:rsidRPr="00BB02B9" w:rsidRDefault="00BB02B9" w:rsidP="00BB02B9">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BB02B9" w:rsidRPr="00BB02B9" w:rsidRDefault="00BB02B9" w:rsidP="00BB02B9">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BB02B9" w:rsidRPr="00BB02B9" w:rsidRDefault="00BB02B9" w:rsidP="00BB02B9">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BB02B9" w:rsidRPr="00BB02B9" w:rsidRDefault="00BB02B9" w:rsidP="00BB02B9">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BB02B9">
        <w:rPr>
          <w:rFonts w:ascii="Times New Roman" w:eastAsia="Times New Roman" w:hAnsi="Times New Roman" w:cs="Times New Roman"/>
          <w:sz w:val="24"/>
          <w:szCs w:val="24"/>
          <w:lang w:eastAsia="ru-RU"/>
        </w:rPr>
        <w:t>и  художественных</w:t>
      </w:r>
      <w:proofErr w:type="gramEnd"/>
      <w:r w:rsidRPr="00BB02B9">
        <w:rPr>
          <w:rFonts w:ascii="Times New Roman" w:eastAsia="Times New Roman" w:hAnsi="Times New Roman" w:cs="Times New Roman"/>
          <w:sz w:val="24"/>
          <w:szCs w:val="24"/>
          <w:lang w:eastAsia="ru-RU"/>
        </w:rPr>
        <w:t>  текстов  об  истории  языка  и о культуре русского народа;</w:t>
      </w:r>
    </w:p>
    <w:p w:rsidR="00BB02B9" w:rsidRPr="00BB02B9" w:rsidRDefault="00BB02B9" w:rsidP="00BB02B9">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B02B9" w:rsidRPr="00BB02B9" w:rsidRDefault="00BB02B9" w:rsidP="00BB02B9">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BB02B9" w:rsidRPr="00BB02B9" w:rsidRDefault="00BB02B9" w:rsidP="00BB02B9">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тексты-инструкции с опорой на предложенный текст;</w:t>
      </w:r>
    </w:p>
    <w:p w:rsidR="00BB02B9" w:rsidRPr="00BB02B9" w:rsidRDefault="00BB02B9" w:rsidP="00BB02B9">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3 КЛАСС</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 концу обучения </w:t>
      </w:r>
      <w:r w:rsidRPr="00BB02B9">
        <w:rPr>
          <w:rFonts w:ascii="Times New Roman" w:eastAsia="Times New Roman" w:hAnsi="Times New Roman" w:cs="Times New Roman"/>
          <w:b/>
          <w:bCs/>
          <w:sz w:val="24"/>
          <w:szCs w:val="24"/>
          <w:lang w:eastAsia="ru-RU"/>
        </w:rPr>
        <w:t>в 3 классе</w:t>
      </w:r>
      <w:r w:rsidRPr="00BB02B9">
        <w:rPr>
          <w:rFonts w:ascii="Times New Roman" w:eastAsia="Times New Roman" w:hAnsi="Times New Roman" w:cs="Times New Roman"/>
          <w:sz w:val="24"/>
          <w:szCs w:val="24"/>
          <w:lang w:eastAsia="ru-RU"/>
        </w:rPr>
        <w:t> обучающийся научится:</w:t>
      </w:r>
    </w:p>
    <w:p w:rsidR="00BB02B9" w:rsidRPr="00BB02B9" w:rsidRDefault="00BB02B9" w:rsidP="00BB02B9">
      <w:pPr>
        <w:numPr>
          <w:ilvl w:val="0"/>
          <w:numId w:val="4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национальное своеобразие, богатство, выразительность русского языка;</w:t>
      </w:r>
    </w:p>
    <w:p w:rsidR="00BB02B9" w:rsidRPr="00BB02B9" w:rsidRDefault="00BB02B9" w:rsidP="00BB02B9">
      <w:pPr>
        <w:numPr>
          <w:ilvl w:val="0"/>
          <w:numId w:val="4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B02B9" w:rsidRPr="00BB02B9" w:rsidRDefault="00BB02B9" w:rsidP="00BB02B9">
      <w:pPr>
        <w:numPr>
          <w:ilvl w:val="0"/>
          <w:numId w:val="4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B02B9" w:rsidRPr="00BB02B9" w:rsidRDefault="00BB02B9" w:rsidP="00BB02B9">
      <w:pPr>
        <w:numPr>
          <w:ilvl w:val="0"/>
          <w:numId w:val="4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BB02B9" w:rsidRPr="00BB02B9" w:rsidRDefault="00BB02B9" w:rsidP="00BB02B9">
      <w:pPr>
        <w:numPr>
          <w:ilvl w:val="0"/>
          <w:numId w:val="4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понимать значение русских пословиц и </w:t>
      </w:r>
      <w:proofErr w:type="gramStart"/>
      <w:r w:rsidRPr="00BB02B9">
        <w:rPr>
          <w:rFonts w:ascii="Times New Roman" w:eastAsia="Times New Roman" w:hAnsi="Times New Roman" w:cs="Times New Roman"/>
          <w:sz w:val="24"/>
          <w:szCs w:val="24"/>
          <w:lang w:eastAsia="ru-RU"/>
        </w:rPr>
        <w:t>поговорок,  крылатых</w:t>
      </w:r>
      <w:proofErr w:type="gramEnd"/>
      <w:r w:rsidRPr="00BB02B9">
        <w:rPr>
          <w:rFonts w:ascii="Times New Roman" w:eastAsia="Times New Roman" w:hAnsi="Times New Roman" w:cs="Times New Roman"/>
          <w:sz w:val="24"/>
          <w:szCs w:val="24"/>
          <w:lang w:eastAsia="ru-RU"/>
        </w:rPr>
        <w:t xml:space="preserve"> выражений, связанных с изученными темами; правильно употреблять их в современных ситуациях речевого общения;</w:t>
      </w:r>
    </w:p>
    <w:p w:rsidR="00BB02B9" w:rsidRPr="00BB02B9" w:rsidRDefault="00BB02B9" w:rsidP="00BB02B9">
      <w:pPr>
        <w:numPr>
          <w:ilvl w:val="0"/>
          <w:numId w:val="4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B02B9" w:rsidRPr="00BB02B9" w:rsidRDefault="00BB02B9" w:rsidP="00BB02B9">
      <w:pPr>
        <w:numPr>
          <w:ilvl w:val="0"/>
          <w:numId w:val="5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BB02B9" w:rsidRPr="00BB02B9" w:rsidRDefault="00BB02B9" w:rsidP="00BB02B9">
      <w:pPr>
        <w:numPr>
          <w:ilvl w:val="0"/>
          <w:numId w:val="5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BB02B9" w:rsidRPr="00BB02B9" w:rsidRDefault="00BB02B9" w:rsidP="00BB02B9">
      <w:pPr>
        <w:numPr>
          <w:ilvl w:val="0"/>
          <w:numId w:val="5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учебный орфоэпический словарь для определения нормативного произношения слова, вариантов произношения;</w:t>
      </w:r>
    </w:p>
    <w:p w:rsidR="00BB02B9" w:rsidRPr="00BB02B9" w:rsidRDefault="00BB02B9" w:rsidP="00BB02B9">
      <w:pPr>
        <w:numPr>
          <w:ilvl w:val="0"/>
          <w:numId w:val="5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2B9" w:rsidRPr="00BB02B9" w:rsidRDefault="00BB02B9" w:rsidP="00BB02B9">
      <w:pPr>
        <w:numPr>
          <w:ilvl w:val="0"/>
          <w:numId w:val="5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BB02B9" w:rsidRPr="00BB02B9" w:rsidRDefault="00BB02B9" w:rsidP="00BB02B9">
      <w:pPr>
        <w:numPr>
          <w:ilvl w:val="0"/>
          <w:numId w:val="5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правильно употреблять отдельные формы множественного числа имён существительных;</w:t>
      </w:r>
    </w:p>
    <w:p w:rsidR="00BB02B9" w:rsidRPr="00BB02B9" w:rsidRDefault="00BB02B9" w:rsidP="00BB02B9">
      <w:pPr>
        <w:numPr>
          <w:ilvl w:val="0"/>
          <w:numId w:val="5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B02B9" w:rsidRPr="00BB02B9" w:rsidRDefault="00BB02B9" w:rsidP="00BB02B9">
      <w:pPr>
        <w:numPr>
          <w:ilvl w:val="0"/>
          <w:numId w:val="5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BB02B9" w:rsidRPr="00BB02B9" w:rsidRDefault="00BB02B9" w:rsidP="00BB02B9">
      <w:pPr>
        <w:numPr>
          <w:ilvl w:val="0"/>
          <w:numId w:val="5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BB02B9" w:rsidRPr="00BB02B9" w:rsidRDefault="00BB02B9" w:rsidP="00BB02B9">
      <w:pPr>
        <w:numPr>
          <w:ilvl w:val="0"/>
          <w:numId w:val="5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BB02B9" w:rsidRPr="00BB02B9" w:rsidRDefault="00BB02B9" w:rsidP="00BB02B9">
      <w:pPr>
        <w:numPr>
          <w:ilvl w:val="0"/>
          <w:numId w:val="6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BB02B9" w:rsidRPr="00BB02B9" w:rsidRDefault="00BB02B9" w:rsidP="00BB02B9">
      <w:pPr>
        <w:numPr>
          <w:ilvl w:val="0"/>
          <w:numId w:val="6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BB02B9" w:rsidRPr="00BB02B9" w:rsidRDefault="00BB02B9" w:rsidP="00BB02B9">
      <w:pPr>
        <w:numPr>
          <w:ilvl w:val="0"/>
          <w:numId w:val="6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BB02B9" w:rsidRPr="00BB02B9" w:rsidRDefault="00BB02B9" w:rsidP="00BB02B9">
      <w:pPr>
        <w:numPr>
          <w:ilvl w:val="0"/>
          <w:numId w:val="6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BB02B9">
        <w:rPr>
          <w:rFonts w:ascii="Times New Roman" w:eastAsia="Times New Roman" w:hAnsi="Times New Roman" w:cs="Times New Roman"/>
          <w:sz w:val="24"/>
          <w:szCs w:val="24"/>
          <w:lang w:eastAsia="ru-RU"/>
        </w:rPr>
        <w:t>и  художественных</w:t>
      </w:r>
      <w:proofErr w:type="gramEnd"/>
      <w:r w:rsidRPr="00BB02B9">
        <w:rPr>
          <w:rFonts w:ascii="Times New Roman" w:eastAsia="Times New Roman" w:hAnsi="Times New Roman" w:cs="Times New Roman"/>
          <w:sz w:val="24"/>
          <w:szCs w:val="24"/>
          <w:lang w:eastAsia="ru-RU"/>
        </w:rPr>
        <w:t>  текстов  об  истории  языка  и о культуре русского народа;</w:t>
      </w:r>
    </w:p>
    <w:p w:rsidR="00BB02B9" w:rsidRPr="00BB02B9" w:rsidRDefault="00BB02B9" w:rsidP="00BB02B9">
      <w:pPr>
        <w:numPr>
          <w:ilvl w:val="0"/>
          <w:numId w:val="6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B02B9" w:rsidRPr="00BB02B9" w:rsidRDefault="00BB02B9" w:rsidP="00BB02B9">
      <w:pPr>
        <w:numPr>
          <w:ilvl w:val="0"/>
          <w:numId w:val="6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BB02B9" w:rsidRPr="00BB02B9" w:rsidRDefault="00BB02B9" w:rsidP="00BB02B9">
      <w:pPr>
        <w:numPr>
          <w:ilvl w:val="0"/>
          <w:numId w:val="6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выявлять и исправлять речевые ошибки в устной речи;</w:t>
      </w:r>
    </w:p>
    <w:p w:rsidR="00BB02B9" w:rsidRPr="00BB02B9" w:rsidRDefault="00BB02B9" w:rsidP="00BB02B9">
      <w:pPr>
        <w:numPr>
          <w:ilvl w:val="0"/>
          <w:numId w:val="6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тексты-повествования об участии в мастер-классах, связанных с народными промыслами;</w:t>
      </w:r>
    </w:p>
    <w:p w:rsidR="00BB02B9" w:rsidRPr="00BB02B9" w:rsidRDefault="00BB02B9" w:rsidP="00BB02B9">
      <w:pPr>
        <w:numPr>
          <w:ilvl w:val="0"/>
          <w:numId w:val="6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тексты-рассуждения с использованием различных способов аргументации;</w:t>
      </w:r>
    </w:p>
    <w:p w:rsidR="00BB02B9" w:rsidRPr="00BB02B9" w:rsidRDefault="00BB02B9" w:rsidP="00BB02B9">
      <w:pPr>
        <w:numPr>
          <w:ilvl w:val="0"/>
          <w:numId w:val="6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BB02B9" w:rsidRPr="00BB02B9" w:rsidRDefault="00BB02B9" w:rsidP="00BB02B9">
      <w:pPr>
        <w:numPr>
          <w:ilvl w:val="0"/>
          <w:numId w:val="7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редактировать письменный текст с целью исправления речевых ошибок или с целью более точной передачи смысла.</w:t>
      </w:r>
    </w:p>
    <w:p w:rsidR="00BB02B9" w:rsidRPr="00BB02B9" w:rsidRDefault="00BB02B9" w:rsidP="00BB02B9">
      <w:pPr>
        <w:shd w:val="clear" w:color="auto" w:fill="FFFFFF"/>
        <w:spacing w:before="240" w:after="120" w:line="240" w:lineRule="atLeast"/>
        <w:outlineLvl w:val="1"/>
        <w:rPr>
          <w:rFonts w:ascii="LiberationSerif" w:eastAsia="Times New Roman" w:hAnsi="LiberationSerif" w:cs="Times New Roman"/>
          <w:b/>
          <w:bCs/>
          <w:caps/>
          <w:lang w:eastAsia="ru-RU"/>
        </w:rPr>
      </w:pPr>
      <w:r w:rsidRPr="00BB02B9">
        <w:rPr>
          <w:rFonts w:ascii="LiberationSerif" w:eastAsia="Times New Roman" w:hAnsi="LiberationSerif" w:cs="Times New Roman"/>
          <w:b/>
          <w:bCs/>
          <w:caps/>
          <w:lang w:eastAsia="ru-RU"/>
        </w:rPr>
        <w:t>4 КЛАСС</w:t>
      </w:r>
    </w:p>
    <w:p w:rsidR="00BB02B9" w:rsidRPr="00BB02B9" w:rsidRDefault="00BB02B9" w:rsidP="00BB02B9">
      <w:pPr>
        <w:shd w:val="clear" w:color="auto" w:fill="FFFFFF"/>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К концу обучения </w:t>
      </w:r>
      <w:r w:rsidRPr="00BB02B9">
        <w:rPr>
          <w:rFonts w:ascii="Times New Roman" w:eastAsia="Times New Roman" w:hAnsi="Times New Roman" w:cs="Times New Roman"/>
          <w:b/>
          <w:bCs/>
          <w:sz w:val="24"/>
          <w:szCs w:val="24"/>
          <w:lang w:eastAsia="ru-RU"/>
        </w:rPr>
        <w:t>в 4 классе</w:t>
      </w:r>
      <w:r w:rsidRPr="00BB02B9">
        <w:rPr>
          <w:rFonts w:ascii="Times New Roman" w:eastAsia="Times New Roman" w:hAnsi="Times New Roman" w:cs="Times New Roman"/>
          <w:sz w:val="24"/>
          <w:szCs w:val="24"/>
          <w:lang w:eastAsia="ru-RU"/>
        </w:rPr>
        <w:t> обучающийся научится:</w:t>
      </w:r>
    </w:p>
    <w:p w:rsidR="00BB02B9" w:rsidRPr="00BB02B9" w:rsidRDefault="00BB02B9" w:rsidP="00BB02B9">
      <w:pPr>
        <w:numPr>
          <w:ilvl w:val="0"/>
          <w:numId w:val="7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B02B9" w:rsidRPr="00BB02B9" w:rsidRDefault="00BB02B9" w:rsidP="00BB02B9">
      <w:pPr>
        <w:numPr>
          <w:ilvl w:val="0"/>
          <w:numId w:val="7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BB02B9" w:rsidRPr="00BB02B9" w:rsidRDefault="00BB02B9" w:rsidP="00BB02B9">
      <w:pPr>
        <w:numPr>
          <w:ilvl w:val="0"/>
          <w:numId w:val="7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осознавать уместность употребления эпитетов и сравнений в речи;</w:t>
      </w:r>
    </w:p>
    <w:p w:rsidR="00BB02B9" w:rsidRPr="00BB02B9" w:rsidRDefault="00BB02B9" w:rsidP="00BB02B9">
      <w:pPr>
        <w:numPr>
          <w:ilvl w:val="0"/>
          <w:numId w:val="7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BB02B9" w:rsidRPr="00BB02B9" w:rsidRDefault="00BB02B9" w:rsidP="00BB02B9">
      <w:pPr>
        <w:numPr>
          <w:ilvl w:val="0"/>
          <w:numId w:val="7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B02B9" w:rsidRPr="00BB02B9" w:rsidRDefault="00BB02B9" w:rsidP="00BB02B9">
      <w:pPr>
        <w:numPr>
          <w:ilvl w:val="0"/>
          <w:numId w:val="7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B02B9" w:rsidRPr="00BB02B9" w:rsidRDefault="00BB02B9" w:rsidP="00BB02B9">
      <w:pPr>
        <w:numPr>
          <w:ilvl w:val="0"/>
          <w:numId w:val="7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BB02B9" w:rsidRPr="00BB02B9" w:rsidRDefault="00BB02B9" w:rsidP="00BB02B9">
      <w:pPr>
        <w:numPr>
          <w:ilvl w:val="0"/>
          <w:numId w:val="7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BB02B9" w:rsidRPr="00BB02B9" w:rsidRDefault="00BB02B9" w:rsidP="00BB02B9">
      <w:pPr>
        <w:numPr>
          <w:ilvl w:val="0"/>
          <w:numId w:val="7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BB02B9" w:rsidRPr="00BB02B9" w:rsidRDefault="00BB02B9" w:rsidP="00BB02B9">
      <w:pPr>
        <w:numPr>
          <w:ilvl w:val="0"/>
          <w:numId w:val="8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2B9" w:rsidRPr="00BB02B9" w:rsidRDefault="00BB02B9" w:rsidP="00BB02B9">
      <w:pPr>
        <w:numPr>
          <w:ilvl w:val="0"/>
          <w:numId w:val="8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BB02B9" w:rsidRPr="00BB02B9" w:rsidRDefault="00BB02B9" w:rsidP="00BB02B9">
      <w:pPr>
        <w:numPr>
          <w:ilvl w:val="0"/>
          <w:numId w:val="8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заменять синонимическими конструкциями отдельные глаголы, у которых нет формы 1-го лица единственного числа настоящего и будущего времени;</w:t>
      </w:r>
    </w:p>
    <w:p w:rsidR="00BB02B9" w:rsidRPr="00BB02B9" w:rsidRDefault="00BB02B9" w:rsidP="00BB02B9">
      <w:pPr>
        <w:numPr>
          <w:ilvl w:val="0"/>
          <w:numId w:val="8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B02B9" w:rsidRPr="00BB02B9" w:rsidRDefault="00BB02B9" w:rsidP="00BB02B9">
      <w:pPr>
        <w:numPr>
          <w:ilvl w:val="0"/>
          <w:numId w:val="8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редактировать письменный текст с целью исправления грамматических ошибок;</w:t>
      </w:r>
    </w:p>
    <w:p w:rsidR="00BB02B9" w:rsidRPr="00BB02B9" w:rsidRDefault="00BB02B9" w:rsidP="00BB02B9">
      <w:pPr>
        <w:numPr>
          <w:ilvl w:val="0"/>
          <w:numId w:val="8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соблюдать изученные орфографические и пунктуационные нормы при записи собственного текста (в рамках изученного);</w:t>
      </w:r>
    </w:p>
    <w:p w:rsidR="00BB02B9" w:rsidRPr="00BB02B9" w:rsidRDefault="00BB02B9" w:rsidP="00BB02B9">
      <w:pPr>
        <w:numPr>
          <w:ilvl w:val="0"/>
          <w:numId w:val="8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BB02B9" w:rsidRPr="00BB02B9" w:rsidRDefault="00BB02B9" w:rsidP="00BB02B9">
      <w:pPr>
        <w:numPr>
          <w:ilvl w:val="0"/>
          <w:numId w:val="8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BB02B9" w:rsidRPr="00BB02B9" w:rsidRDefault="00BB02B9" w:rsidP="00BB02B9">
      <w:pPr>
        <w:numPr>
          <w:ilvl w:val="0"/>
          <w:numId w:val="8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пользоваться учебным этимологическим словарём для уточнения происхождения слова;</w:t>
      </w:r>
    </w:p>
    <w:p w:rsidR="00BB02B9" w:rsidRPr="00BB02B9" w:rsidRDefault="00BB02B9" w:rsidP="00BB02B9">
      <w:pPr>
        <w:numPr>
          <w:ilvl w:val="0"/>
          <w:numId w:val="8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BB02B9" w:rsidRPr="00BB02B9" w:rsidRDefault="00BB02B9" w:rsidP="00BB02B9">
      <w:pPr>
        <w:numPr>
          <w:ilvl w:val="0"/>
          <w:numId w:val="9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BB02B9" w:rsidRPr="00BB02B9" w:rsidRDefault="00BB02B9" w:rsidP="00BB02B9">
      <w:pPr>
        <w:numPr>
          <w:ilvl w:val="0"/>
          <w:numId w:val="9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BB02B9" w:rsidRPr="00BB02B9" w:rsidRDefault="00BB02B9" w:rsidP="00BB02B9">
      <w:pPr>
        <w:numPr>
          <w:ilvl w:val="0"/>
          <w:numId w:val="9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BB02B9" w:rsidRPr="00BB02B9" w:rsidRDefault="00BB02B9" w:rsidP="00BB02B9">
      <w:pPr>
        <w:numPr>
          <w:ilvl w:val="0"/>
          <w:numId w:val="9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BB02B9" w:rsidRPr="00BB02B9" w:rsidRDefault="00BB02B9" w:rsidP="00BB02B9">
      <w:pPr>
        <w:numPr>
          <w:ilvl w:val="0"/>
          <w:numId w:val="9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владеть различными приёмами слушания научно-познавательных </w:t>
      </w:r>
      <w:proofErr w:type="gramStart"/>
      <w:r w:rsidRPr="00BB02B9">
        <w:rPr>
          <w:rFonts w:ascii="Times New Roman" w:eastAsia="Times New Roman" w:hAnsi="Times New Roman" w:cs="Times New Roman"/>
          <w:sz w:val="24"/>
          <w:szCs w:val="24"/>
          <w:lang w:eastAsia="ru-RU"/>
        </w:rPr>
        <w:t>и  художественных</w:t>
      </w:r>
      <w:proofErr w:type="gramEnd"/>
      <w:r w:rsidRPr="00BB02B9">
        <w:rPr>
          <w:rFonts w:ascii="Times New Roman" w:eastAsia="Times New Roman" w:hAnsi="Times New Roman" w:cs="Times New Roman"/>
          <w:sz w:val="24"/>
          <w:szCs w:val="24"/>
          <w:lang w:eastAsia="ru-RU"/>
        </w:rPr>
        <w:t>  текстов  об  истории  языка  и о культуре русского народа;</w:t>
      </w:r>
    </w:p>
    <w:p w:rsidR="00BB02B9" w:rsidRPr="00BB02B9" w:rsidRDefault="00BB02B9" w:rsidP="00BB02B9">
      <w:pPr>
        <w:numPr>
          <w:ilvl w:val="0"/>
          <w:numId w:val="9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BB02B9" w:rsidRPr="00BB02B9" w:rsidRDefault="00BB02B9" w:rsidP="00BB02B9">
      <w:pPr>
        <w:numPr>
          <w:ilvl w:val="0"/>
          <w:numId w:val="9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B02B9" w:rsidRPr="00BB02B9" w:rsidRDefault="00BB02B9" w:rsidP="00BB02B9">
      <w:pPr>
        <w:numPr>
          <w:ilvl w:val="0"/>
          <w:numId w:val="9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B02B9" w:rsidRPr="00BB02B9" w:rsidRDefault="00BB02B9" w:rsidP="00BB02B9">
      <w:pPr>
        <w:numPr>
          <w:ilvl w:val="0"/>
          <w:numId w:val="9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составлять план текста, не разделённого на абзацы;</w:t>
      </w:r>
    </w:p>
    <w:p w:rsidR="00BB02B9" w:rsidRPr="00BB02B9" w:rsidRDefault="00BB02B9" w:rsidP="00BB02B9">
      <w:pPr>
        <w:numPr>
          <w:ilvl w:val="0"/>
          <w:numId w:val="9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приводить объяснения заголовка текста;</w:t>
      </w:r>
    </w:p>
    <w:p w:rsidR="00BB02B9" w:rsidRPr="00BB02B9" w:rsidRDefault="00BB02B9" w:rsidP="00BB02B9">
      <w:pPr>
        <w:numPr>
          <w:ilvl w:val="0"/>
          <w:numId w:val="10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владеть приёмами работы с примечаниями к тексту;</w:t>
      </w:r>
    </w:p>
    <w:p w:rsidR="00BB02B9" w:rsidRPr="00BB02B9" w:rsidRDefault="00BB02B9" w:rsidP="00BB02B9">
      <w:pPr>
        <w:numPr>
          <w:ilvl w:val="0"/>
          <w:numId w:val="10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владеть умениями информационной переработки прослушанного или прочитанного текста: пересказывать текст с изменением лица;</w:t>
      </w:r>
    </w:p>
    <w:p w:rsidR="00BB02B9" w:rsidRPr="00BB02B9" w:rsidRDefault="00BB02B9" w:rsidP="00BB02B9">
      <w:pPr>
        <w:numPr>
          <w:ilvl w:val="0"/>
          <w:numId w:val="10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B02B9" w:rsidRPr="00BB02B9" w:rsidRDefault="00BB02B9" w:rsidP="00BB02B9">
      <w:pPr>
        <w:numPr>
          <w:ilvl w:val="0"/>
          <w:numId w:val="10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BB02B9" w:rsidRPr="00BB02B9" w:rsidRDefault="00BB02B9" w:rsidP="00BB02B9">
      <w:pPr>
        <w:numPr>
          <w:ilvl w:val="0"/>
          <w:numId w:val="10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BB02B9" w:rsidRPr="00BB02B9" w:rsidRDefault="00BB02B9" w:rsidP="00BB02B9">
      <w:pPr>
        <w:numPr>
          <w:ilvl w:val="0"/>
          <w:numId w:val="10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редактировать предлагаемый письменный текст с целью исправления речевых ошибок или с целью более точной передачи смысла;</w:t>
      </w:r>
    </w:p>
    <w:p w:rsidR="00BB02B9" w:rsidRPr="00BB02B9" w:rsidRDefault="00BB02B9" w:rsidP="00BB02B9">
      <w:pPr>
        <w:numPr>
          <w:ilvl w:val="0"/>
          <w:numId w:val="10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B02B9" w:rsidRPr="00BB02B9" w:rsidRDefault="00BB02B9"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BB02B9" w:rsidRPr="00BB02B9" w:rsidSect="00BB02B9">
          <w:pgSz w:w="11906" w:h="16838"/>
          <w:pgMar w:top="1134" w:right="850" w:bottom="1134" w:left="1701" w:header="708" w:footer="708" w:gutter="0"/>
          <w:cols w:space="708"/>
          <w:docGrid w:linePitch="360"/>
        </w:sectPr>
      </w:pPr>
    </w:p>
    <w:p w:rsidR="009F31CE" w:rsidRPr="009F31CE" w:rsidRDefault="009F31CE" w:rsidP="009F31CE">
      <w:pPr>
        <w:pStyle w:val="ad"/>
        <w:rPr>
          <w:rFonts w:ascii="Times New Roman" w:hAnsi="Times New Roman" w:cs="Times New Roman"/>
          <w:b/>
          <w:w w:val="101"/>
          <w:sz w:val="18"/>
        </w:rPr>
      </w:pPr>
      <w:r w:rsidRPr="009F31CE">
        <w:rPr>
          <w:rFonts w:ascii="Times New Roman" w:hAnsi="Times New Roman" w:cs="Times New Roman"/>
          <w:b/>
          <w:w w:val="101"/>
          <w:sz w:val="18"/>
          <w:lang w:val="en-US"/>
        </w:rPr>
        <w:lastRenderedPageBreak/>
        <w:t>IV</w:t>
      </w:r>
      <w:r w:rsidRPr="009F31CE">
        <w:rPr>
          <w:rFonts w:ascii="Times New Roman" w:hAnsi="Times New Roman" w:cs="Times New Roman"/>
          <w:b/>
          <w:w w:val="101"/>
          <w:sz w:val="18"/>
        </w:rPr>
        <w:t xml:space="preserve">. ТЕМАТИЧЕСКОЕ ПЛАНИРОВАНИЕ </w:t>
      </w:r>
    </w:p>
    <w:p w:rsidR="009F31CE" w:rsidRDefault="009F31CE" w:rsidP="009F31CE">
      <w:pPr>
        <w:pStyle w:val="ad"/>
        <w:rPr>
          <w:rFonts w:ascii="Times New Roman" w:hAnsi="Times New Roman" w:cs="Times New Roman"/>
          <w:b/>
          <w:w w:val="101"/>
          <w:sz w:val="18"/>
        </w:rPr>
      </w:pPr>
    </w:p>
    <w:p w:rsidR="009F31CE" w:rsidRDefault="009F31CE" w:rsidP="009F31CE">
      <w:pPr>
        <w:pStyle w:val="ad"/>
        <w:rPr>
          <w:rFonts w:ascii="Times New Roman" w:hAnsi="Times New Roman" w:cs="Times New Roman"/>
          <w:b/>
          <w:w w:val="101"/>
          <w:sz w:val="18"/>
        </w:rPr>
      </w:pPr>
      <w:r w:rsidRPr="009F31CE">
        <w:rPr>
          <w:rFonts w:ascii="Times New Roman" w:hAnsi="Times New Roman" w:cs="Times New Roman"/>
          <w:b/>
          <w:w w:val="101"/>
          <w:sz w:val="18"/>
        </w:rPr>
        <w:t>1 класс</w:t>
      </w:r>
    </w:p>
    <w:p w:rsidR="009F31CE" w:rsidRPr="009F31CE" w:rsidRDefault="009F31CE" w:rsidP="009F31CE">
      <w:pPr>
        <w:pStyle w:val="ad"/>
        <w:rPr>
          <w:rFonts w:ascii="Times New Roman" w:eastAsia="MS Mincho" w:hAnsi="Times New Roman" w:cs="Times New Roman"/>
          <w:b/>
          <w:sz w:val="18"/>
        </w:rPr>
      </w:pPr>
    </w:p>
    <w:tbl>
      <w:tblPr>
        <w:tblW w:w="0" w:type="auto"/>
        <w:tblInd w:w="6" w:type="dxa"/>
        <w:tblLayout w:type="fixed"/>
        <w:tblLook w:val="04A0" w:firstRow="1" w:lastRow="0" w:firstColumn="1" w:lastColumn="0" w:noHBand="0" w:noVBand="1"/>
      </w:tblPr>
      <w:tblGrid>
        <w:gridCol w:w="396"/>
        <w:gridCol w:w="6436"/>
        <w:gridCol w:w="528"/>
        <w:gridCol w:w="1106"/>
        <w:gridCol w:w="1140"/>
        <w:gridCol w:w="864"/>
        <w:gridCol w:w="1764"/>
        <w:gridCol w:w="1238"/>
        <w:gridCol w:w="2030"/>
      </w:tblGrid>
      <w:tr w:rsidR="009F31CE" w:rsidRPr="009F31CE" w:rsidTr="009F31CE">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b/>
                <w:color w:val="000000"/>
                <w:w w:val="97"/>
                <w:sz w:val="16"/>
                <w:lang w:val="en-US"/>
              </w:rPr>
              <w:t>№</w:t>
            </w:r>
            <w:r w:rsidRPr="009F31CE">
              <w:rPr>
                <w:rFonts w:ascii="Cambria" w:eastAsia="MS Mincho" w:hAnsi="Cambria" w:cs="Times New Roman"/>
                <w:lang w:val="en-US"/>
              </w:rPr>
              <w:br/>
            </w:r>
            <w:r w:rsidRPr="009F31CE">
              <w:rPr>
                <w:rFonts w:ascii="Times New Roman" w:eastAsia="Times New Roman" w:hAnsi="Times New Roman" w:cs="Times New Roman"/>
                <w:b/>
                <w:color w:val="000000"/>
                <w:w w:val="97"/>
                <w:sz w:val="16"/>
                <w:lang w:val="en-US"/>
              </w:rPr>
              <w:t>п/п</w:t>
            </w:r>
          </w:p>
        </w:tc>
        <w:tc>
          <w:tcPr>
            <w:tcW w:w="64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rPr>
            </w:pPr>
            <w:r w:rsidRPr="009F31CE">
              <w:rPr>
                <w:rFonts w:ascii="Times New Roman" w:eastAsia="Times New Roman" w:hAnsi="Times New Roman" w:cs="Times New Roman"/>
                <w:b/>
                <w:color w:val="000000"/>
                <w:w w:val="97"/>
                <w:sz w:val="16"/>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Количество</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Дата</w:t>
            </w:r>
            <w:proofErr w:type="spellEnd"/>
            <w:r w:rsidRPr="009F31CE">
              <w:rPr>
                <w:rFonts w:ascii="Times New Roman" w:eastAsia="Times New Roman" w:hAnsi="Times New Roman" w:cs="Times New Roman"/>
                <w:b/>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b/>
                <w:color w:val="000000"/>
                <w:w w:val="97"/>
                <w:sz w:val="16"/>
                <w:lang w:val="en-US"/>
              </w:rPr>
              <w:t>изучения</w:t>
            </w:r>
            <w:proofErr w:type="spellEnd"/>
          </w:p>
        </w:tc>
        <w:tc>
          <w:tcPr>
            <w:tcW w:w="17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Виды</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деятельности</w:t>
            </w:r>
            <w:proofErr w:type="spellEnd"/>
          </w:p>
        </w:tc>
        <w:tc>
          <w:tcPr>
            <w:tcW w:w="12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Виды</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формы</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контроля</w:t>
            </w:r>
            <w:proofErr w:type="spellEnd"/>
          </w:p>
        </w:tc>
        <w:tc>
          <w:tcPr>
            <w:tcW w:w="203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Электронные</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цифровые</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образовательные</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ресурсы</w:t>
            </w:r>
            <w:proofErr w:type="spellEnd"/>
          </w:p>
        </w:tc>
      </w:tr>
      <w:tr w:rsidR="009F31CE" w:rsidRPr="009F31CE" w:rsidTr="009F31CE">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всего</w:t>
            </w:r>
            <w:proofErr w:type="spellEnd"/>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контрольные</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работы</w:t>
            </w:r>
            <w:proofErr w:type="spellEnd"/>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практические</w:t>
            </w:r>
            <w:proofErr w:type="spellEnd"/>
            <w:r w:rsidRPr="009F31CE">
              <w:rPr>
                <w:rFonts w:ascii="Times New Roman" w:eastAsia="Times New Roman" w:hAnsi="Times New Roman" w:cs="Times New Roman"/>
                <w:b/>
                <w:color w:val="000000"/>
                <w:w w:val="97"/>
                <w:sz w:val="16"/>
                <w:lang w:val="en-US"/>
              </w:rPr>
              <w:t xml:space="preserve"> </w:t>
            </w:r>
            <w:proofErr w:type="spellStart"/>
            <w:r w:rsidRPr="009F31CE">
              <w:rPr>
                <w:rFonts w:ascii="Times New Roman" w:eastAsia="Times New Roman" w:hAnsi="Times New Roman" w:cs="Times New Roman"/>
                <w:b/>
                <w:color w:val="000000"/>
                <w:w w:val="97"/>
                <w:sz w:val="16"/>
                <w:lang w:val="en-US"/>
              </w:rPr>
              <w:t>работы</w:t>
            </w:r>
            <w:proofErr w:type="spellEnd"/>
          </w:p>
        </w:tc>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c>
          <w:tcPr>
            <w:tcW w:w="172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80" w:after="0" w:line="230" w:lineRule="auto"/>
              <w:ind w:left="72"/>
              <w:rPr>
                <w:rFonts w:ascii="Cambria" w:eastAsia="MS Mincho" w:hAnsi="Cambria" w:cs="Times New Roman"/>
              </w:rPr>
            </w:pPr>
            <w:r w:rsidRPr="009F31CE">
              <w:rPr>
                <w:rFonts w:ascii="Times New Roman" w:eastAsia="Times New Roman" w:hAnsi="Times New Roman" w:cs="Times New Roman"/>
                <w:b/>
                <w:color w:val="000000"/>
                <w:w w:val="97"/>
                <w:sz w:val="16"/>
              </w:rPr>
              <w:t xml:space="preserve">Раздел 1. Секреты речи и текста </w:t>
            </w:r>
          </w:p>
        </w:tc>
      </w:tr>
      <w:tr w:rsidR="009F31CE" w:rsidRPr="009F31CE" w:rsidTr="009F31CE">
        <w:trPr>
          <w:trHeight w:hRule="exact" w:val="322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1.1.</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Общение. Устная и письменная речь.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05.09.2022 12.09.2022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Учебный диалог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основе анализа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иллюстраций и текста </w:t>
            </w:r>
            <w:proofErr w:type="spellStart"/>
            <w:r w:rsidRPr="009F31CE">
              <w:rPr>
                <w:rFonts w:ascii="Times New Roman" w:eastAsia="Times New Roman" w:hAnsi="Times New Roman" w:cs="Times New Roman"/>
                <w:color w:val="000000"/>
                <w:w w:val="97"/>
                <w:sz w:val="16"/>
              </w:rPr>
              <w:t>учебника,в</w:t>
            </w:r>
            <w:proofErr w:type="spellEnd"/>
            <w:r w:rsidRPr="009F31CE">
              <w:rPr>
                <w:rFonts w:ascii="Times New Roman" w:eastAsia="Times New Roman" w:hAnsi="Times New Roman" w:cs="Times New Roman"/>
                <w:color w:val="000000"/>
                <w:w w:val="97"/>
                <w:sz w:val="16"/>
              </w:rPr>
              <w:t xml:space="preserve"> ходе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которого учащиеся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определяют, когда,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какой целью, в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какихситуациях</w:t>
            </w:r>
            <w:proofErr w:type="spellEnd"/>
            <w:r w:rsidRPr="009F31CE">
              <w:rPr>
                <w:rFonts w:ascii="Times New Roman" w:eastAsia="Times New Roman" w:hAnsi="Times New Roman" w:cs="Times New Roman"/>
                <w:color w:val="000000"/>
                <w:w w:val="97"/>
                <w:sz w:val="16"/>
              </w:rPr>
              <w:t xml:space="preserve"> люди пользуются речью;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Коллективное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формулированиевывода</w:t>
            </w:r>
            <w:proofErr w:type="spellEnd"/>
            <w:r w:rsidRPr="009F31CE">
              <w:rPr>
                <w:rFonts w:ascii="Times New Roman" w:eastAsia="Times New Roman" w:hAnsi="Times New Roman" w:cs="Times New Roman"/>
                <w:color w:val="000000"/>
                <w:w w:val="97"/>
                <w:sz w:val="16"/>
              </w:rPr>
              <w:t xml:space="preserve"> о непосредственном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речевом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сопровождении всех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видов деятельности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человека;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school</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www</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rus</w:t>
            </w:r>
            <w:proofErr w:type="spellEnd"/>
            <w:r w:rsidRPr="009F31CE">
              <w:rPr>
                <w:rFonts w:ascii="Times New Roman" w:eastAsia="Times New Roman" w:hAnsi="Times New Roman" w:cs="Times New Roman"/>
                <w:color w:val="000000"/>
                <w:w w:val="97"/>
                <w:sz w:val="16"/>
              </w:rPr>
              <w:t>.1</w:t>
            </w:r>
            <w:proofErr w:type="spellStart"/>
            <w:r w:rsidRPr="009F31CE">
              <w:rPr>
                <w:rFonts w:ascii="Times New Roman" w:eastAsia="Times New Roman" w:hAnsi="Times New Roman" w:cs="Times New Roman"/>
                <w:color w:val="000000"/>
                <w:w w:val="97"/>
                <w:sz w:val="16"/>
                <w:lang w:val="en-US"/>
              </w:rPr>
              <w:t>september</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p>
        </w:tc>
      </w:tr>
      <w:tr w:rsidR="009F31CE" w:rsidRPr="009725A7" w:rsidTr="009F31CE">
        <w:trPr>
          <w:trHeight w:hRule="exact" w:val="321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1.2.</w:t>
            </w:r>
          </w:p>
        </w:tc>
        <w:tc>
          <w:tcPr>
            <w:tcW w:w="643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0" w:lineRule="auto"/>
              <w:ind w:left="72" w:right="432"/>
              <w:rPr>
                <w:rFonts w:ascii="Cambria" w:eastAsia="MS Mincho" w:hAnsi="Cambria" w:cs="Times New Roman"/>
              </w:rPr>
            </w:pPr>
            <w:r w:rsidRPr="009F31CE">
              <w:rPr>
                <w:rFonts w:ascii="Times New Roman" w:eastAsia="Times New Roman" w:hAnsi="Times New Roman" w:cs="Times New Roman"/>
                <w:color w:val="000000"/>
                <w:w w:val="97"/>
                <w:sz w:val="16"/>
              </w:rPr>
              <w:t xml:space="preserve">Стандартные обороты речи для участия в диалоге: Как приветствовать взрослого и сверстника? Как вежливо попросить? Как похвалить товарища? Как правильно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отблагодарить? Этикетные формы обращения в официальной и неофициальной речевой ситуации.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19.09.2022 26.09.2022</w:t>
            </w:r>
          </w:p>
        </w:tc>
        <w:tc>
          <w:tcPr>
            <w:tcW w:w="1764"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Учебный диалог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основе анализа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иллюстраций и текста </w:t>
            </w:r>
            <w:proofErr w:type="spellStart"/>
            <w:r w:rsidRPr="009F31CE">
              <w:rPr>
                <w:rFonts w:ascii="Times New Roman" w:eastAsia="Times New Roman" w:hAnsi="Times New Roman" w:cs="Times New Roman"/>
                <w:color w:val="000000"/>
                <w:w w:val="97"/>
                <w:sz w:val="16"/>
              </w:rPr>
              <w:t>учебника,в</w:t>
            </w:r>
            <w:proofErr w:type="spellEnd"/>
            <w:r w:rsidRPr="009F31CE">
              <w:rPr>
                <w:rFonts w:ascii="Times New Roman" w:eastAsia="Times New Roman" w:hAnsi="Times New Roman" w:cs="Times New Roman"/>
                <w:color w:val="000000"/>
                <w:w w:val="97"/>
                <w:sz w:val="16"/>
              </w:rPr>
              <w:t xml:space="preserve"> ходе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которого учащиеся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определяют, когда,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какой целью, в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какихситуациях</w:t>
            </w:r>
            <w:proofErr w:type="spellEnd"/>
            <w:r w:rsidRPr="009F31CE">
              <w:rPr>
                <w:rFonts w:ascii="Times New Roman" w:eastAsia="Times New Roman" w:hAnsi="Times New Roman" w:cs="Times New Roman"/>
                <w:color w:val="000000"/>
                <w:w w:val="97"/>
                <w:sz w:val="16"/>
              </w:rPr>
              <w:t xml:space="preserve"> люди пользуются речью;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Коллективное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формулированиевывода</w:t>
            </w:r>
            <w:proofErr w:type="spellEnd"/>
            <w:r w:rsidRPr="009F31CE">
              <w:rPr>
                <w:rFonts w:ascii="Times New Roman" w:eastAsia="Times New Roman" w:hAnsi="Times New Roman" w:cs="Times New Roman"/>
                <w:color w:val="000000"/>
                <w:w w:val="97"/>
                <w:sz w:val="16"/>
              </w:rPr>
              <w:t xml:space="preserve"> о непосредственном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речевом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сопровождении всех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видов деятельности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человека;</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ight="720"/>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https://resh.edu.ru https://uchi.ru/</w:t>
            </w:r>
          </w:p>
        </w:tc>
      </w:tr>
    </w:tbl>
    <w:p w:rsidR="009F31CE" w:rsidRPr="009F31CE" w:rsidRDefault="009F31CE" w:rsidP="009F31CE">
      <w:pPr>
        <w:autoSpaceDE w:val="0"/>
        <w:autoSpaceDN w:val="0"/>
        <w:spacing w:after="0" w:line="14" w:lineRule="exact"/>
        <w:rPr>
          <w:rFonts w:ascii="Cambria" w:eastAsia="MS Mincho" w:hAnsi="Cambria" w:cs="Times New Roman"/>
          <w:lang w:val="en-US"/>
        </w:rPr>
      </w:pPr>
    </w:p>
    <w:p w:rsidR="009F31CE" w:rsidRPr="009F31CE" w:rsidRDefault="009F31CE" w:rsidP="009F31CE">
      <w:pPr>
        <w:spacing w:after="200" w:line="276" w:lineRule="auto"/>
        <w:rPr>
          <w:rFonts w:ascii="Cambria" w:eastAsia="MS Mincho" w:hAnsi="Cambria" w:cs="Times New Roman"/>
          <w:lang w:val="en-US"/>
        </w:rPr>
        <w:sectPr w:rsidR="009F31CE" w:rsidRPr="009F31CE" w:rsidSect="009F31CE">
          <w:pgSz w:w="16840" w:h="11900" w:orient="landscape"/>
          <w:pgMar w:top="1372" w:right="666" w:bottom="709" w:left="640" w:header="720" w:footer="720" w:gutter="0"/>
          <w:cols w:space="720" w:equalWidth="0">
            <w:col w:w="14802" w:space="0"/>
          </w:cols>
          <w:docGrid w:linePitch="360"/>
        </w:sectPr>
      </w:pPr>
    </w:p>
    <w:p w:rsidR="009F31CE" w:rsidRPr="009F31CE" w:rsidRDefault="009F31CE" w:rsidP="009F31CE">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396"/>
        <w:gridCol w:w="6436"/>
        <w:gridCol w:w="528"/>
        <w:gridCol w:w="1106"/>
        <w:gridCol w:w="1140"/>
        <w:gridCol w:w="864"/>
        <w:gridCol w:w="1764"/>
        <w:gridCol w:w="1238"/>
        <w:gridCol w:w="2030"/>
      </w:tblGrid>
      <w:tr w:rsidR="009F31CE" w:rsidRPr="009725A7" w:rsidTr="009F31CE">
        <w:trPr>
          <w:trHeight w:hRule="exact" w:val="32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1.3.</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2" w:right="144"/>
              <w:rPr>
                <w:rFonts w:ascii="Cambria" w:eastAsia="MS Mincho" w:hAnsi="Cambria" w:cs="Times New Roman"/>
              </w:rPr>
            </w:pPr>
            <w:r w:rsidRPr="009F31CE">
              <w:rPr>
                <w:rFonts w:ascii="Times New Roman" w:eastAsia="Times New Roman" w:hAnsi="Times New Roman" w:cs="Times New Roman"/>
                <w:color w:val="000000"/>
                <w:w w:val="97"/>
                <w:sz w:val="16"/>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03.10.2022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Организация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дискуссии,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побуждающей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учащихся к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размышлениюо</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важности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внимательного,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вдумчивого отношения к слову;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Учебный диалог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основе анализа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иллюстраций учебника, направленный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осмысление роли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мимики и жестов 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общении людей;</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 xml:space="preserve">https://resh.edu.ru </w:t>
            </w:r>
            <w:r w:rsidRPr="009F31CE">
              <w:rPr>
                <w:rFonts w:ascii="Cambria" w:eastAsia="MS Mincho" w:hAnsi="Cambria" w:cs="Times New Roman"/>
                <w:lang w:val="en-US"/>
              </w:rPr>
              <w:br/>
            </w:r>
            <w:r w:rsidRPr="009F31CE">
              <w:rPr>
                <w:rFonts w:ascii="Times New Roman" w:eastAsia="Times New Roman" w:hAnsi="Times New Roman" w:cs="Times New Roman"/>
                <w:color w:val="000000"/>
                <w:w w:val="97"/>
                <w:sz w:val="16"/>
                <w:lang w:val="en-US"/>
              </w:rPr>
              <w:t>http://www.rus.1september.ru https://uchi.ru/</w:t>
            </w:r>
          </w:p>
        </w:tc>
      </w:tr>
      <w:tr w:rsidR="009F31CE" w:rsidRPr="009725A7" w:rsidTr="009F31CE">
        <w:trPr>
          <w:trHeight w:hRule="exact" w:val="207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1.4.</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Имена в малых жанрах фольклора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10.10.2022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Анализ речевых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ситуаций с точки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зрения употребления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формулречевого</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этикета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Обсуждение имен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сказочных персонажей, тренировка в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образованииполных</w:t>
            </w:r>
            <w:proofErr w:type="spellEnd"/>
            <w:r w:rsidRPr="009F31CE">
              <w:rPr>
                <w:rFonts w:ascii="Times New Roman" w:eastAsia="Times New Roman" w:hAnsi="Times New Roman" w:cs="Times New Roman"/>
                <w:color w:val="000000"/>
                <w:w w:val="97"/>
                <w:sz w:val="16"/>
              </w:rPr>
              <w:t xml:space="preserve"> и кратких форм имени;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0"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Письменный</w:t>
            </w:r>
            <w:proofErr w:type="spellEnd"/>
            <w:r w:rsidRPr="009F31CE">
              <w:rPr>
                <w:rFonts w:ascii="Times New Roman" w:eastAsia="Times New Roman" w:hAnsi="Times New Roman" w:cs="Times New Roman"/>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7"/>
                <w:sz w:val="16"/>
                <w:lang w:val="en-US"/>
              </w:rPr>
              <w:t>контроль</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45" w:lineRule="auto"/>
              <w:ind w:left="72" w:right="720"/>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https://resh.edu.ru https://uchi.ru/</w:t>
            </w:r>
          </w:p>
        </w:tc>
      </w:tr>
      <w:tr w:rsidR="009F31CE" w:rsidRPr="009F31CE" w:rsidTr="009F31CE">
        <w:trPr>
          <w:trHeight w:hRule="exact" w:val="342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1.5.</w:t>
            </w:r>
          </w:p>
        </w:tc>
        <w:tc>
          <w:tcPr>
            <w:tcW w:w="643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Цели и виды вопросов: вопрос-уточнение, вопрос как запрос на новое содержание.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17.10.2022 24.10.2022</w:t>
            </w:r>
          </w:p>
        </w:tc>
        <w:tc>
          <w:tcPr>
            <w:tcW w:w="1764"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Творческое задание: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моделирование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ситуаций, в которых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необходимозадать</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вопрос, и ситуаций, в которых вопросы будут излишними;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Игровое упражнение</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«Вопросы-ответы»: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один ученик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придумываетвопрос</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который начинается со слова «почему», другие </w:t>
            </w:r>
            <w:proofErr w:type="spellStart"/>
            <w:r w:rsidRPr="009F31CE">
              <w:rPr>
                <w:rFonts w:ascii="Times New Roman" w:eastAsia="Times New Roman" w:hAnsi="Times New Roman" w:cs="Times New Roman"/>
                <w:color w:val="000000"/>
                <w:w w:val="97"/>
                <w:sz w:val="16"/>
              </w:rPr>
              <w:t>ученикиотвечают</w:t>
            </w:r>
            <w:proofErr w:type="spellEnd"/>
            <w:r w:rsidRPr="009F31CE">
              <w:rPr>
                <w:rFonts w:ascii="Times New Roman" w:eastAsia="Times New Roman" w:hAnsi="Times New Roman" w:cs="Times New Roman"/>
                <w:color w:val="000000"/>
                <w:w w:val="97"/>
                <w:sz w:val="16"/>
              </w:rPr>
              <w:t xml:space="preserve">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вопрос, используя 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своих ответах слово</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«потому что»;</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5"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p>
        </w:tc>
      </w:tr>
      <w:tr w:rsidR="009F31CE" w:rsidRPr="009F31CE" w:rsidTr="009F31CE">
        <w:trPr>
          <w:trHeight w:hRule="exact" w:val="350"/>
        </w:trPr>
        <w:tc>
          <w:tcPr>
            <w:tcW w:w="6832"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0" w:lineRule="auto"/>
              <w:ind w:left="72"/>
              <w:rPr>
                <w:rFonts w:ascii="Times New Roman" w:eastAsia="Times New Roman" w:hAnsi="Times New Roman" w:cs="Times New Roman"/>
                <w:color w:val="000000"/>
                <w:w w:val="97"/>
                <w:sz w:val="16"/>
                <w:lang w:val="en-US"/>
              </w:rPr>
            </w:pPr>
            <w:proofErr w:type="spellStart"/>
            <w:r w:rsidRPr="009F31CE">
              <w:rPr>
                <w:rFonts w:ascii="Times New Roman" w:eastAsia="Times New Roman" w:hAnsi="Times New Roman" w:cs="Times New Roman"/>
                <w:color w:val="000000"/>
                <w:w w:val="97"/>
                <w:sz w:val="16"/>
                <w:lang w:val="en-US"/>
              </w:rPr>
              <w:t>Итого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разделу</w:t>
            </w:r>
            <w:proofErr w:type="spellEnd"/>
            <w:r w:rsidRPr="009F31CE">
              <w:rPr>
                <w:rFonts w:ascii="Times New Roman" w:eastAsia="Times New Roman" w:hAnsi="Times New Roman" w:cs="Times New Roman"/>
                <w:color w:val="000000"/>
                <w:w w:val="97"/>
                <w:sz w:val="16"/>
                <w:lang w:val="en-US"/>
              </w:rPr>
              <w:t>:</w:t>
            </w:r>
          </w:p>
          <w:p w:rsidR="009F31CE" w:rsidRPr="009F31CE" w:rsidRDefault="009F31CE" w:rsidP="009F31CE">
            <w:pPr>
              <w:autoSpaceDE w:val="0"/>
              <w:autoSpaceDN w:val="0"/>
              <w:spacing w:before="76" w:after="0" w:line="230" w:lineRule="auto"/>
              <w:ind w:left="72"/>
              <w:rPr>
                <w:rFonts w:ascii="Times New Roman" w:eastAsia="Times New Roman" w:hAnsi="Times New Roman" w:cs="Times New Roman"/>
                <w:color w:val="000000"/>
                <w:w w:val="97"/>
                <w:sz w:val="16"/>
                <w:lang w:val="en-US"/>
              </w:rPr>
            </w:pPr>
          </w:p>
          <w:p w:rsidR="009F31CE" w:rsidRPr="009F31CE" w:rsidRDefault="009F31CE" w:rsidP="009F31CE">
            <w:pPr>
              <w:autoSpaceDE w:val="0"/>
              <w:autoSpaceDN w:val="0"/>
              <w:spacing w:before="76" w:after="0" w:line="230" w:lineRule="auto"/>
              <w:ind w:left="72"/>
              <w:rPr>
                <w:rFonts w:ascii="Cambria" w:eastAsia="MS Mincho" w:hAnsi="Cambria" w:cs="Times New Roman"/>
                <w:lang w:val="en-US"/>
              </w:rPr>
            </w:pP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8</w:t>
            </w:r>
          </w:p>
        </w:tc>
        <w:tc>
          <w:tcPr>
            <w:tcW w:w="814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b/>
                <w:color w:val="000000"/>
                <w:w w:val="97"/>
                <w:sz w:val="16"/>
                <w:lang w:val="en-US"/>
              </w:rPr>
              <w:t>Раздел</w:t>
            </w:r>
            <w:proofErr w:type="spellEnd"/>
            <w:r w:rsidRPr="009F31CE">
              <w:rPr>
                <w:rFonts w:ascii="Times New Roman" w:eastAsia="Times New Roman" w:hAnsi="Times New Roman" w:cs="Times New Roman"/>
                <w:b/>
                <w:color w:val="000000"/>
                <w:w w:val="97"/>
                <w:sz w:val="16"/>
                <w:lang w:val="en-US"/>
              </w:rPr>
              <w:t xml:space="preserve"> 2. </w:t>
            </w:r>
            <w:proofErr w:type="spellStart"/>
            <w:r w:rsidRPr="009F31CE">
              <w:rPr>
                <w:rFonts w:ascii="Times New Roman" w:eastAsia="Times New Roman" w:hAnsi="Times New Roman" w:cs="Times New Roman"/>
                <w:b/>
                <w:color w:val="000000"/>
                <w:w w:val="97"/>
                <w:sz w:val="16"/>
                <w:lang w:val="en-US"/>
              </w:rPr>
              <w:t>Язык</w:t>
            </w:r>
            <w:proofErr w:type="spellEnd"/>
            <w:r w:rsidRPr="009F31CE">
              <w:rPr>
                <w:rFonts w:ascii="Times New Roman" w:eastAsia="Times New Roman" w:hAnsi="Times New Roman" w:cs="Times New Roman"/>
                <w:b/>
                <w:color w:val="000000"/>
                <w:w w:val="97"/>
                <w:sz w:val="16"/>
                <w:lang w:val="en-US"/>
              </w:rPr>
              <w:t xml:space="preserve"> в </w:t>
            </w:r>
            <w:proofErr w:type="spellStart"/>
            <w:r w:rsidRPr="009F31CE">
              <w:rPr>
                <w:rFonts w:ascii="Times New Roman" w:eastAsia="Times New Roman" w:hAnsi="Times New Roman" w:cs="Times New Roman"/>
                <w:b/>
                <w:color w:val="000000"/>
                <w:w w:val="97"/>
                <w:sz w:val="16"/>
                <w:lang w:val="en-US"/>
              </w:rPr>
              <w:t>действии</w:t>
            </w:r>
            <w:proofErr w:type="spellEnd"/>
          </w:p>
        </w:tc>
      </w:tr>
    </w:tbl>
    <w:p w:rsidR="009F31CE" w:rsidRPr="009F31CE" w:rsidRDefault="009F31CE" w:rsidP="009F31CE">
      <w:pPr>
        <w:autoSpaceDE w:val="0"/>
        <w:autoSpaceDN w:val="0"/>
        <w:spacing w:after="0" w:line="14" w:lineRule="exact"/>
        <w:rPr>
          <w:rFonts w:ascii="Cambria" w:eastAsia="MS Mincho" w:hAnsi="Cambria" w:cs="Times New Roman"/>
          <w:lang w:val="en-US"/>
        </w:rPr>
      </w:pPr>
    </w:p>
    <w:p w:rsidR="009F31CE" w:rsidRPr="009F31CE" w:rsidRDefault="009F31CE" w:rsidP="009F31CE">
      <w:pPr>
        <w:spacing w:after="200" w:line="276" w:lineRule="auto"/>
        <w:rPr>
          <w:rFonts w:ascii="Cambria" w:eastAsia="MS Mincho" w:hAnsi="Cambria" w:cs="Times New Roman"/>
          <w:lang w:val="en-US"/>
        </w:rPr>
        <w:sectPr w:rsidR="009F31CE" w:rsidRPr="009F31CE" w:rsidSect="009F31CE">
          <w:pgSz w:w="16840" w:h="11900" w:orient="landscape"/>
          <w:pgMar w:top="946" w:right="666" w:bottom="284" w:left="640" w:header="720" w:footer="720" w:gutter="0"/>
          <w:cols w:space="720" w:equalWidth="0">
            <w:col w:w="15228" w:space="0"/>
          </w:cols>
          <w:docGrid w:linePitch="360"/>
        </w:sectPr>
      </w:pPr>
    </w:p>
    <w:p w:rsidR="009F31CE" w:rsidRPr="009F31CE" w:rsidRDefault="009F31CE" w:rsidP="009F31CE">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396"/>
        <w:gridCol w:w="6436"/>
        <w:gridCol w:w="528"/>
        <w:gridCol w:w="1106"/>
        <w:gridCol w:w="1140"/>
        <w:gridCol w:w="864"/>
        <w:gridCol w:w="1764"/>
        <w:gridCol w:w="1238"/>
        <w:gridCol w:w="2030"/>
      </w:tblGrid>
      <w:tr w:rsidR="009F31CE" w:rsidRPr="009F31CE" w:rsidTr="009F31CE">
        <w:trPr>
          <w:trHeight w:hRule="exact" w:val="25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2.1.</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Роль</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логического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уадрения</w:t>
            </w:r>
            <w:proofErr w:type="spellEnd"/>
            <w:r w:rsidRPr="009F31CE">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07.11.2022 21.11.2022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Наблюдение за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возможностью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произносить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предложения, выделяя с помощью логического ударения различные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слова;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Упражнение: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произнесение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предложения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заданной интонацией и логическим ударением;</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Письменный</w:t>
            </w:r>
            <w:proofErr w:type="spellEnd"/>
            <w:r w:rsidRPr="009F31CE">
              <w:rPr>
                <w:rFonts w:ascii="Times New Roman" w:eastAsia="Times New Roman" w:hAnsi="Times New Roman" w:cs="Times New Roman"/>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7"/>
                <w:sz w:val="16"/>
                <w:lang w:val="en-US"/>
              </w:rPr>
              <w:t>контроль</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p>
        </w:tc>
      </w:tr>
      <w:tr w:rsidR="009F31CE" w:rsidRPr="009725A7" w:rsidTr="009F31CE">
        <w:trPr>
          <w:trHeight w:hRule="exact" w:val="24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2.2.</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Звукопись в стихотворном художественном тексте.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28.11.2022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4" w:lineRule="auto"/>
              <w:ind w:left="72" w:right="144"/>
              <w:rPr>
                <w:rFonts w:ascii="Cambria" w:eastAsia="MS Mincho" w:hAnsi="Cambria" w:cs="Times New Roman"/>
              </w:rPr>
            </w:pPr>
            <w:r w:rsidRPr="009F31CE">
              <w:rPr>
                <w:rFonts w:ascii="Times New Roman" w:eastAsia="Times New Roman" w:hAnsi="Times New Roman" w:cs="Times New Roman"/>
                <w:color w:val="000000"/>
                <w:w w:val="97"/>
                <w:sz w:val="16"/>
              </w:rPr>
              <w:t xml:space="preserve">Рассказ учителя о том, что такое звукопись,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что лежит в ее </w:t>
            </w:r>
            <w:proofErr w:type="spellStart"/>
            <w:r w:rsidRPr="009F31CE">
              <w:rPr>
                <w:rFonts w:ascii="Times New Roman" w:eastAsia="Times New Roman" w:hAnsi="Times New Roman" w:cs="Times New Roman"/>
                <w:color w:val="000000"/>
                <w:w w:val="97"/>
                <w:sz w:val="16"/>
              </w:rPr>
              <w:t>основеи</w:t>
            </w:r>
            <w:proofErr w:type="spellEnd"/>
            <w:r w:rsidRPr="009F31CE">
              <w:rPr>
                <w:rFonts w:ascii="Times New Roman" w:eastAsia="Times New Roman" w:hAnsi="Times New Roman" w:cs="Times New Roman"/>
                <w:color w:val="000000"/>
                <w:w w:val="97"/>
                <w:sz w:val="16"/>
              </w:rPr>
              <w:t xml:space="preserve"> для чего писатели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прибегают к этому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приему;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Практическая работа: анализ стихотворения, объяснение,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какуюфункцию</w:t>
            </w:r>
            <w:proofErr w:type="spellEnd"/>
            <w:r w:rsidRPr="009F31CE">
              <w:rPr>
                <w:rFonts w:ascii="Times New Roman" w:eastAsia="Times New Roman" w:hAnsi="Times New Roman" w:cs="Times New Roman"/>
                <w:color w:val="000000"/>
                <w:w w:val="97"/>
                <w:sz w:val="16"/>
              </w:rPr>
              <w:t xml:space="preserve"> в нем выполняет игра со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звуками;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 xml:space="preserve">https://resh.edu.ru </w:t>
            </w:r>
            <w:r w:rsidRPr="009F31CE">
              <w:rPr>
                <w:rFonts w:ascii="Cambria" w:eastAsia="MS Mincho" w:hAnsi="Cambria" w:cs="Times New Roman"/>
                <w:lang w:val="en-US"/>
              </w:rPr>
              <w:br/>
            </w:r>
            <w:r w:rsidRPr="009F31CE">
              <w:rPr>
                <w:rFonts w:ascii="Times New Roman" w:eastAsia="Times New Roman" w:hAnsi="Times New Roman" w:cs="Times New Roman"/>
                <w:color w:val="000000"/>
                <w:w w:val="97"/>
                <w:sz w:val="16"/>
                <w:lang w:val="en-US"/>
              </w:rPr>
              <w:t>http://www.rus.1september.ru https://uchi.ru/</w:t>
            </w:r>
          </w:p>
        </w:tc>
      </w:tr>
      <w:tr w:rsidR="009F31CE" w:rsidRPr="009F31CE" w:rsidTr="009F31CE">
        <w:trPr>
          <w:trHeight w:hRule="exact" w:val="26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2.3.</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ight="432"/>
              <w:rPr>
                <w:rFonts w:ascii="Cambria" w:eastAsia="MS Mincho" w:hAnsi="Cambria" w:cs="Times New Roman"/>
                <w:lang w:val="en-US"/>
              </w:rPr>
            </w:pPr>
            <w:r w:rsidRPr="009F31CE">
              <w:rPr>
                <w:rFonts w:ascii="Times New Roman" w:eastAsia="Times New Roman" w:hAnsi="Times New Roman" w:cs="Times New Roman"/>
                <w:color w:val="000000"/>
                <w:w w:val="97"/>
                <w:sz w:val="16"/>
              </w:rPr>
              <w:t xml:space="preserve">Как нельзя произносить слова: пропедевтическая работа по предупреждению ошибок в произношении слов. </w:t>
            </w:r>
            <w:proofErr w:type="spellStart"/>
            <w:r w:rsidRPr="009F31CE">
              <w:rPr>
                <w:rFonts w:ascii="Times New Roman" w:eastAsia="Times New Roman" w:hAnsi="Times New Roman" w:cs="Times New Roman"/>
                <w:color w:val="000000"/>
                <w:w w:val="97"/>
                <w:sz w:val="16"/>
                <w:lang w:val="en-US"/>
              </w:rPr>
              <w:t>Смыслоразличительная</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роль</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ударения</w:t>
            </w:r>
            <w:proofErr w:type="spellEnd"/>
            <w:r w:rsidRPr="009F31CE">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05.12.2022 26.12.2022</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Практическая работа: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отработка произнесения с правильным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ударением слов, 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которых часто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допускаются ошибки; Творческое задание: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придумать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предложение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указанными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словами,обращая</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внимание на место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ударения в них;</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2" w:lineRule="auto"/>
              <w:ind w:left="74"/>
              <w:rPr>
                <w:rFonts w:ascii="Cambria" w:eastAsia="MS Mincho" w:hAnsi="Cambria" w:cs="Times New Roman"/>
              </w:rPr>
            </w:pPr>
            <w:r w:rsidRPr="009F31CE">
              <w:rPr>
                <w:rFonts w:ascii="Times New Roman" w:eastAsia="Times New Roman" w:hAnsi="Times New Roman" w:cs="Times New Roman"/>
                <w:color w:val="000000"/>
                <w:w w:val="97"/>
                <w:sz w:val="16"/>
              </w:rPr>
              <w:t xml:space="preserve">Устный опрос; Самооценка с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использованием«Оценочного</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листа»;</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www</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rus</w:t>
            </w:r>
            <w:proofErr w:type="spellEnd"/>
            <w:r w:rsidRPr="009F31CE">
              <w:rPr>
                <w:rFonts w:ascii="Times New Roman" w:eastAsia="Times New Roman" w:hAnsi="Times New Roman" w:cs="Times New Roman"/>
                <w:color w:val="000000"/>
                <w:w w:val="97"/>
                <w:sz w:val="16"/>
              </w:rPr>
              <w:t>.1</w:t>
            </w:r>
            <w:proofErr w:type="spellStart"/>
            <w:r w:rsidRPr="009F31CE">
              <w:rPr>
                <w:rFonts w:ascii="Times New Roman" w:eastAsia="Times New Roman" w:hAnsi="Times New Roman" w:cs="Times New Roman"/>
                <w:color w:val="000000"/>
                <w:w w:val="97"/>
                <w:sz w:val="16"/>
                <w:lang w:val="en-US"/>
              </w:rPr>
              <w:t>september</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uchi</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w:t>
            </w:r>
          </w:p>
        </w:tc>
      </w:tr>
    </w:tbl>
    <w:p w:rsidR="009F31CE" w:rsidRPr="009F31CE" w:rsidRDefault="009F31CE" w:rsidP="009F31CE">
      <w:pPr>
        <w:autoSpaceDE w:val="0"/>
        <w:autoSpaceDN w:val="0"/>
        <w:spacing w:after="0" w:line="14" w:lineRule="exact"/>
        <w:rPr>
          <w:rFonts w:ascii="Cambria" w:eastAsia="MS Mincho" w:hAnsi="Cambria" w:cs="Times New Roman"/>
        </w:rPr>
      </w:pPr>
    </w:p>
    <w:p w:rsidR="009F31CE" w:rsidRPr="009F31CE" w:rsidRDefault="009F31CE" w:rsidP="009F31CE">
      <w:pPr>
        <w:spacing w:after="200" w:line="276" w:lineRule="auto"/>
        <w:rPr>
          <w:rFonts w:ascii="Cambria" w:eastAsia="MS Mincho" w:hAnsi="Cambria" w:cs="Times New Roman"/>
        </w:rPr>
        <w:sectPr w:rsidR="009F31CE" w:rsidRPr="009F31CE" w:rsidSect="009F31CE">
          <w:pgSz w:w="16840" w:h="11900" w:orient="landscape"/>
          <w:pgMar w:top="1440" w:right="666" w:bottom="284" w:left="640" w:header="720" w:footer="720" w:gutter="0"/>
          <w:cols w:space="720" w:equalWidth="0">
            <w:col w:w="14734" w:space="0"/>
          </w:cols>
          <w:docGrid w:linePitch="360"/>
        </w:sectPr>
      </w:pPr>
    </w:p>
    <w:p w:rsidR="009F31CE" w:rsidRPr="009F31CE" w:rsidRDefault="009F31CE" w:rsidP="009F31CE">
      <w:pPr>
        <w:autoSpaceDE w:val="0"/>
        <w:autoSpaceDN w:val="0"/>
        <w:spacing w:after="66" w:line="220" w:lineRule="exact"/>
        <w:rPr>
          <w:rFonts w:ascii="Cambria" w:eastAsia="MS Mincho" w:hAnsi="Cambria" w:cs="Times New Roman"/>
        </w:rPr>
      </w:pPr>
    </w:p>
    <w:tbl>
      <w:tblPr>
        <w:tblW w:w="0" w:type="auto"/>
        <w:tblInd w:w="6" w:type="dxa"/>
        <w:tblLayout w:type="fixed"/>
        <w:tblLook w:val="04A0" w:firstRow="1" w:lastRow="0" w:firstColumn="1" w:lastColumn="0" w:noHBand="0" w:noVBand="1"/>
      </w:tblPr>
      <w:tblGrid>
        <w:gridCol w:w="396"/>
        <w:gridCol w:w="6436"/>
        <w:gridCol w:w="528"/>
        <w:gridCol w:w="1106"/>
        <w:gridCol w:w="1140"/>
        <w:gridCol w:w="864"/>
        <w:gridCol w:w="1764"/>
        <w:gridCol w:w="1238"/>
        <w:gridCol w:w="2030"/>
      </w:tblGrid>
      <w:tr w:rsidR="009F31CE" w:rsidRPr="009F31CE" w:rsidTr="009F31CE">
        <w:trPr>
          <w:trHeight w:hRule="exact" w:val="457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2.4.</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Наблюдение за сочетаемостью слов: пропедевтическая работа по предупреждению ошибок в сочетаемости слов.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09.01.2023 16.01.2023</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7"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Практическая работа, направленная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уточнение и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разграничениеслов</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называющих похожие признаки или действия (шерстяной —меховой, мыть — стирать и др.); Игровое задание: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учитель называет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прилагательное 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бросает </w:t>
            </w:r>
            <w:proofErr w:type="spellStart"/>
            <w:r w:rsidRPr="009F31CE">
              <w:rPr>
                <w:rFonts w:ascii="Times New Roman" w:eastAsia="Times New Roman" w:hAnsi="Times New Roman" w:cs="Times New Roman"/>
                <w:color w:val="000000"/>
                <w:w w:val="97"/>
                <w:sz w:val="16"/>
              </w:rPr>
              <w:t>мячпервому</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игроку, ребёнок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называет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словосочетание с этим словом </w:t>
            </w:r>
            <w:proofErr w:type="spellStart"/>
            <w:r w:rsidRPr="009F31CE">
              <w:rPr>
                <w:rFonts w:ascii="Times New Roman" w:eastAsia="Times New Roman" w:hAnsi="Times New Roman" w:cs="Times New Roman"/>
                <w:color w:val="000000"/>
                <w:w w:val="97"/>
                <w:sz w:val="16"/>
              </w:rPr>
              <w:t>ипередаёт</w:t>
            </w:r>
            <w:proofErr w:type="spellEnd"/>
            <w:r w:rsidRPr="009F31CE">
              <w:rPr>
                <w:rFonts w:ascii="Times New Roman" w:eastAsia="Times New Roman" w:hAnsi="Times New Roman" w:cs="Times New Roman"/>
                <w:color w:val="000000"/>
                <w:w w:val="97"/>
                <w:sz w:val="16"/>
              </w:rPr>
              <w:t xml:space="preserve"> мяч следующему игроку;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Групповая работа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иллюстрациями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учебника, составление </w:t>
            </w:r>
            <w:proofErr w:type="spellStart"/>
            <w:r w:rsidRPr="009F31CE">
              <w:rPr>
                <w:rFonts w:ascii="Times New Roman" w:eastAsia="Times New Roman" w:hAnsi="Times New Roman" w:cs="Times New Roman"/>
                <w:color w:val="000000"/>
                <w:w w:val="97"/>
                <w:sz w:val="16"/>
              </w:rPr>
              <w:t>описаниякартинки</w:t>
            </w:r>
            <w:proofErr w:type="spellEnd"/>
            <w:r w:rsidRPr="009F31CE">
              <w:rPr>
                <w:rFonts w:ascii="Times New Roman" w:eastAsia="Times New Roman" w:hAnsi="Times New Roman" w:cs="Times New Roman"/>
                <w:color w:val="000000"/>
                <w:w w:val="97"/>
                <w:sz w:val="16"/>
              </w:rPr>
              <w:t xml:space="preserve">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помощью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словосочетаний;</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Письменный</w:t>
            </w:r>
            <w:proofErr w:type="spellEnd"/>
            <w:r w:rsidRPr="009F31CE">
              <w:rPr>
                <w:rFonts w:ascii="Times New Roman" w:eastAsia="Times New Roman" w:hAnsi="Times New Roman" w:cs="Times New Roman"/>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7"/>
                <w:sz w:val="16"/>
                <w:lang w:val="en-US"/>
              </w:rPr>
              <w:t>контроль</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p>
        </w:tc>
      </w:tr>
      <w:tr w:rsidR="009F31CE" w:rsidRPr="009F31CE" w:rsidTr="009F31CE">
        <w:trPr>
          <w:trHeight w:hRule="exact" w:val="348"/>
        </w:trPr>
        <w:tc>
          <w:tcPr>
            <w:tcW w:w="6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Итого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разделу</w:t>
            </w:r>
            <w:proofErr w:type="spellEnd"/>
            <w:r w:rsidRPr="009F31CE">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10</w:t>
            </w:r>
          </w:p>
        </w:tc>
        <w:tc>
          <w:tcPr>
            <w:tcW w:w="814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rPr>
            </w:pPr>
            <w:r w:rsidRPr="009F31CE">
              <w:rPr>
                <w:rFonts w:ascii="Times New Roman" w:eastAsia="Times New Roman" w:hAnsi="Times New Roman" w:cs="Times New Roman"/>
                <w:b/>
                <w:color w:val="000000"/>
                <w:w w:val="97"/>
                <w:sz w:val="16"/>
              </w:rPr>
              <w:t>Раздел 3. Русский язык: прошлое и настоящее</w:t>
            </w:r>
          </w:p>
        </w:tc>
      </w:tr>
      <w:tr w:rsidR="009F31CE" w:rsidRPr="009F31CE" w:rsidTr="009F31CE">
        <w:trPr>
          <w:trHeight w:hRule="exact" w:val="45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3.1.</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ight="144"/>
              <w:rPr>
                <w:rFonts w:ascii="Cambria" w:eastAsia="MS Mincho" w:hAnsi="Cambria" w:cs="Times New Roman"/>
              </w:rPr>
            </w:pPr>
            <w:r w:rsidRPr="009F31CE">
              <w:rPr>
                <w:rFonts w:ascii="Times New Roman" w:eastAsia="Times New Roman" w:hAnsi="Times New Roman" w:cs="Times New Roman"/>
                <w:color w:val="000000"/>
                <w:w w:val="97"/>
                <w:sz w:val="16"/>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23.01.2023 13.02.2023</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7"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Беседа о том, всегда ли люди писали так, как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пишут сейчас: </w:t>
            </w:r>
            <w:proofErr w:type="spellStart"/>
            <w:r w:rsidRPr="009F31CE">
              <w:rPr>
                <w:rFonts w:ascii="Times New Roman" w:eastAsia="Times New Roman" w:hAnsi="Times New Roman" w:cs="Times New Roman"/>
                <w:color w:val="000000"/>
                <w:w w:val="97"/>
                <w:sz w:val="16"/>
              </w:rPr>
              <w:t>ручкойна</w:t>
            </w:r>
            <w:proofErr w:type="spellEnd"/>
            <w:r w:rsidRPr="009F31CE">
              <w:rPr>
                <w:rFonts w:ascii="Times New Roman" w:eastAsia="Times New Roman" w:hAnsi="Times New Roman" w:cs="Times New Roman"/>
                <w:color w:val="000000"/>
                <w:w w:val="97"/>
                <w:sz w:val="16"/>
              </w:rPr>
              <w:t xml:space="preserve"> бумаге;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Рассказ учителя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опорой на иллюстрации учебника) о том,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какписали</w:t>
            </w:r>
            <w:proofErr w:type="spellEnd"/>
            <w:r w:rsidRPr="009F31CE">
              <w:rPr>
                <w:rFonts w:ascii="Times New Roman" w:eastAsia="Times New Roman" w:hAnsi="Times New Roman" w:cs="Times New Roman"/>
                <w:color w:val="000000"/>
                <w:w w:val="97"/>
                <w:sz w:val="16"/>
              </w:rPr>
              <w:t xml:space="preserve"> в старину;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Работа с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иллюстрациями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учебника: нахождение различий оформления текста в древней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рукописи и 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современном тексте;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Рассказ </w:t>
            </w:r>
            <w:proofErr w:type="spellStart"/>
            <w:r w:rsidRPr="009F31CE">
              <w:rPr>
                <w:rFonts w:ascii="Times New Roman" w:eastAsia="Times New Roman" w:hAnsi="Times New Roman" w:cs="Times New Roman"/>
                <w:color w:val="000000"/>
                <w:w w:val="97"/>
                <w:sz w:val="16"/>
              </w:rPr>
              <w:t>учителяо</w:t>
            </w:r>
            <w:proofErr w:type="spellEnd"/>
            <w:r w:rsidRPr="009F31CE">
              <w:rPr>
                <w:rFonts w:ascii="Times New Roman" w:eastAsia="Times New Roman" w:hAnsi="Times New Roman" w:cs="Times New Roman"/>
                <w:color w:val="000000"/>
                <w:w w:val="97"/>
                <w:sz w:val="16"/>
              </w:rPr>
              <w:t xml:space="preserve"> том, что такое буквица,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демонстрация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различных вариантов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ее оформления 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древних книгах, рассказ об истории </w:t>
            </w:r>
            <w:proofErr w:type="spellStart"/>
            <w:r w:rsidRPr="009F31CE">
              <w:rPr>
                <w:rFonts w:ascii="Times New Roman" w:eastAsia="Times New Roman" w:hAnsi="Times New Roman" w:cs="Times New Roman"/>
                <w:color w:val="000000"/>
                <w:w w:val="97"/>
                <w:sz w:val="16"/>
              </w:rPr>
              <w:t>выражения«красная</w:t>
            </w:r>
            <w:proofErr w:type="spellEnd"/>
            <w:r w:rsidRPr="009F31CE">
              <w:rPr>
                <w:rFonts w:ascii="Times New Roman" w:eastAsia="Times New Roman" w:hAnsi="Times New Roman" w:cs="Times New Roman"/>
                <w:color w:val="000000"/>
                <w:w w:val="97"/>
                <w:sz w:val="16"/>
              </w:rPr>
              <w:t xml:space="preserve"> строка»;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www</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rus</w:t>
            </w:r>
            <w:proofErr w:type="spellEnd"/>
            <w:r w:rsidRPr="009F31CE">
              <w:rPr>
                <w:rFonts w:ascii="Times New Roman" w:eastAsia="Times New Roman" w:hAnsi="Times New Roman" w:cs="Times New Roman"/>
                <w:color w:val="000000"/>
                <w:w w:val="97"/>
                <w:sz w:val="16"/>
              </w:rPr>
              <w:t>.1</w:t>
            </w:r>
            <w:proofErr w:type="spellStart"/>
            <w:r w:rsidRPr="009F31CE">
              <w:rPr>
                <w:rFonts w:ascii="Times New Roman" w:eastAsia="Times New Roman" w:hAnsi="Times New Roman" w:cs="Times New Roman"/>
                <w:color w:val="000000"/>
                <w:w w:val="97"/>
                <w:sz w:val="16"/>
                <w:lang w:val="en-US"/>
              </w:rPr>
              <w:t>september</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uchi</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w:t>
            </w:r>
          </w:p>
        </w:tc>
      </w:tr>
    </w:tbl>
    <w:p w:rsidR="009F31CE" w:rsidRPr="009F31CE" w:rsidRDefault="009F31CE" w:rsidP="009F31CE">
      <w:pPr>
        <w:autoSpaceDE w:val="0"/>
        <w:autoSpaceDN w:val="0"/>
        <w:spacing w:after="0" w:line="14" w:lineRule="exact"/>
        <w:rPr>
          <w:rFonts w:ascii="Cambria" w:eastAsia="MS Mincho" w:hAnsi="Cambria" w:cs="Times New Roman"/>
        </w:rPr>
      </w:pPr>
    </w:p>
    <w:tbl>
      <w:tblPr>
        <w:tblW w:w="0" w:type="auto"/>
        <w:tblInd w:w="6" w:type="dxa"/>
        <w:tblLayout w:type="fixed"/>
        <w:tblLook w:val="04A0" w:firstRow="1" w:lastRow="0" w:firstColumn="1" w:lastColumn="0" w:noHBand="0" w:noVBand="1"/>
      </w:tblPr>
      <w:tblGrid>
        <w:gridCol w:w="396"/>
        <w:gridCol w:w="6436"/>
        <w:gridCol w:w="528"/>
        <w:gridCol w:w="1106"/>
        <w:gridCol w:w="1140"/>
        <w:gridCol w:w="864"/>
        <w:gridCol w:w="1764"/>
        <w:gridCol w:w="1238"/>
        <w:gridCol w:w="2030"/>
      </w:tblGrid>
      <w:tr w:rsidR="009F31CE" w:rsidRPr="009F31CE" w:rsidTr="009F31CE">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lastRenderedPageBreak/>
              <w:t>3.2.</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2" w:right="370"/>
              <w:jc w:val="both"/>
              <w:rPr>
                <w:rFonts w:ascii="Cambria" w:eastAsia="MS Mincho" w:hAnsi="Cambria" w:cs="Times New Roman"/>
              </w:rPr>
            </w:pPr>
            <w:r w:rsidRPr="009F31CE">
              <w:rPr>
                <w:rFonts w:ascii="Times New Roman" w:eastAsia="Times New Roman" w:hAnsi="Times New Roman" w:cs="Times New Roman"/>
                <w:color w:val="000000"/>
                <w:w w:val="97"/>
                <w:sz w:val="16"/>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w:t>
            </w:r>
          </w:p>
          <w:p w:rsidR="009F31CE" w:rsidRPr="009F31CE" w:rsidRDefault="009F31CE" w:rsidP="009F31CE">
            <w:pPr>
              <w:autoSpaceDE w:val="0"/>
              <w:autoSpaceDN w:val="0"/>
              <w:spacing w:before="20" w:after="0" w:line="250" w:lineRule="auto"/>
              <w:ind w:left="72" w:right="288"/>
              <w:rPr>
                <w:rFonts w:ascii="Cambria" w:eastAsia="MS Mincho" w:hAnsi="Cambria" w:cs="Times New Roman"/>
              </w:rPr>
            </w:pPr>
            <w:r w:rsidRPr="009F31CE">
              <w:rPr>
                <w:rFonts w:ascii="Times New Roman" w:eastAsia="Times New Roman" w:hAnsi="Times New Roman" w:cs="Times New Roman"/>
                <w:color w:val="000000"/>
                <w:w w:val="97"/>
                <w:sz w:val="16"/>
              </w:rPr>
              <w:t>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27.02.2023 20.03.2023</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ight="144"/>
              <w:rPr>
                <w:rFonts w:ascii="Cambria" w:eastAsia="MS Mincho" w:hAnsi="Cambria" w:cs="Times New Roman"/>
              </w:rPr>
            </w:pPr>
            <w:r w:rsidRPr="009F31CE">
              <w:rPr>
                <w:rFonts w:ascii="Times New Roman" w:eastAsia="Times New Roman" w:hAnsi="Times New Roman" w:cs="Times New Roman"/>
                <w:color w:val="000000"/>
                <w:w w:val="97"/>
                <w:sz w:val="16"/>
              </w:rPr>
              <w:t xml:space="preserve">Учебный диалог,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направленный на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выявление понимания </w:t>
            </w:r>
            <w:proofErr w:type="spellStart"/>
            <w:r w:rsidRPr="009F31CE">
              <w:rPr>
                <w:rFonts w:ascii="Times New Roman" w:eastAsia="Times New Roman" w:hAnsi="Times New Roman" w:cs="Times New Roman"/>
                <w:color w:val="000000"/>
                <w:w w:val="97"/>
                <w:sz w:val="16"/>
              </w:rPr>
              <w:t>значенияслов</w:t>
            </w:r>
            <w:proofErr w:type="spellEnd"/>
            <w:r w:rsidRPr="009F31CE">
              <w:rPr>
                <w:rFonts w:ascii="Times New Roman" w:eastAsia="Times New Roman" w:hAnsi="Times New Roman" w:cs="Times New Roman"/>
                <w:color w:val="000000"/>
                <w:w w:val="97"/>
                <w:sz w:val="16"/>
              </w:rPr>
              <w:t xml:space="preserve"> горница, светёлка, светлица,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сени, чулан, каморка; Использование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словарных статей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учебника для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определения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лексического значения слова;</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Письменный</w:t>
            </w:r>
            <w:proofErr w:type="spellEnd"/>
            <w:r w:rsidRPr="009F31CE">
              <w:rPr>
                <w:rFonts w:ascii="Times New Roman" w:eastAsia="Times New Roman" w:hAnsi="Times New Roman" w:cs="Times New Roman"/>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7"/>
                <w:sz w:val="16"/>
                <w:lang w:val="en-US"/>
              </w:rPr>
              <w:t>контроль</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www</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rus</w:t>
            </w:r>
            <w:proofErr w:type="spellEnd"/>
            <w:r w:rsidRPr="009F31CE">
              <w:rPr>
                <w:rFonts w:ascii="Times New Roman" w:eastAsia="Times New Roman" w:hAnsi="Times New Roman" w:cs="Times New Roman"/>
                <w:color w:val="000000"/>
                <w:w w:val="97"/>
                <w:sz w:val="16"/>
              </w:rPr>
              <w:t>.1</w:t>
            </w:r>
            <w:proofErr w:type="spellStart"/>
            <w:r w:rsidRPr="009F31CE">
              <w:rPr>
                <w:rFonts w:ascii="Times New Roman" w:eastAsia="Times New Roman" w:hAnsi="Times New Roman" w:cs="Times New Roman"/>
                <w:color w:val="000000"/>
                <w:w w:val="97"/>
                <w:sz w:val="16"/>
                <w:lang w:val="en-US"/>
              </w:rPr>
              <w:t>september</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uchi</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w:t>
            </w:r>
          </w:p>
        </w:tc>
      </w:tr>
      <w:tr w:rsidR="009F31CE" w:rsidRPr="009F31CE" w:rsidTr="009F31CE">
        <w:trPr>
          <w:trHeight w:hRule="exact" w:val="43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3.3.</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2"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03.04.2023 24.04.2023</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7" w:lineRule="auto"/>
              <w:ind w:left="72" w:right="144"/>
              <w:rPr>
                <w:rFonts w:ascii="Cambria" w:eastAsia="MS Mincho" w:hAnsi="Cambria" w:cs="Times New Roman"/>
              </w:rPr>
            </w:pPr>
            <w:r w:rsidRPr="009F31CE">
              <w:rPr>
                <w:rFonts w:ascii="Times New Roman" w:eastAsia="Times New Roman" w:hAnsi="Times New Roman" w:cs="Times New Roman"/>
                <w:color w:val="000000"/>
                <w:w w:val="97"/>
                <w:sz w:val="16"/>
              </w:rPr>
              <w:t xml:space="preserve">Учебный диалог о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словах, называющих старинную одежду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Обсуждение текстов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загадок, анализ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особенностей их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построения, уточнение лексического значения использованных в них слов и выражений;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Использование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словарных статей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учебника для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определения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лексического значения слова;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Коллективное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формулирование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вывода о причинах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устаревания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слов,называющих</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одежду;</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2" w:lineRule="auto"/>
              <w:ind w:left="74"/>
              <w:rPr>
                <w:rFonts w:ascii="Cambria" w:eastAsia="MS Mincho" w:hAnsi="Cambria" w:cs="Times New Roman"/>
              </w:rPr>
            </w:pPr>
            <w:r w:rsidRPr="009F31CE">
              <w:rPr>
                <w:rFonts w:ascii="Times New Roman" w:eastAsia="Times New Roman" w:hAnsi="Times New Roman" w:cs="Times New Roman"/>
                <w:color w:val="000000"/>
                <w:w w:val="97"/>
                <w:sz w:val="16"/>
              </w:rPr>
              <w:t xml:space="preserve">Устный опрос; Самооценка с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использованием«Оценочного</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листа»;</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«Единая коллекция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цифровых образовательных ресурсов» -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schoolcollektion</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resh</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edu</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lang w:val="en-US"/>
              </w:rPr>
              <w:t>http</w:t>
            </w:r>
            <w:r w:rsidRPr="009F31CE">
              <w:rPr>
                <w:rFonts w:ascii="Times New Roman" w:eastAsia="Times New Roman" w:hAnsi="Times New Roman" w:cs="Times New Roman"/>
                <w:color w:val="000000"/>
                <w:w w:val="97"/>
                <w:sz w:val="16"/>
              </w:rPr>
              <w:t>://</w:t>
            </w:r>
            <w:r w:rsidRPr="009F31CE">
              <w:rPr>
                <w:rFonts w:ascii="Times New Roman" w:eastAsia="Times New Roman" w:hAnsi="Times New Roman" w:cs="Times New Roman"/>
                <w:color w:val="000000"/>
                <w:w w:val="97"/>
                <w:sz w:val="16"/>
                <w:lang w:val="en-US"/>
              </w:rPr>
              <w:t>www</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rus</w:t>
            </w:r>
            <w:proofErr w:type="spellEnd"/>
            <w:r w:rsidRPr="009F31CE">
              <w:rPr>
                <w:rFonts w:ascii="Times New Roman" w:eastAsia="Times New Roman" w:hAnsi="Times New Roman" w:cs="Times New Roman"/>
                <w:color w:val="000000"/>
                <w:w w:val="97"/>
                <w:sz w:val="16"/>
              </w:rPr>
              <w:t>.1</w:t>
            </w:r>
            <w:proofErr w:type="spellStart"/>
            <w:r w:rsidRPr="009F31CE">
              <w:rPr>
                <w:rFonts w:ascii="Times New Roman" w:eastAsia="Times New Roman" w:hAnsi="Times New Roman" w:cs="Times New Roman"/>
                <w:color w:val="000000"/>
                <w:w w:val="97"/>
                <w:sz w:val="16"/>
                <w:lang w:val="en-US"/>
              </w:rPr>
              <w:t>september</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 xml:space="preserve"> </w:t>
            </w:r>
            <w:r w:rsidRPr="009F31CE">
              <w:rPr>
                <w:rFonts w:ascii="Times New Roman" w:eastAsia="Times New Roman" w:hAnsi="Times New Roman" w:cs="Times New Roman"/>
                <w:color w:val="000000"/>
                <w:w w:val="97"/>
                <w:sz w:val="16"/>
                <w:lang w:val="en-US"/>
              </w:rPr>
              <w:t>https</w:t>
            </w:r>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uchi</w:t>
            </w:r>
            <w:proofErr w:type="spellEnd"/>
            <w:r w:rsidRPr="009F31CE">
              <w:rPr>
                <w:rFonts w:ascii="Times New Roman" w:eastAsia="Times New Roman" w:hAnsi="Times New Roman" w:cs="Times New Roman"/>
                <w:color w:val="000000"/>
                <w:w w:val="97"/>
                <w:sz w:val="16"/>
              </w:rPr>
              <w:t>.</w:t>
            </w:r>
            <w:proofErr w:type="spellStart"/>
            <w:r w:rsidRPr="009F31CE">
              <w:rPr>
                <w:rFonts w:ascii="Times New Roman" w:eastAsia="Times New Roman" w:hAnsi="Times New Roman" w:cs="Times New Roman"/>
                <w:color w:val="000000"/>
                <w:w w:val="97"/>
                <w:sz w:val="16"/>
                <w:lang w:val="en-US"/>
              </w:rPr>
              <w:t>ru</w:t>
            </w:r>
            <w:proofErr w:type="spellEnd"/>
            <w:r w:rsidRPr="009F31CE">
              <w:rPr>
                <w:rFonts w:ascii="Times New Roman" w:eastAsia="Times New Roman" w:hAnsi="Times New Roman" w:cs="Times New Roman"/>
                <w:color w:val="000000"/>
                <w:w w:val="97"/>
                <w:sz w:val="16"/>
              </w:rPr>
              <w:t>/</w:t>
            </w:r>
          </w:p>
        </w:tc>
      </w:tr>
      <w:tr w:rsidR="009F31CE" w:rsidRPr="009F31CE" w:rsidTr="009F31CE">
        <w:trPr>
          <w:trHeight w:hRule="exact" w:val="348"/>
        </w:trPr>
        <w:tc>
          <w:tcPr>
            <w:tcW w:w="6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Итого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разделу</w:t>
            </w:r>
            <w:proofErr w:type="spellEnd"/>
            <w:r w:rsidRPr="009F31CE">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12</w:t>
            </w:r>
          </w:p>
        </w:tc>
        <w:tc>
          <w:tcPr>
            <w:tcW w:w="814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rPr>
            </w:pPr>
            <w:r w:rsidRPr="009F31CE">
              <w:rPr>
                <w:rFonts w:ascii="Times New Roman" w:eastAsia="Times New Roman" w:hAnsi="Times New Roman" w:cs="Times New Roman"/>
                <w:b/>
                <w:color w:val="000000"/>
                <w:w w:val="97"/>
                <w:sz w:val="16"/>
              </w:rPr>
              <w:t>Раздел 4. Секреты речи и текста</w:t>
            </w:r>
          </w:p>
        </w:tc>
      </w:tr>
      <w:tr w:rsidR="009F31CE" w:rsidRPr="009F31CE" w:rsidTr="009F31CE">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4.1.</w:t>
            </w:r>
          </w:p>
        </w:tc>
        <w:tc>
          <w:tcPr>
            <w:tcW w:w="643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2" w:right="432"/>
              <w:rPr>
                <w:rFonts w:ascii="Cambria" w:eastAsia="MS Mincho" w:hAnsi="Cambria" w:cs="Times New Roman"/>
              </w:rPr>
            </w:pPr>
            <w:r w:rsidRPr="009F31CE">
              <w:rPr>
                <w:rFonts w:ascii="Times New Roman" w:eastAsia="Times New Roman" w:hAnsi="Times New Roman" w:cs="Times New Roman"/>
                <w:color w:val="000000"/>
                <w:w w:val="97"/>
                <w:sz w:val="16"/>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5"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08.05.2023 22.05.2023</w:t>
            </w:r>
          </w:p>
        </w:tc>
        <w:tc>
          <w:tcPr>
            <w:tcW w:w="176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54"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 xml:space="preserve">Работа с книгой: чтение и сравнение текстов;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Беседа по </w:t>
            </w:r>
            <w:proofErr w:type="spellStart"/>
            <w:r w:rsidRPr="009F31CE">
              <w:rPr>
                <w:rFonts w:ascii="Times New Roman" w:eastAsia="Times New Roman" w:hAnsi="Times New Roman" w:cs="Times New Roman"/>
                <w:color w:val="000000"/>
                <w:w w:val="97"/>
                <w:sz w:val="16"/>
              </w:rPr>
              <w:t>вопросамк</w:t>
            </w:r>
            <w:proofErr w:type="spellEnd"/>
            <w:r w:rsidRPr="009F31CE">
              <w:rPr>
                <w:rFonts w:ascii="Times New Roman" w:eastAsia="Times New Roman" w:hAnsi="Times New Roman" w:cs="Times New Roman"/>
                <w:color w:val="000000"/>
                <w:w w:val="97"/>
                <w:sz w:val="16"/>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тексту, определение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цели создания и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особенностей каждого текста;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Групповая творческая работа: подготовка </w:t>
            </w:r>
            <w:r w:rsidRPr="009F31CE">
              <w:rPr>
                <w:rFonts w:ascii="Cambria" w:eastAsia="MS Mincho" w:hAnsi="Cambria" w:cs="Times New Roman"/>
              </w:rPr>
              <w:br/>
            </w:r>
            <w:r w:rsidRPr="009F31CE">
              <w:rPr>
                <w:rFonts w:ascii="Times New Roman" w:eastAsia="Times New Roman" w:hAnsi="Times New Roman" w:cs="Times New Roman"/>
                <w:color w:val="000000"/>
                <w:w w:val="97"/>
                <w:sz w:val="16"/>
              </w:rPr>
              <w:t xml:space="preserve">рассказа о дожде,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7"/>
                <w:sz w:val="16"/>
              </w:rPr>
              <w:t>ливне,грозе</w:t>
            </w:r>
            <w:proofErr w:type="spellEnd"/>
            <w:r w:rsidRPr="009F31CE">
              <w:rPr>
                <w:rFonts w:ascii="Times New Roman" w:eastAsia="Times New Roman" w:hAnsi="Times New Roman" w:cs="Times New Roman"/>
                <w:color w:val="000000"/>
                <w:w w:val="97"/>
                <w:sz w:val="16"/>
              </w:rPr>
              <w:t xml:space="preserve"> с опорой на прочитанные тексты;</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47" w:lineRule="auto"/>
              <w:ind w:left="74" w:right="144"/>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Устный</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опрос</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Письменный</w:t>
            </w:r>
            <w:proofErr w:type="spellEnd"/>
            <w:r w:rsidRPr="009F31CE">
              <w:rPr>
                <w:rFonts w:ascii="Times New Roman" w:eastAsia="Times New Roman" w:hAnsi="Times New Roman" w:cs="Times New Roman"/>
                <w:color w:val="000000"/>
                <w:w w:val="97"/>
                <w:sz w:val="16"/>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7"/>
                <w:sz w:val="16"/>
                <w:lang w:val="en-US"/>
              </w:rPr>
              <w:t>контроль</w:t>
            </w:r>
            <w:proofErr w:type="spellEnd"/>
            <w:r w:rsidRPr="009F31CE">
              <w:rPr>
                <w:rFonts w:ascii="Times New Roman" w:eastAsia="Times New Roman" w:hAnsi="Times New Roman" w:cs="Times New Roman"/>
                <w:color w:val="000000"/>
                <w:w w:val="97"/>
                <w:sz w:val="16"/>
                <w:lang w:val="en-US"/>
              </w:rPr>
              <w:t>;</w:t>
            </w:r>
          </w:p>
        </w:tc>
        <w:tc>
          <w:tcPr>
            <w:tcW w:w="20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48"/>
        </w:trPr>
        <w:tc>
          <w:tcPr>
            <w:tcW w:w="6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lastRenderedPageBreak/>
              <w:t>Итого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по</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разделу</w:t>
            </w:r>
            <w:proofErr w:type="spellEnd"/>
            <w:r w:rsidRPr="009F31CE">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w:t>
            </w:r>
          </w:p>
        </w:tc>
        <w:tc>
          <w:tcPr>
            <w:tcW w:w="814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28"/>
        </w:trPr>
        <w:tc>
          <w:tcPr>
            <w:tcW w:w="6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7"/>
                <w:sz w:val="16"/>
                <w:lang w:val="en-US"/>
              </w:rPr>
              <w:t>Резервное</w:t>
            </w:r>
            <w:proofErr w:type="spellEnd"/>
            <w:r w:rsidRPr="009F31CE">
              <w:rPr>
                <w:rFonts w:ascii="Times New Roman" w:eastAsia="Times New Roman" w:hAnsi="Times New Roman" w:cs="Times New Roman"/>
                <w:color w:val="000000"/>
                <w:w w:val="97"/>
                <w:sz w:val="16"/>
                <w:lang w:val="en-US"/>
              </w:rPr>
              <w:t xml:space="preserve"> </w:t>
            </w:r>
            <w:proofErr w:type="spellStart"/>
            <w:r w:rsidRPr="009F31CE">
              <w:rPr>
                <w:rFonts w:ascii="Times New Roman" w:eastAsia="Times New Roman" w:hAnsi="Times New Roman" w:cs="Times New Roman"/>
                <w:color w:val="000000"/>
                <w:w w:val="97"/>
                <w:sz w:val="16"/>
                <w:lang w:val="en-US"/>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6" w:after="0" w:line="233"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814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r w:rsidR="009F31CE" w:rsidRPr="009F31CE" w:rsidTr="009F31CE">
        <w:trPr>
          <w:trHeight w:hRule="exact" w:val="328"/>
        </w:trPr>
        <w:tc>
          <w:tcPr>
            <w:tcW w:w="6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rPr>
            </w:pPr>
            <w:r w:rsidRPr="009F31CE">
              <w:rPr>
                <w:rFonts w:ascii="Times New Roman" w:eastAsia="Times New Roman" w:hAnsi="Times New Roman" w:cs="Times New Roman"/>
                <w:color w:val="000000"/>
                <w:w w:val="97"/>
                <w:sz w:val="16"/>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33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7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7"/>
                <w:sz w:val="16"/>
                <w:lang w:val="en-US"/>
              </w:rPr>
              <w:t>0</w:t>
            </w:r>
          </w:p>
        </w:tc>
        <w:tc>
          <w:tcPr>
            <w:tcW w:w="589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bl>
    <w:p w:rsidR="009F31CE" w:rsidRPr="009F31CE" w:rsidRDefault="009F31CE" w:rsidP="009F31CE">
      <w:pPr>
        <w:spacing w:after="200" w:line="276" w:lineRule="auto"/>
        <w:rPr>
          <w:rFonts w:ascii="Cambria" w:eastAsia="MS Mincho" w:hAnsi="Cambria" w:cs="Times New Roman"/>
          <w:lang w:val="en-US"/>
        </w:rPr>
        <w:sectPr w:rsidR="009F31CE" w:rsidRPr="009F31CE" w:rsidSect="009F31CE">
          <w:pgSz w:w="16840" w:h="11900" w:orient="landscape"/>
          <w:pgMar w:top="1440" w:right="666" w:bottom="284" w:left="640" w:header="720" w:footer="720" w:gutter="0"/>
          <w:cols w:space="720" w:equalWidth="0">
            <w:col w:w="14734" w:space="0"/>
          </w:cols>
          <w:docGrid w:linePitch="360"/>
        </w:sectPr>
      </w:pPr>
    </w:p>
    <w:p w:rsidR="005336FB" w:rsidRPr="005336FB" w:rsidRDefault="005336FB" w:rsidP="005336FB">
      <w:pPr>
        <w:autoSpaceDE w:val="0"/>
        <w:autoSpaceDN w:val="0"/>
        <w:spacing w:after="258" w:line="233" w:lineRule="auto"/>
        <w:rPr>
          <w:rFonts w:ascii="Cambria" w:eastAsia="MS Mincho" w:hAnsi="Cambria" w:cs="Times New Roman"/>
        </w:rPr>
      </w:pPr>
      <w:r>
        <w:rPr>
          <w:rFonts w:ascii="Times New Roman" w:eastAsia="Times New Roman" w:hAnsi="Times New Roman" w:cs="Times New Roman"/>
          <w:b/>
          <w:color w:val="000000"/>
          <w:w w:val="101"/>
          <w:sz w:val="19"/>
        </w:rPr>
        <w:lastRenderedPageBreak/>
        <w:t>2 класс</w:t>
      </w:r>
    </w:p>
    <w:tbl>
      <w:tblPr>
        <w:tblW w:w="0" w:type="auto"/>
        <w:tblInd w:w="6" w:type="dxa"/>
        <w:tblLayout w:type="fixed"/>
        <w:tblLook w:val="04A0" w:firstRow="1" w:lastRow="0" w:firstColumn="1" w:lastColumn="0" w:noHBand="0" w:noVBand="1"/>
      </w:tblPr>
      <w:tblGrid>
        <w:gridCol w:w="396"/>
        <w:gridCol w:w="6184"/>
        <w:gridCol w:w="528"/>
        <w:gridCol w:w="1104"/>
        <w:gridCol w:w="1142"/>
        <w:gridCol w:w="864"/>
        <w:gridCol w:w="2882"/>
        <w:gridCol w:w="1020"/>
        <w:gridCol w:w="1382"/>
      </w:tblGrid>
      <w:tr w:rsidR="005336FB" w:rsidRPr="005336FB" w:rsidTr="009F31CE">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rPr>
            </w:pPr>
            <w:r w:rsidRPr="005336FB">
              <w:rPr>
                <w:rFonts w:ascii="Times New Roman" w:eastAsia="Times New Roman" w:hAnsi="Times New Roman" w:cs="Times New Roman"/>
                <w:b/>
                <w:color w:val="000000"/>
                <w:w w:val="97"/>
                <w:sz w:val="16"/>
              </w:rPr>
              <w:t>№</w:t>
            </w:r>
            <w:r w:rsidRPr="005336FB">
              <w:rPr>
                <w:rFonts w:ascii="Cambria" w:eastAsia="MS Mincho" w:hAnsi="Cambria" w:cs="Times New Roman"/>
              </w:rPr>
              <w:br/>
            </w:r>
            <w:r w:rsidRPr="005336FB">
              <w:rPr>
                <w:rFonts w:ascii="Times New Roman" w:eastAsia="Times New Roman" w:hAnsi="Times New Roman" w:cs="Times New Roman"/>
                <w:b/>
                <w:color w:val="000000"/>
                <w:w w:val="97"/>
                <w:sz w:val="16"/>
              </w:rPr>
              <w:t>п/п</w:t>
            </w:r>
          </w:p>
        </w:tc>
        <w:tc>
          <w:tcPr>
            <w:tcW w:w="61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 xml:space="preserve">Дата </w:t>
            </w:r>
            <w:r w:rsidRPr="005336FB">
              <w:rPr>
                <w:rFonts w:ascii="Cambria" w:eastAsia="MS Mincho" w:hAnsi="Cambria" w:cs="Times New Roman"/>
              </w:rPr>
              <w:br/>
            </w:r>
            <w:r w:rsidRPr="005336FB">
              <w:rPr>
                <w:rFonts w:ascii="Times New Roman" w:eastAsia="Times New Roman" w:hAnsi="Times New Roman" w:cs="Times New Roman"/>
                <w:b/>
                <w:color w:val="000000"/>
                <w:w w:val="97"/>
                <w:sz w:val="16"/>
              </w:rPr>
              <w:t>изучения</w:t>
            </w:r>
          </w:p>
        </w:tc>
        <w:tc>
          <w:tcPr>
            <w:tcW w:w="28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Виды деятельности</w:t>
            </w:r>
          </w:p>
        </w:tc>
        <w:tc>
          <w:tcPr>
            <w:tcW w:w="10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7" w:lineRule="auto"/>
              <w:ind w:left="72" w:right="144"/>
              <w:rPr>
                <w:rFonts w:ascii="Cambria" w:eastAsia="MS Mincho" w:hAnsi="Cambria" w:cs="Times New Roman"/>
              </w:rPr>
            </w:pPr>
            <w:r w:rsidRPr="005336FB">
              <w:rPr>
                <w:rFonts w:ascii="Times New Roman" w:eastAsia="Times New Roman" w:hAnsi="Times New Roman" w:cs="Times New Roman"/>
                <w:b/>
                <w:color w:val="000000"/>
                <w:w w:val="97"/>
                <w:sz w:val="16"/>
              </w:rPr>
              <w:t xml:space="preserve">Виды, </w:t>
            </w:r>
            <w:r w:rsidRPr="005336FB">
              <w:rPr>
                <w:rFonts w:ascii="Cambria" w:eastAsia="MS Mincho" w:hAnsi="Cambria" w:cs="Times New Roman"/>
              </w:rPr>
              <w:br/>
            </w:r>
            <w:r w:rsidRPr="005336FB">
              <w:rPr>
                <w:rFonts w:ascii="Times New Roman" w:eastAsia="Times New Roman" w:hAnsi="Times New Roman" w:cs="Times New Roman"/>
                <w:b/>
                <w:color w:val="000000"/>
                <w:w w:val="97"/>
                <w:sz w:val="16"/>
              </w:rPr>
              <w:t xml:space="preserve">формы </w:t>
            </w:r>
            <w:r w:rsidRPr="005336FB">
              <w:rPr>
                <w:rFonts w:ascii="Cambria" w:eastAsia="MS Mincho" w:hAnsi="Cambria" w:cs="Times New Roman"/>
              </w:rPr>
              <w:br/>
            </w:r>
            <w:r w:rsidRPr="005336FB">
              <w:rPr>
                <w:rFonts w:ascii="Times New Roman" w:eastAsia="Times New Roman" w:hAnsi="Times New Roman" w:cs="Times New Roman"/>
                <w:b/>
                <w:color w:val="000000"/>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b/>
                <w:color w:val="000000"/>
                <w:w w:val="97"/>
                <w:sz w:val="16"/>
              </w:rPr>
              <w:t>Электро</w:t>
            </w:r>
            <w:r w:rsidRPr="005336FB">
              <w:rPr>
                <w:rFonts w:ascii="Times New Roman" w:eastAsia="Times New Roman" w:hAnsi="Times New Roman" w:cs="Times New Roman"/>
                <w:b/>
                <w:color w:val="000000"/>
                <w:w w:val="97"/>
                <w:sz w:val="16"/>
                <w:lang w:val="en-US"/>
              </w:rPr>
              <w:t>нные</w:t>
            </w:r>
            <w:proofErr w:type="spellEnd"/>
            <w:r w:rsidRPr="005336FB">
              <w:rPr>
                <w:rFonts w:ascii="Times New Roman" w:eastAsia="Times New Roman" w:hAnsi="Times New Roman" w:cs="Times New Roman"/>
                <w:b/>
                <w:color w:val="000000"/>
                <w:w w:val="97"/>
                <w:sz w:val="16"/>
                <w:lang w:val="en-US"/>
              </w:rPr>
              <w:t xml:space="preserve"> </w:t>
            </w:r>
            <w:r w:rsidRPr="005336FB">
              <w:rPr>
                <w:rFonts w:ascii="Cambria" w:eastAsia="MS Mincho" w:hAnsi="Cambria" w:cs="Times New Roman"/>
                <w:lang w:val="en-US"/>
              </w:rPr>
              <w:br/>
            </w:r>
            <w:r w:rsidRPr="005336FB">
              <w:rPr>
                <w:rFonts w:ascii="Times New Roman" w:eastAsia="Times New Roman" w:hAnsi="Times New Roman" w:cs="Times New Roman"/>
                <w:b/>
                <w:color w:val="000000"/>
                <w:w w:val="97"/>
                <w:sz w:val="16"/>
                <w:lang w:val="en-US"/>
              </w:rPr>
              <w:t>(</w:t>
            </w:r>
            <w:proofErr w:type="spellStart"/>
            <w:r w:rsidRPr="005336FB">
              <w:rPr>
                <w:rFonts w:ascii="Times New Roman" w:eastAsia="Times New Roman" w:hAnsi="Times New Roman" w:cs="Times New Roman"/>
                <w:b/>
                <w:color w:val="000000"/>
                <w:w w:val="97"/>
                <w:sz w:val="16"/>
                <w:lang w:val="en-US"/>
              </w:rPr>
              <w:t>цифровые</w:t>
            </w:r>
            <w:proofErr w:type="spellEnd"/>
            <w:r w:rsidRPr="005336FB">
              <w:rPr>
                <w:rFonts w:ascii="Times New Roman" w:eastAsia="Times New Roman" w:hAnsi="Times New Roman" w:cs="Times New Roman"/>
                <w:b/>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b/>
                <w:color w:val="000000"/>
                <w:w w:val="97"/>
                <w:sz w:val="16"/>
                <w:lang w:val="en-US"/>
              </w:rPr>
              <w:t>образовательные</w:t>
            </w:r>
            <w:proofErr w:type="spellEnd"/>
            <w:r w:rsidRPr="005336FB">
              <w:rPr>
                <w:rFonts w:ascii="Times New Roman" w:eastAsia="Times New Roman" w:hAnsi="Times New Roman" w:cs="Times New Roman"/>
                <w:b/>
                <w:color w:val="000000"/>
                <w:w w:val="97"/>
                <w:sz w:val="16"/>
                <w:lang w:val="en-US"/>
              </w:rPr>
              <w:t xml:space="preserve"> </w:t>
            </w:r>
            <w:proofErr w:type="spellStart"/>
            <w:r w:rsidRPr="005336FB">
              <w:rPr>
                <w:rFonts w:ascii="Times New Roman" w:eastAsia="Times New Roman" w:hAnsi="Times New Roman" w:cs="Times New Roman"/>
                <w:b/>
                <w:color w:val="000000"/>
                <w:w w:val="97"/>
                <w:sz w:val="16"/>
                <w:lang w:val="en-US"/>
              </w:rPr>
              <w:t>ресурсы</w:t>
            </w:r>
            <w:proofErr w:type="spellEnd"/>
          </w:p>
        </w:tc>
      </w:tr>
      <w:tr w:rsidR="005336FB" w:rsidRPr="005336FB" w:rsidTr="009F31CE">
        <w:trPr>
          <w:trHeight w:hRule="exact" w:val="576"/>
        </w:trPr>
        <w:tc>
          <w:tcPr>
            <w:tcW w:w="396"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c>
          <w:tcPr>
            <w:tcW w:w="6184"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proofErr w:type="spellStart"/>
            <w:r w:rsidRPr="005336FB">
              <w:rPr>
                <w:rFonts w:ascii="Times New Roman" w:eastAsia="Times New Roman" w:hAnsi="Times New Roman" w:cs="Times New Roman"/>
                <w:b/>
                <w:color w:val="000000"/>
                <w:w w:val="97"/>
                <w:sz w:val="16"/>
                <w:lang w:val="en-US"/>
              </w:rPr>
              <w:t>всего</w:t>
            </w:r>
            <w:proofErr w:type="spellEnd"/>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b/>
                <w:color w:val="000000"/>
                <w:w w:val="97"/>
                <w:sz w:val="16"/>
                <w:lang w:val="en-US"/>
              </w:rPr>
              <w:t>контрольные</w:t>
            </w:r>
            <w:proofErr w:type="spellEnd"/>
            <w:r w:rsidRPr="005336FB">
              <w:rPr>
                <w:rFonts w:ascii="Times New Roman" w:eastAsia="Times New Roman" w:hAnsi="Times New Roman" w:cs="Times New Roman"/>
                <w:b/>
                <w:color w:val="000000"/>
                <w:w w:val="97"/>
                <w:sz w:val="16"/>
                <w:lang w:val="en-US"/>
              </w:rPr>
              <w:t xml:space="preserve"> </w:t>
            </w:r>
            <w:proofErr w:type="spellStart"/>
            <w:r w:rsidRPr="005336FB">
              <w:rPr>
                <w:rFonts w:ascii="Times New Roman" w:eastAsia="Times New Roman" w:hAnsi="Times New Roman" w:cs="Times New Roman"/>
                <w:b/>
                <w:color w:val="000000"/>
                <w:w w:val="97"/>
                <w:sz w:val="16"/>
                <w:lang w:val="en-US"/>
              </w:rPr>
              <w:t>работы</w:t>
            </w:r>
            <w:proofErr w:type="spellEnd"/>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b/>
                <w:color w:val="000000"/>
                <w:w w:val="97"/>
                <w:sz w:val="16"/>
                <w:lang w:val="en-US"/>
              </w:rPr>
              <w:t>практические</w:t>
            </w:r>
            <w:proofErr w:type="spellEnd"/>
            <w:r w:rsidRPr="005336FB">
              <w:rPr>
                <w:rFonts w:ascii="Times New Roman" w:eastAsia="Times New Roman" w:hAnsi="Times New Roman" w:cs="Times New Roman"/>
                <w:b/>
                <w:color w:val="000000"/>
                <w:w w:val="97"/>
                <w:sz w:val="16"/>
                <w:lang w:val="en-US"/>
              </w:rPr>
              <w:t xml:space="preserve"> </w:t>
            </w:r>
            <w:proofErr w:type="spellStart"/>
            <w:r w:rsidRPr="005336FB">
              <w:rPr>
                <w:rFonts w:ascii="Times New Roman" w:eastAsia="Times New Roman" w:hAnsi="Times New Roman" w:cs="Times New Roman"/>
                <w:b/>
                <w:color w:val="000000"/>
                <w:w w:val="97"/>
                <w:sz w:val="16"/>
                <w:lang w:val="en-US"/>
              </w:rPr>
              <w:t>работы</w:t>
            </w:r>
            <w:proofErr w:type="spellEnd"/>
          </w:p>
        </w:tc>
        <w:tc>
          <w:tcPr>
            <w:tcW w:w="864"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c>
          <w:tcPr>
            <w:tcW w:w="2882"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c>
          <w:tcPr>
            <w:tcW w:w="1020"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c>
          <w:tcPr>
            <w:tcW w:w="1382" w:type="dxa"/>
            <w:vMerge/>
            <w:tcBorders>
              <w:top w:val="single" w:sz="4" w:space="0" w:color="000000"/>
              <w:left w:val="single" w:sz="4" w:space="0" w:color="000000"/>
              <w:bottom w:val="single" w:sz="4" w:space="0" w:color="000000"/>
              <w:right w:val="single" w:sz="4" w:space="0" w:color="000000"/>
            </w:tcBorders>
          </w:tcPr>
          <w:p w:rsidR="005336FB" w:rsidRPr="005336FB" w:rsidRDefault="005336FB" w:rsidP="005336FB">
            <w:pPr>
              <w:spacing w:after="200" w:line="276" w:lineRule="auto"/>
              <w:rPr>
                <w:rFonts w:ascii="Cambria" w:eastAsia="MS Mincho" w:hAnsi="Cambria" w:cs="Times New Roman"/>
                <w:lang w:val="en-US"/>
              </w:rPr>
            </w:pPr>
          </w:p>
        </w:tc>
      </w:tr>
      <w:tr w:rsidR="005336FB" w:rsidRPr="005336FB" w:rsidTr="009F31CE">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Раздел 1. Русский язык: прошлое и настоящее</w:t>
            </w:r>
          </w:p>
        </w:tc>
      </w:tr>
      <w:tr w:rsidR="005336FB" w:rsidRPr="005336FB" w:rsidTr="009F31CE">
        <w:trPr>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1.1.</w:t>
            </w:r>
          </w:p>
        </w:tc>
        <w:tc>
          <w:tcPr>
            <w:tcW w:w="618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01.09.2022 06.09.2022</w:t>
            </w:r>
          </w:p>
        </w:tc>
        <w:tc>
          <w:tcPr>
            <w:tcW w:w="288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рисунками и подписями к ним: понимать значение </w:t>
            </w:r>
            <w:proofErr w:type="spellStart"/>
            <w:r w:rsidRPr="005336FB">
              <w:rPr>
                <w:rFonts w:ascii="Times New Roman" w:eastAsia="Times New Roman" w:hAnsi="Times New Roman" w:cs="Times New Roman"/>
                <w:color w:val="000000"/>
                <w:w w:val="97"/>
                <w:sz w:val="16"/>
              </w:rPr>
              <w:t>словас</w:t>
            </w:r>
            <w:proofErr w:type="spellEnd"/>
            <w:r w:rsidRPr="005336FB">
              <w:rPr>
                <w:rFonts w:ascii="Times New Roman" w:eastAsia="Times New Roman" w:hAnsi="Times New Roman" w:cs="Times New Roman"/>
                <w:color w:val="000000"/>
                <w:w w:val="97"/>
                <w:sz w:val="16"/>
              </w:rPr>
              <w:t xml:space="preserve"> опорой на рисунок;</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ind w:left="72" w:right="288"/>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1.2.</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08.09.2022 04.10.2022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2"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Самостоятельная работа: познакомиться со значением слов (</w:t>
            </w:r>
            <w:proofErr w:type="spellStart"/>
            <w:r w:rsidRPr="005336FB">
              <w:rPr>
                <w:rFonts w:ascii="Times New Roman" w:eastAsia="Times New Roman" w:hAnsi="Times New Roman" w:cs="Times New Roman"/>
                <w:color w:val="000000"/>
                <w:w w:val="97"/>
                <w:sz w:val="16"/>
              </w:rPr>
              <w:t>рубаха,матроска</w:t>
            </w:r>
            <w:proofErr w:type="spellEnd"/>
            <w:r w:rsidRPr="005336FB">
              <w:rPr>
                <w:rFonts w:ascii="Times New Roman" w:eastAsia="Times New Roman" w:hAnsi="Times New Roman" w:cs="Times New Roman"/>
                <w:color w:val="000000"/>
                <w:w w:val="97"/>
                <w:sz w:val="16"/>
              </w:rPr>
              <w:t xml:space="preserve">, платок, платье) и фразеологизмов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(засучив </w:t>
            </w:r>
            <w:proofErr w:type="spellStart"/>
            <w:r w:rsidRPr="005336FB">
              <w:rPr>
                <w:rFonts w:ascii="Times New Roman" w:eastAsia="Times New Roman" w:hAnsi="Times New Roman" w:cs="Times New Roman"/>
                <w:color w:val="000000"/>
                <w:w w:val="97"/>
                <w:sz w:val="16"/>
              </w:rPr>
              <w:t>рукава,спустя</w:t>
            </w:r>
            <w:proofErr w:type="spellEnd"/>
            <w:r w:rsidRPr="005336FB">
              <w:rPr>
                <w:rFonts w:ascii="Times New Roman" w:eastAsia="Times New Roman" w:hAnsi="Times New Roman" w:cs="Times New Roman"/>
                <w:color w:val="000000"/>
                <w:w w:val="97"/>
                <w:sz w:val="16"/>
              </w:rPr>
              <w:t xml:space="preserve"> рукава) на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основе материалов рубрики «Из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истории </w:t>
            </w:r>
            <w:proofErr w:type="spellStart"/>
            <w:r w:rsidRPr="005336FB">
              <w:rPr>
                <w:rFonts w:ascii="Times New Roman" w:eastAsia="Times New Roman" w:hAnsi="Times New Roman" w:cs="Times New Roman"/>
                <w:color w:val="000000"/>
                <w:w w:val="97"/>
                <w:sz w:val="16"/>
              </w:rPr>
              <w:t>языкаи</w:t>
            </w:r>
            <w:proofErr w:type="spellEnd"/>
            <w:r w:rsidRPr="005336FB">
              <w:rPr>
                <w:rFonts w:ascii="Times New Roman" w:eastAsia="Times New Roman" w:hAnsi="Times New Roman" w:cs="Times New Roman"/>
                <w:color w:val="000000"/>
                <w:w w:val="97"/>
                <w:sz w:val="16"/>
              </w:rPr>
              <w:t xml:space="preserve"> культуры»;</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ind w:left="72" w:right="288"/>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5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1.3.</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2"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 xml:space="preserve">Что и как могут рассказать слова о детских забавах. Лексические единицы с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национально-культурной семантикой, обозначающие предметы традиционного русского быта: детские забавы, игры и игрушки. Пословицы, поговорки, фразеологизмы,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возникновение которых связано с предметами и явлениями традиционного русского быта: детские игры, забавы.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06.10.2022 20.10.2022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2" w:lineRule="auto"/>
              <w:ind w:left="72" w:right="288"/>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текстом: прочитать текст, сопоставить информацию из </w:t>
            </w:r>
            <w:proofErr w:type="spellStart"/>
            <w:r w:rsidRPr="005336FB">
              <w:rPr>
                <w:rFonts w:ascii="Times New Roman" w:eastAsia="Times New Roman" w:hAnsi="Times New Roman" w:cs="Times New Roman"/>
                <w:color w:val="000000"/>
                <w:w w:val="97"/>
                <w:sz w:val="16"/>
              </w:rPr>
              <w:t>текстас</w:t>
            </w:r>
            <w:proofErr w:type="spellEnd"/>
            <w:r w:rsidRPr="005336FB">
              <w:rPr>
                <w:rFonts w:ascii="Times New Roman" w:eastAsia="Times New Roman" w:hAnsi="Times New Roman" w:cs="Times New Roman"/>
                <w:color w:val="000000"/>
                <w:w w:val="97"/>
                <w:sz w:val="16"/>
              </w:rPr>
              <w:t xml:space="preserve"> информацией на рисунке; прочитать текст, сопоставить </w:t>
            </w:r>
            <w:proofErr w:type="spellStart"/>
            <w:r w:rsidRPr="005336FB">
              <w:rPr>
                <w:rFonts w:ascii="Times New Roman" w:eastAsia="Times New Roman" w:hAnsi="Times New Roman" w:cs="Times New Roman"/>
                <w:color w:val="000000"/>
                <w:w w:val="97"/>
                <w:sz w:val="16"/>
              </w:rPr>
              <w:t>информациюиз</w:t>
            </w:r>
            <w:proofErr w:type="spellEnd"/>
            <w:r w:rsidRPr="005336FB">
              <w:rPr>
                <w:rFonts w:ascii="Times New Roman" w:eastAsia="Times New Roman" w:hAnsi="Times New Roman" w:cs="Times New Roman"/>
                <w:color w:val="000000"/>
                <w:w w:val="97"/>
                <w:sz w:val="16"/>
              </w:rPr>
              <w:t xml:space="preserve"> текста с репродукцией картины,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восстановить текст,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вставивпропущенные</w:t>
            </w:r>
            <w:proofErr w:type="spellEnd"/>
            <w:r w:rsidRPr="005336FB">
              <w:rPr>
                <w:rFonts w:ascii="Times New Roman" w:eastAsia="Times New Roman" w:hAnsi="Times New Roman" w:cs="Times New Roman"/>
                <w:color w:val="000000"/>
                <w:w w:val="97"/>
                <w:sz w:val="16"/>
              </w:rPr>
              <w:t xml:space="preserve">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89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1.4.</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25.10.2022 15.11.2022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4" w:lineRule="auto"/>
              <w:ind w:left="72" w:right="288"/>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текстом: прочитать текст, сопоставить информацию из </w:t>
            </w:r>
            <w:proofErr w:type="spellStart"/>
            <w:r w:rsidRPr="005336FB">
              <w:rPr>
                <w:rFonts w:ascii="Times New Roman" w:eastAsia="Times New Roman" w:hAnsi="Times New Roman" w:cs="Times New Roman"/>
                <w:color w:val="000000"/>
                <w:w w:val="97"/>
                <w:sz w:val="16"/>
              </w:rPr>
              <w:t>текстас</w:t>
            </w:r>
            <w:proofErr w:type="spellEnd"/>
            <w:r w:rsidRPr="005336FB">
              <w:rPr>
                <w:rFonts w:ascii="Times New Roman" w:eastAsia="Times New Roman" w:hAnsi="Times New Roman" w:cs="Times New Roman"/>
                <w:color w:val="000000"/>
                <w:w w:val="97"/>
                <w:sz w:val="16"/>
              </w:rPr>
              <w:t xml:space="preserve"> информацией на рисунке; прочитать текст, сопоставить </w:t>
            </w:r>
            <w:proofErr w:type="spellStart"/>
            <w:r w:rsidRPr="005336FB">
              <w:rPr>
                <w:rFonts w:ascii="Times New Roman" w:eastAsia="Times New Roman" w:hAnsi="Times New Roman" w:cs="Times New Roman"/>
                <w:color w:val="000000"/>
                <w:w w:val="97"/>
                <w:sz w:val="16"/>
              </w:rPr>
              <w:t>информациюиз</w:t>
            </w:r>
            <w:proofErr w:type="spellEnd"/>
            <w:r w:rsidRPr="005336FB">
              <w:rPr>
                <w:rFonts w:ascii="Times New Roman" w:eastAsia="Times New Roman" w:hAnsi="Times New Roman" w:cs="Times New Roman"/>
                <w:color w:val="000000"/>
                <w:w w:val="97"/>
                <w:sz w:val="16"/>
              </w:rPr>
              <w:t xml:space="preserve"> текста с репродукцией картины,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восстановить текст,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вставивпропущенные</w:t>
            </w:r>
            <w:proofErr w:type="spellEnd"/>
            <w:r w:rsidRPr="005336FB">
              <w:rPr>
                <w:rFonts w:ascii="Times New Roman" w:eastAsia="Times New Roman" w:hAnsi="Times New Roman" w:cs="Times New Roman"/>
                <w:color w:val="000000"/>
                <w:w w:val="97"/>
                <w:sz w:val="16"/>
              </w:rPr>
              <w:t xml:space="preserve"> слова;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Творческое задание: описать то, что изображено на рисунке;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lastRenderedPageBreak/>
              <w:t>1.5.</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 xml:space="preserve">Лексические единицы с национально-культурной семантикой, обозначающие предметы традиционного русского быта: слова, связанные с традицией русского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17.11.2022 01.12.2022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4"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текстом: прочитать текст, сопоставить информацию из </w:t>
            </w:r>
            <w:proofErr w:type="spellStart"/>
            <w:r w:rsidRPr="005336FB">
              <w:rPr>
                <w:rFonts w:ascii="Times New Roman" w:eastAsia="Times New Roman" w:hAnsi="Times New Roman" w:cs="Times New Roman"/>
                <w:color w:val="000000"/>
                <w:w w:val="97"/>
                <w:sz w:val="16"/>
              </w:rPr>
              <w:t>текстас</w:t>
            </w:r>
            <w:proofErr w:type="spellEnd"/>
            <w:r w:rsidRPr="005336FB">
              <w:rPr>
                <w:rFonts w:ascii="Times New Roman" w:eastAsia="Times New Roman" w:hAnsi="Times New Roman" w:cs="Times New Roman"/>
                <w:color w:val="000000"/>
                <w:w w:val="97"/>
                <w:sz w:val="16"/>
              </w:rPr>
              <w:t xml:space="preserve"> информацией на рисунке; прочитать текст, сопоставить </w:t>
            </w:r>
            <w:proofErr w:type="spellStart"/>
            <w:r w:rsidRPr="005336FB">
              <w:rPr>
                <w:rFonts w:ascii="Times New Roman" w:eastAsia="Times New Roman" w:hAnsi="Times New Roman" w:cs="Times New Roman"/>
                <w:color w:val="000000"/>
                <w:w w:val="97"/>
                <w:sz w:val="16"/>
              </w:rPr>
              <w:t>информациюиз</w:t>
            </w:r>
            <w:proofErr w:type="spellEnd"/>
            <w:r w:rsidRPr="005336FB">
              <w:rPr>
                <w:rFonts w:ascii="Times New Roman" w:eastAsia="Times New Roman" w:hAnsi="Times New Roman" w:cs="Times New Roman"/>
                <w:color w:val="000000"/>
                <w:w w:val="97"/>
                <w:sz w:val="16"/>
              </w:rPr>
              <w:t xml:space="preserve"> текста с репродукцией картины,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восстановить текст,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вставивпропущенные</w:t>
            </w:r>
            <w:proofErr w:type="spellEnd"/>
            <w:r w:rsidRPr="005336FB">
              <w:rPr>
                <w:rFonts w:ascii="Times New Roman" w:eastAsia="Times New Roman" w:hAnsi="Times New Roman" w:cs="Times New Roman"/>
                <w:color w:val="000000"/>
                <w:w w:val="97"/>
                <w:sz w:val="16"/>
              </w:rPr>
              <w:t xml:space="preserve"> слова;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Работа в группе: каждый участник группы готовит устное </w:t>
            </w:r>
            <w:proofErr w:type="spellStart"/>
            <w:r w:rsidRPr="005336FB">
              <w:rPr>
                <w:rFonts w:ascii="Times New Roman" w:eastAsia="Times New Roman" w:hAnsi="Times New Roman" w:cs="Times New Roman"/>
                <w:color w:val="000000"/>
                <w:w w:val="97"/>
                <w:sz w:val="16"/>
              </w:rPr>
              <w:t>сообщениена</w:t>
            </w:r>
            <w:proofErr w:type="spellEnd"/>
            <w:r w:rsidRPr="005336FB">
              <w:rPr>
                <w:rFonts w:ascii="Times New Roman" w:eastAsia="Times New Roman" w:hAnsi="Times New Roman" w:cs="Times New Roman"/>
                <w:color w:val="000000"/>
                <w:w w:val="97"/>
                <w:sz w:val="16"/>
              </w:rPr>
              <w:t xml:space="preserve"> основе репродукции картины и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представляет его другим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участникам,группа</w:t>
            </w:r>
            <w:proofErr w:type="spellEnd"/>
            <w:r w:rsidRPr="005336FB">
              <w:rPr>
                <w:rFonts w:ascii="Times New Roman" w:eastAsia="Times New Roman" w:hAnsi="Times New Roman" w:cs="Times New Roman"/>
                <w:color w:val="000000"/>
                <w:w w:val="97"/>
                <w:sz w:val="16"/>
              </w:rPr>
              <w:t xml:space="preserve"> оценивает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сообщение по заранее согласованным критериям;</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328"/>
        </w:trPr>
        <w:tc>
          <w:tcPr>
            <w:tcW w:w="65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Итого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по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разделу</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25</w:t>
            </w:r>
          </w:p>
        </w:tc>
        <w:tc>
          <w:tcPr>
            <w:tcW w:w="839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spacing w:after="200" w:line="276" w:lineRule="auto"/>
              <w:rPr>
                <w:rFonts w:ascii="Cambria" w:eastAsia="MS Mincho" w:hAnsi="Cambria" w:cs="Times New Roman"/>
                <w:lang w:val="en-US"/>
              </w:rPr>
            </w:pPr>
          </w:p>
        </w:tc>
      </w:tr>
      <w:tr w:rsidR="005336FB" w:rsidRPr="005336FB" w:rsidTr="009F31C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b/>
                <w:color w:val="000000"/>
                <w:w w:val="97"/>
                <w:sz w:val="16"/>
                <w:lang w:val="en-US"/>
              </w:rPr>
              <w:t>Раздел</w:t>
            </w:r>
            <w:proofErr w:type="spellEnd"/>
            <w:r w:rsidRPr="005336FB">
              <w:rPr>
                <w:rFonts w:ascii="Times New Roman" w:eastAsia="Times New Roman" w:hAnsi="Times New Roman" w:cs="Times New Roman"/>
                <w:b/>
                <w:color w:val="000000"/>
                <w:w w:val="97"/>
                <w:sz w:val="16"/>
                <w:lang w:val="en-US"/>
              </w:rPr>
              <w:t xml:space="preserve"> 2. </w:t>
            </w:r>
            <w:proofErr w:type="spellStart"/>
            <w:r w:rsidRPr="005336FB">
              <w:rPr>
                <w:rFonts w:ascii="Times New Roman" w:eastAsia="Times New Roman" w:hAnsi="Times New Roman" w:cs="Times New Roman"/>
                <w:b/>
                <w:color w:val="000000"/>
                <w:w w:val="97"/>
                <w:sz w:val="16"/>
                <w:lang w:val="en-US"/>
              </w:rPr>
              <w:t>Язык</w:t>
            </w:r>
            <w:proofErr w:type="spellEnd"/>
            <w:r w:rsidRPr="005336FB">
              <w:rPr>
                <w:rFonts w:ascii="Times New Roman" w:eastAsia="Times New Roman" w:hAnsi="Times New Roman" w:cs="Times New Roman"/>
                <w:b/>
                <w:color w:val="000000"/>
                <w:w w:val="97"/>
                <w:sz w:val="16"/>
                <w:lang w:val="en-US"/>
              </w:rPr>
              <w:t xml:space="preserve"> в </w:t>
            </w:r>
            <w:proofErr w:type="spellStart"/>
            <w:r w:rsidRPr="005336FB">
              <w:rPr>
                <w:rFonts w:ascii="Times New Roman" w:eastAsia="Times New Roman" w:hAnsi="Times New Roman" w:cs="Times New Roman"/>
                <w:b/>
                <w:color w:val="000000"/>
                <w:w w:val="97"/>
                <w:sz w:val="16"/>
                <w:lang w:val="en-US"/>
              </w:rPr>
              <w:t>действии</w:t>
            </w:r>
            <w:proofErr w:type="spellEnd"/>
          </w:p>
        </w:tc>
      </w:tr>
      <w:tr w:rsidR="005336FB" w:rsidRPr="005336FB" w:rsidTr="009F31CE">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2.1.</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7" w:lineRule="auto"/>
              <w:ind w:left="72" w:right="288"/>
              <w:rPr>
                <w:rFonts w:ascii="Cambria" w:eastAsia="MS Mincho" w:hAnsi="Cambria" w:cs="Times New Roman"/>
                <w:lang w:val="en-US"/>
              </w:rPr>
            </w:pPr>
            <w:r w:rsidRPr="005336FB">
              <w:rPr>
                <w:rFonts w:ascii="Times New Roman" w:eastAsia="Times New Roman" w:hAnsi="Times New Roman" w:cs="Times New Roman"/>
                <w:color w:val="000000"/>
                <w:w w:val="97"/>
                <w:sz w:val="16"/>
              </w:rPr>
              <w:t xml:space="preserve">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w:t>
            </w:r>
            <w:proofErr w:type="spellStart"/>
            <w:r w:rsidRPr="005336FB">
              <w:rPr>
                <w:rFonts w:ascii="Times New Roman" w:eastAsia="Times New Roman" w:hAnsi="Times New Roman" w:cs="Times New Roman"/>
                <w:color w:val="000000"/>
                <w:w w:val="97"/>
                <w:sz w:val="16"/>
                <w:lang w:val="en-US"/>
              </w:rPr>
              <w:t>Работа</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со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словарем</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ударений</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06.12.2022 15.12.2022</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Упражнение: отработка правильного произношения слов;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Учебный диалог «Помогает ли ударение различать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ind w:left="72" w:right="288"/>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2.2.</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Синонимы</w:t>
            </w:r>
            <w:proofErr w:type="spellEnd"/>
            <w:r w:rsidRPr="005336FB">
              <w:rPr>
                <w:rFonts w:ascii="Times New Roman" w:eastAsia="Times New Roman" w:hAnsi="Times New Roman" w:cs="Times New Roman"/>
                <w:color w:val="000000"/>
                <w:w w:val="97"/>
                <w:sz w:val="16"/>
                <w:lang w:val="en-US"/>
              </w:rPr>
              <w:t xml:space="preserve"> и </w:t>
            </w:r>
            <w:proofErr w:type="spellStart"/>
            <w:r w:rsidRPr="005336FB">
              <w:rPr>
                <w:rFonts w:ascii="Times New Roman" w:eastAsia="Times New Roman" w:hAnsi="Times New Roman" w:cs="Times New Roman"/>
                <w:color w:val="000000"/>
                <w:w w:val="97"/>
                <w:sz w:val="16"/>
                <w:lang w:val="en-US"/>
              </w:rPr>
              <w:t>антонимы</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20.12.2022 12.01.2023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4"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 xml:space="preserve">Упражнение: потренировать умение выбирать из пары синонимов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тот,который</w:t>
            </w:r>
            <w:proofErr w:type="spellEnd"/>
            <w:r w:rsidRPr="005336FB">
              <w:rPr>
                <w:rFonts w:ascii="Times New Roman" w:eastAsia="Times New Roman" w:hAnsi="Times New Roman" w:cs="Times New Roman"/>
                <w:color w:val="000000"/>
                <w:w w:val="97"/>
                <w:sz w:val="16"/>
              </w:rPr>
              <w:t xml:space="preserve"> соответствует заданному контексту;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Практическая работа: выписать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антонимы из текста; подобрать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антонимы к словам, к каждой паре антонимов подобрать слово, к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которомуони</w:t>
            </w:r>
            <w:proofErr w:type="spellEnd"/>
            <w:r w:rsidRPr="005336FB">
              <w:rPr>
                <w:rFonts w:ascii="Times New Roman" w:eastAsia="Times New Roman" w:hAnsi="Times New Roman" w:cs="Times New Roman"/>
                <w:color w:val="000000"/>
                <w:w w:val="97"/>
                <w:sz w:val="16"/>
              </w:rPr>
              <w:t xml:space="preserve"> относятся;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2.3.</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Происхождение</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пословиц</w:t>
            </w:r>
            <w:proofErr w:type="spellEnd"/>
            <w:r w:rsidRPr="005336FB">
              <w:rPr>
                <w:rFonts w:ascii="Times New Roman" w:eastAsia="Times New Roman" w:hAnsi="Times New Roman" w:cs="Times New Roman"/>
                <w:color w:val="000000"/>
                <w:w w:val="97"/>
                <w:sz w:val="16"/>
                <w:lang w:val="en-US"/>
              </w:rPr>
              <w:t xml:space="preserve"> и </w:t>
            </w:r>
            <w:proofErr w:type="spellStart"/>
            <w:r w:rsidRPr="005336FB">
              <w:rPr>
                <w:rFonts w:ascii="Times New Roman" w:eastAsia="Times New Roman" w:hAnsi="Times New Roman" w:cs="Times New Roman"/>
                <w:color w:val="000000"/>
                <w:w w:val="97"/>
                <w:sz w:val="16"/>
                <w:lang w:val="en-US"/>
              </w:rPr>
              <w:t>фразеологизмов</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17.01.2023 02.02.2023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2"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Рассказ учителя о фразеологизмах;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Практическая работа: разделить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фразеологизмы на группы по значению; заменить слова и сочетания слов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фразеологизмами;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подобратьфразеологизмы</w:t>
            </w:r>
            <w:proofErr w:type="spellEnd"/>
            <w:r w:rsidRPr="005336FB">
              <w:rPr>
                <w:rFonts w:ascii="Times New Roman" w:eastAsia="Times New Roman" w:hAnsi="Times New Roman" w:cs="Times New Roman"/>
                <w:color w:val="000000"/>
                <w:w w:val="97"/>
                <w:sz w:val="16"/>
              </w:rPr>
              <w:t>-антонимы;</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20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lastRenderedPageBreak/>
              <w:t>2.4.</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Разные способы толкования значения слов.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07.02.2023 21.02.2023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4"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рисунками: составить краткое толкование значения </w:t>
            </w:r>
            <w:proofErr w:type="spellStart"/>
            <w:r w:rsidRPr="005336FB">
              <w:rPr>
                <w:rFonts w:ascii="Times New Roman" w:eastAsia="Times New Roman" w:hAnsi="Times New Roman" w:cs="Times New Roman"/>
                <w:color w:val="000000"/>
                <w:w w:val="97"/>
                <w:sz w:val="16"/>
              </w:rPr>
              <w:t>слов,называющих</w:t>
            </w:r>
            <w:proofErr w:type="spellEnd"/>
            <w:r w:rsidRPr="005336FB">
              <w:rPr>
                <w:rFonts w:ascii="Times New Roman" w:eastAsia="Times New Roman" w:hAnsi="Times New Roman" w:cs="Times New Roman"/>
                <w:color w:val="000000"/>
                <w:w w:val="97"/>
                <w:sz w:val="16"/>
              </w:rPr>
              <w:t xml:space="preserve"> предметы на рисунках;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Работа в группе: опираясь на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информацию в таблице,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объяснитьзначение</w:t>
            </w:r>
            <w:proofErr w:type="spellEnd"/>
            <w:r w:rsidRPr="005336FB">
              <w:rPr>
                <w:rFonts w:ascii="Times New Roman" w:eastAsia="Times New Roman" w:hAnsi="Times New Roman" w:cs="Times New Roman"/>
                <w:color w:val="000000"/>
                <w:w w:val="97"/>
                <w:sz w:val="16"/>
              </w:rPr>
              <w:t xml:space="preserve"> одного слова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разными способами (у всех участников </w:t>
            </w:r>
            <w:proofErr w:type="spellStart"/>
            <w:r w:rsidRPr="005336FB">
              <w:rPr>
                <w:rFonts w:ascii="Times New Roman" w:eastAsia="Times New Roman" w:hAnsi="Times New Roman" w:cs="Times New Roman"/>
                <w:color w:val="000000"/>
                <w:w w:val="97"/>
                <w:sz w:val="16"/>
              </w:rPr>
              <w:t>группыразные</w:t>
            </w:r>
            <w:proofErr w:type="spellEnd"/>
            <w:r w:rsidRPr="005336FB">
              <w:rPr>
                <w:rFonts w:ascii="Times New Roman" w:eastAsia="Times New Roman" w:hAnsi="Times New Roman" w:cs="Times New Roman"/>
                <w:color w:val="000000"/>
                <w:w w:val="97"/>
                <w:sz w:val="16"/>
              </w:rPr>
              <w:t xml:space="preserve"> слова), представить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результаты выполнения задания </w:t>
            </w:r>
            <w:r w:rsidRPr="005336FB">
              <w:rPr>
                <w:rFonts w:ascii="Cambria" w:eastAsia="MS Mincho" w:hAnsi="Cambria" w:cs="Times New Roman"/>
              </w:rPr>
              <w:br/>
            </w:r>
            <w:proofErr w:type="spellStart"/>
            <w:r w:rsidRPr="005336FB">
              <w:rPr>
                <w:rFonts w:ascii="Times New Roman" w:eastAsia="Times New Roman" w:hAnsi="Times New Roman" w:cs="Times New Roman"/>
                <w:color w:val="000000"/>
                <w:w w:val="97"/>
                <w:sz w:val="16"/>
              </w:rPr>
              <w:t>другимучастникам</w:t>
            </w:r>
            <w:proofErr w:type="spellEnd"/>
            <w:r w:rsidRPr="005336FB">
              <w:rPr>
                <w:rFonts w:ascii="Times New Roman" w:eastAsia="Times New Roman" w:hAnsi="Times New Roman" w:cs="Times New Roman"/>
                <w:color w:val="000000"/>
                <w:w w:val="97"/>
                <w:sz w:val="16"/>
              </w:rPr>
              <w:t xml:space="preserve"> группы;</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5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2.5.</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Учимся читать стихи и сказки.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23.02.2023 09.03.2023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4"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Рассказ учителя о «сказочном»</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ударении;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Упражнение: потренироваться в </w:t>
            </w:r>
            <w:proofErr w:type="spellStart"/>
            <w:r w:rsidRPr="005336FB">
              <w:rPr>
                <w:rFonts w:ascii="Times New Roman" w:eastAsia="Times New Roman" w:hAnsi="Times New Roman" w:cs="Times New Roman"/>
                <w:color w:val="000000"/>
                <w:w w:val="97"/>
                <w:sz w:val="16"/>
              </w:rPr>
              <w:t>чтении«сказочных</w:t>
            </w:r>
            <w:proofErr w:type="spellEnd"/>
            <w:r w:rsidRPr="005336FB">
              <w:rPr>
                <w:rFonts w:ascii="Times New Roman" w:eastAsia="Times New Roman" w:hAnsi="Times New Roman" w:cs="Times New Roman"/>
                <w:color w:val="000000"/>
                <w:w w:val="97"/>
                <w:sz w:val="16"/>
              </w:rPr>
              <w:t xml:space="preserve">» слов и выражений с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необычным ударением и чтении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фразеологизмов с ударением на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предлоге;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348"/>
        </w:trPr>
        <w:tc>
          <w:tcPr>
            <w:tcW w:w="65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Итого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по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разделу</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25</w:t>
            </w:r>
          </w:p>
        </w:tc>
        <w:tc>
          <w:tcPr>
            <w:tcW w:w="839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spacing w:after="200" w:line="276" w:lineRule="auto"/>
              <w:rPr>
                <w:rFonts w:ascii="Cambria" w:eastAsia="MS Mincho" w:hAnsi="Cambria" w:cs="Times New Roman"/>
                <w:lang w:val="en-US"/>
              </w:rPr>
            </w:pPr>
          </w:p>
        </w:tc>
      </w:tr>
      <w:tr w:rsidR="005336FB" w:rsidRPr="005336FB" w:rsidTr="009F31CE">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b/>
                <w:color w:val="000000"/>
                <w:w w:val="97"/>
                <w:sz w:val="16"/>
              </w:rPr>
              <w:t>Раздел 3. Секреты речи и текста</w:t>
            </w:r>
          </w:p>
        </w:tc>
      </w:tr>
      <w:tr w:rsidR="005336FB" w:rsidRPr="005336FB" w:rsidTr="009F31CE">
        <w:trPr>
          <w:trHeight w:hRule="exact" w:val="1288"/>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3.1.</w:t>
            </w:r>
          </w:p>
        </w:tc>
        <w:tc>
          <w:tcPr>
            <w:tcW w:w="618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50" w:lineRule="auto"/>
              <w:ind w:left="72" w:right="720"/>
              <w:rPr>
                <w:rFonts w:ascii="Cambria" w:eastAsia="MS Mincho" w:hAnsi="Cambria" w:cs="Times New Roman"/>
              </w:rPr>
            </w:pPr>
            <w:r w:rsidRPr="005336FB">
              <w:rPr>
                <w:rFonts w:ascii="Times New Roman" w:eastAsia="Times New Roman" w:hAnsi="Times New Roman" w:cs="Times New Roman"/>
                <w:color w:val="000000"/>
                <w:w w:val="97"/>
                <w:sz w:val="16"/>
              </w:rPr>
              <w:t xml:space="preserve">Диалог. Приемы </w:t>
            </w:r>
            <w:proofErr w:type="spellStart"/>
            <w:r w:rsidRPr="005336FB">
              <w:rPr>
                <w:rFonts w:ascii="Times New Roman" w:eastAsia="Times New Roman" w:hAnsi="Times New Roman" w:cs="Times New Roman"/>
                <w:color w:val="000000"/>
                <w:w w:val="97"/>
                <w:sz w:val="16"/>
              </w:rPr>
              <w:t>обещния</w:t>
            </w:r>
            <w:proofErr w:type="spellEnd"/>
            <w:r w:rsidRPr="005336FB">
              <w:rPr>
                <w:rFonts w:ascii="Times New Roman" w:eastAsia="Times New Roman" w:hAnsi="Times New Roman" w:cs="Times New Roman"/>
                <w:color w:val="000000"/>
                <w:w w:val="97"/>
                <w:sz w:val="16"/>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14.03.2023 23.03.2023</w:t>
            </w:r>
          </w:p>
        </w:tc>
        <w:tc>
          <w:tcPr>
            <w:tcW w:w="288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52"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толковым словарём: объяснить значение слов диалог, реплика;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Работа в группе: каждому участнику группы нужно прочитать </w:t>
            </w:r>
            <w:proofErr w:type="spellStart"/>
            <w:r w:rsidRPr="005336FB">
              <w:rPr>
                <w:rFonts w:ascii="Times New Roman" w:eastAsia="Times New Roman" w:hAnsi="Times New Roman" w:cs="Times New Roman"/>
                <w:color w:val="000000"/>
                <w:w w:val="97"/>
                <w:sz w:val="16"/>
              </w:rPr>
              <w:t>диалог,найти</w:t>
            </w:r>
            <w:proofErr w:type="spellEnd"/>
            <w:r w:rsidRPr="005336FB">
              <w:rPr>
                <w:rFonts w:ascii="Times New Roman" w:eastAsia="Times New Roman" w:hAnsi="Times New Roman" w:cs="Times New Roman"/>
                <w:color w:val="000000"/>
                <w:w w:val="97"/>
                <w:sz w:val="16"/>
              </w:rPr>
              <w:t xml:space="preserve"> ошибки, обсудить, как их исправить, с другими </w:t>
            </w:r>
            <w:proofErr w:type="spellStart"/>
            <w:r w:rsidRPr="005336FB">
              <w:rPr>
                <w:rFonts w:ascii="Times New Roman" w:eastAsia="Times New Roman" w:hAnsi="Times New Roman" w:cs="Times New Roman"/>
                <w:color w:val="000000"/>
                <w:w w:val="97"/>
                <w:sz w:val="16"/>
              </w:rPr>
              <w:t>участникамигруппы</w:t>
            </w:r>
            <w:proofErr w:type="spellEnd"/>
            <w:r w:rsidRPr="005336FB">
              <w:rPr>
                <w:rFonts w:ascii="Times New Roman" w:eastAsia="Times New Roman" w:hAnsi="Times New Roman" w:cs="Times New Roman"/>
                <w:color w:val="000000"/>
                <w:w w:val="97"/>
                <w:sz w:val="16"/>
              </w:rPr>
              <w:t>;</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4"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3.2.</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7"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rPr>
              <w:t xml:space="preserve">Анализ информации прочитанного и прослушанного текста: </w:t>
            </w:r>
            <w:proofErr w:type="spellStart"/>
            <w:r w:rsidRPr="005336FB">
              <w:rPr>
                <w:rFonts w:ascii="Times New Roman" w:eastAsia="Times New Roman" w:hAnsi="Times New Roman" w:cs="Times New Roman"/>
                <w:color w:val="000000"/>
                <w:w w:val="97"/>
                <w:sz w:val="16"/>
              </w:rPr>
              <w:t>отличение</w:t>
            </w:r>
            <w:proofErr w:type="spellEnd"/>
            <w:r w:rsidRPr="005336FB">
              <w:rPr>
                <w:rFonts w:ascii="Times New Roman" w:eastAsia="Times New Roman" w:hAnsi="Times New Roman" w:cs="Times New Roman"/>
                <w:color w:val="000000"/>
                <w:w w:val="97"/>
                <w:sz w:val="16"/>
              </w:rPr>
              <w:t xml:space="preserve"> </w:t>
            </w:r>
            <w:proofErr w:type="spellStart"/>
            <w:r w:rsidRPr="005336FB">
              <w:rPr>
                <w:rFonts w:ascii="Times New Roman" w:eastAsia="Times New Roman" w:hAnsi="Times New Roman" w:cs="Times New Roman"/>
                <w:color w:val="000000"/>
                <w:w w:val="97"/>
                <w:sz w:val="16"/>
              </w:rPr>
              <w:t>главныых</w:t>
            </w:r>
            <w:proofErr w:type="spellEnd"/>
            <w:r w:rsidRPr="005336FB">
              <w:rPr>
                <w:rFonts w:ascii="Times New Roman" w:eastAsia="Times New Roman" w:hAnsi="Times New Roman" w:cs="Times New Roman"/>
                <w:color w:val="000000"/>
                <w:w w:val="97"/>
                <w:sz w:val="16"/>
              </w:rPr>
              <w:t xml:space="preserve"> фактов от второстепенных; выделение наиболее существенных фактов; установление логической связи между фактами. </w:t>
            </w:r>
            <w:proofErr w:type="spellStart"/>
            <w:r w:rsidRPr="005336FB">
              <w:rPr>
                <w:rFonts w:ascii="Times New Roman" w:eastAsia="Times New Roman" w:hAnsi="Times New Roman" w:cs="Times New Roman"/>
                <w:color w:val="000000"/>
                <w:w w:val="97"/>
                <w:sz w:val="16"/>
                <w:lang w:val="en-US"/>
              </w:rPr>
              <w:t>Создание</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текста</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развернутое</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толкование</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значения</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слова</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04.04.2023 13.04.2023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4"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в группе: соотнести краткие и развёрнутые толкования значений одних и тех же слов и ситуации, в которых эти </w:t>
            </w:r>
            <w:proofErr w:type="spellStart"/>
            <w:r w:rsidRPr="005336FB">
              <w:rPr>
                <w:rFonts w:ascii="Times New Roman" w:eastAsia="Times New Roman" w:hAnsi="Times New Roman" w:cs="Times New Roman"/>
                <w:color w:val="000000"/>
                <w:w w:val="97"/>
                <w:sz w:val="16"/>
              </w:rPr>
              <w:t>толкованияуместны</w:t>
            </w:r>
            <w:proofErr w:type="spellEnd"/>
            <w:r w:rsidRPr="005336FB">
              <w:rPr>
                <w:rFonts w:ascii="Times New Roman" w:eastAsia="Times New Roman" w:hAnsi="Times New Roman" w:cs="Times New Roman"/>
                <w:color w:val="000000"/>
                <w:w w:val="97"/>
                <w:sz w:val="16"/>
              </w:rPr>
              <w:t xml:space="preserve">; восстановить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тексты, подобрав соответствующие им толкования значения слова;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Творческое задание: составить из двух толкований значения </w:t>
            </w:r>
            <w:proofErr w:type="spellStart"/>
            <w:r w:rsidRPr="005336FB">
              <w:rPr>
                <w:rFonts w:ascii="Times New Roman" w:eastAsia="Times New Roman" w:hAnsi="Times New Roman" w:cs="Times New Roman"/>
                <w:color w:val="000000"/>
                <w:w w:val="97"/>
                <w:sz w:val="16"/>
              </w:rPr>
              <w:t>словаодно</w:t>
            </w:r>
            <w:proofErr w:type="spellEnd"/>
            <w:r w:rsidRPr="005336FB">
              <w:rPr>
                <w:rFonts w:ascii="Times New Roman" w:eastAsia="Times New Roman" w:hAnsi="Times New Roman" w:cs="Times New Roman"/>
                <w:color w:val="000000"/>
                <w:w w:val="97"/>
                <w:sz w:val="16"/>
              </w:rPr>
              <w:t xml:space="preserve">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развёрнутое толкование;</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3.3.</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45" w:lineRule="auto"/>
              <w:ind w:left="72" w:right="288"/>
              <w:rPr>
                <w:rFonts w:ascii="Cambria" w:eastAsia="MS Mincho" w:hAnsi="Cambria" w:cs="Times New Roman"/>
              </w:rPr>
            </w:pPr>
            <w:r w:rsidRPr="005336FB">
              <w:rPr>
                <w:rFonts w:ascii="Times New Roman" w:eastAsia="Times New Roman" w:hAnsi="Times New Roman" w:cs="Times New Roman"/>
                <w:color w:val="000000"/>
                <w:w w:val="97"/>
                <w:sz w:val="16"/>
              </w:rPr>
              <w:t>Связь предложений в тексте. Практическое овладение средствами связи: лексический повтор, местоименный повтор.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18.04.2023 27.04.2023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52"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текстом: послушать текст,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который читает учитель, сопоставить информацию из текста и рисунки; найти предмет, который описан в тексте;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опираясь на информацию из текста,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дополнить толкование значения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80"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lastRenderedPageBreak/>
              <w:t>3.4.</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ind w:left="72" w:right="288"/>
              <w:rPr>
                <w:rFonts w:ascii="Cambria" w:eastAsia="MS Mincho" w:hAnsi="Cambria" w:cs="Times New Roman"/>
              </w:rPr>
            </w:pPr>
            <w:r w:rsidRPr="005336FB">
              <w:rPr>
                <w:rFonts w:ascii="Times New Roman" w:eastAsia="Times New Roman" w:hAnsi="Times New Roman" w:cs="Times New Roman"/>
                <w:color w:val="000000"/>
                <w:w w:val="97"/>
                <w:sz w:val="16"/>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02.05.2023 09.05.2023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2"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 xml:space="preserve">Работа с текстом: послушать текст,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который читает учитель, сопоставить информацию из текста и рисунки; найти предмет, который описан в тексте;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 xml:space="preserve">опираясь на информацию из текста, </w:t>
            </w:r>
            <w:r w:rsidRPr="005336FB">
              <w:rPr>
                <w:rFonts w:ascii="Cambria" w:eastAsia="MS Mincho" w:hAnsi="Cambria" w:cs="Times New Roman"/>
              </w:rPr>
              <w:br/>
            </w:r>
            <w:r w:rsidRPr="005336FB">
              <w:rPr>
                <w:rFonts w:ascii="Times New Roman" w:eastAsia="Times New Roman" w:hAnsi="Times New Roman" w:cs="Times New Roman"/>
                <w:color w:val="000000"/>
                <w:w w:val="97"/>
                <w:sz w:val="16"/>
              </w:rPr>
              <w:t>дополнить толкование значения слова;</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3.5.</w:t>
            </w:r>
          </w:p>
        </w:tc>
        <w:tc>
          <w:tcPr>
            <w:tcW w:w="618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Устный ответ как жанр монологической устной учебно-научной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45" w:lineRule="auto"/>
              <w:jc w:val="center"/>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11.05.2023 18.05.2023</w:t>
            </w:r>
          </w:p>
        </w:tc>
        <w:tc>
          <w:tcPr>
            <w:tcW w:w="28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ight="144"/>
              <w:rPr>
                <w:rFonts w:ascii="Cambria" w:eastAsia="MS Mincho" w:hAnsi="Cambria" w:cs="Times New Roman"/>
              </w:rPr>
            </w:pPr>
            <w:r w:rsidRPr="005336FB">
              <w:rPr>
                <w:rFonts w:ascii="Times New Roman" w:eastAsia="Times New Roman" w:hAnsi="Times New Roman" w:cs="Times New Roman"/>
                <w:color w:val="000000"/>
                <w:w w:val="97"/>
                <w:sz w:val="16"/>
              </w:rPr>
              <w:t>Работа с рисунками: провести анализ ситуаций речевого общения; подобрать к каждому рисунку варианты подписей— устойчивых этикетных выражений;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50"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Устный</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опрос</w:t>
            </w:r>
            <w:proofErr w:type="spellEnd"/>
            <w:r w:rsidRPr="005336FB">
              <w:rPr>
                <w:rFonts w:ascii="Times New Roman" w:eastAsia="Times New Roman" w:hAnsi="Times New Roman" w:cs="Times New Roman"/>
                <w:color w:val="000000"/>
                <w:w w:val="97"/>
                <w:sz w:val="16"/>
                <w:lang w:val="en-US"/>
              </w:rPr>
              <w:t xml:space="preserve">; </w:t>
            </w:r>
            <w:r w:rsidRPr="005336FB">
              <w:rPr>
                <w:rFonts w:ascii="Cambria" w:eastAsia="MS Mincho" w:hAnsi="Cambria" w:cs="Times New Roman"/>
                <w:lang w:val="en-US"/>
              </w:rPr>
              <w:br/>
            </w:r>
            <w:proofErr w:type="spellStart"/>
            <w:r w:rsidRPr="005336FB">
              <w:rPr>
                <w:rFonts w:ascii="Times New Roman" w:eastAsia="Times New Roman" w:hAnsi="Times New Roman" w:cs="Times New Roman"/>
                <w:color w:val="000000"/>
                <w:w w:val="97"/>
                <w:sz w:val="16"/>
                <w:lang w:val="en-US"/>
              </w:rPr>
              <w:t>Письменный</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контроль</w:t>
            </w:r>
            <w:proofErr w:type="spellEnd"/>
            <w:r w:rsidRPr="005336FB">
              <w:rPr>
                <w:rFonts w:ascii="Times New Roman" w:eastAsia="Times New Roman" w:hAnsi="Times New Roman" w:cs="Times New Roman"/>
                <w:color w:val="000000"/>
                <w:w w:val="97"/>
                <w:sz w:val="16"/>
                <w:lang w:val="en-US"/>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8" w:after="0" w:line="230"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edu.tatar.ru</w:t>
            </w:r>
          </w:p>
        </w:tc>
      </w:tr>
      <w:tr w:rsidR="005336FB" w:rsidRPr="005336FB" w:rsidTr="009F31CE">
        <w:trPr>
          <w:trHeight w:hRule="exact" w:val="348"/>
        </w:trPr>
        <w:tc>
          <w:tcPr>
            <w:tcW w:w="65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Итого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по</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разделу</w:t>
            </w:r>
            <w:proofErr w:type="spellEnd"/>
            <w:r w:rsidRPr="005336FB">
              <w:rPr>
                <w:rFonts w:ascii="Times New Roman" w:eastAsia="Times New Roman" w:hAnsi="Times New Roman" w:cs="Times New Roman"/>
                <w:color w:val="000000"/>
                <w:w w:val="97"/>
                <w:sz w:val="16"/>
                <w:lang w:val="en-US"/>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18</w:t>
            </w:r>
          </w:p>
        </w:tc>
        <w:tc>
          <w:tcPr>
            <w:tcW w:w="839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spacing w:after="200" w:line="276" w:lineRule="auto"/>
              <w:rPr>
                <w:rFonts w:ascii="Cambria" w:eastAsia="MS Mincho" w:hAnsi="Cambria" w:cs="Times New Roman"/>
                <w:lang w:val="en-US"/>
              </w:rPr>
            </w:pPr>
          </w:p>
        </w:tc>
      </w:tr>
      <w:tr w:rsidR="005336FB" w:rsidRPr="005336FB" w:rsidTr="009F31CE">
        <w:trPr>
          <w:trHeight w:hRule="exact" w:val="348"/>
        </w:trPr>
        <w:tc>
          <w:tcPr>
            <w:tcW w:w="65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proofErr w:type="spellStart"/>
            <w:r w:rsidRPr="005336FB">
              <w:rPr>
                <w:rFonts w:ascii="Times New Roman" w:eastAsia="Times New Roman" w:hAnsi="Times New Roman" w:cs="Times New Roman"/>
                <w:color w:val="000000"/>
                <w:w w:val="97"/>
                <w:sz w:val="16"/>
                <w:lang w:val="en-US"/>
              </w:rPr>
              <w:t>Резервное</w:t>
            </w:r>
            <w:proofErr w:type="spellEnd"/>
            <w:r w:rsidRPr="005336FB">
              <w:rPr>
                <w:rFonts w:ascii="Times New Roman" w:eastAsia="Times New Roman" w:hAnsi="Times New Roman" w:cs="Times New Roman"/>
                <w:color w:val="000000"/>
                <w:w w:val="97"/>
                <w:sz w:val="16"/>
                <w:lang w:val="en-US"/>
              </w:rPr>
              <w:t xml:space="preserve"> </w:t>
            </w:r>
            <w:proofErr w:type="spellStart"/>
            <w:r w:rsidRPr="005336FB">
              <w:rPr>
                <w:rFonts w:ascii="Times New Roman" w:eastAsia="Times New Roman" w:hAnsi="Times New Roman" w:cs="Times New Roman"/>
                <w:color w:val="000000"/>
                <w:w w:val="97"/>
                <w:sz w:val="16"/>
                <w:lang w:val="en-US"/>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839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spacing w:after="200" w:line="276" w:lineRule="auto"/>
              <w:rPr>
                <w:rFonts w:ascii="Cambria" w:eastAsia="MS Mincho" w:hAnsi="Cambria" w:cs="Times New Roman"/>
                <w:lang w:val="en-US"/>
              </w:rPr>
            </w:pPr>
          </w:p>
        </w:tc>
      </w:tr>
      <w:tr w:rsidR="005336FB" w:rsidRPr="005336FB" w:rsidTr="009F31CE">
        <w:trPr>
          <w:trHeight w:hRule="exact" w:val="328"/>
        </w:trPr>
        <w:tc>
          <w:tcPr>
            <w:tcW w:w="65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rPr>
            </w:pPr>
            <w:r w:rsidRPr="005336FB">
              <w:rPr>
                <w:rFonts w:ascii="Times New Roman" w:eastAsia="Times New Roman" w:hAnsi="Times New Roman" w:cs="Times New Roman"/>
                <w:color w:val="000000"/>
                <w:w w:val="97"/>
                <w:sz w:val="16"/>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68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autoSpaceDE w:val="0"/>
              <w:autoSpaceDN w:val="0"/>
              <w:spacing w:before="76" w:after="0" w:line="233" w:lineRule="auto"/>
              <w:ind w:left="72"/>
              <w:rPr>
                <w:rFonts w:ascii="Cambria" w:eastAsia="MS Mincho" w:hAnsi="Cambria" w:cs="Times New Roman"/>
                <w:lang w:val="en-US"/>
              </w:rPr>
            </w:pPr>
            <w:r w:rsidRPr="005336FB">
              <w:rPr>
                <w:rFonts w:ascii="Times New Roman" w:eastAsia="Times New Roman" w:hAnsi="Times New Roman" w:cs="Times New Roman"/>
                <w:color w:val="000000"/>
                <w:w w:val="97"/>
                <w:sz w:val="16"/>
                <w:lang w:val="en-US"/>
              </w:rPr>
              <w:t>0</w:t>
            </w:r>
          </w:p>
        </w:tc>
        <w:tc>
          <w:tcPr>
            <w:tcW w:w="614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5336FB" w:rsidRPr="005336FB" w:rsidRDefault="005336FB" w:rsidP="005336FB">
            <w:pPr>
              <w:spacing w:after="200" w:line="276" w:lineRule="auto"/>
              <w:rPr>
                <w:rFonts w:ascii="Cambria" w:eastAsia="MS Mincho" w:hAnsi="Cambria" w:cs="Times New Roman"/>
                <w:lang w:val="en-US"/>
              </w:rPr>
            </w:pPr>
          </w:p>
        </w:tc>
      </w:tr>
    </w:tbl>
    <w:p w:rsidR="005336FB" w:rsidRPr="005336FB" w:rsidRDefault="005336FB" w:rsidP="005336FB">
      <w:pPr>
        <w:autoSpaceDE w:val="0"/>
        <w:autoSpaceDN w:val="0"/>
        <w:spacing w:after="0" w:line="14" w:lineRule="exact"/>
        <w:rPr>
          <w:rFonts w:ascii="Cambria" w:eastAsia="MS Mincho" w:hAnsi="Cambria" w:cs="Times New Roman"/>
          <w:lang w:val="en-US"/>
        </w:rPr>
      </w:pPr>
    </w:p>
    <w:p w:rsidR="00BB02B9" w:rsidRPr="009F31CE" w:rsidRDefault="00BB02B9" w:rsidP="00BB02B9">
      <w:pPr>
        <w:shd w:val="clear" w:color="auto" w:fill="FFFFFF"/>
        <w:spacing w:before="240" w:after="200" w:line="240" w:lineRule="atLeast"/>
        <w:outlineLvl w:val="1"/>
        <w:rPr>
          <w:rFonts w:ascii="Times New Roman" w:eastAsia="Times New Roman" w:hAnsi="Times New Roman" w:cs="Times New Roman"/>
          <w:b/>
          <w:bCs/>
          <w:caps/>
          <w:sz w:val="16"/>
          <w:szCs w:val="16"/>
          <w:lang w:eastAsia="ru-RU"/>
        </w:rPr>
      </w:pPr>
      <w:r w:rsidRPr="009F31CE">
        <w:rPr>
          <w:rFonts w:ascii="Times New Roman" w:eastAsia="Times New Roman" w:hAnsi="Times New Roman" w:cs="Times New Roman"/>
          <w:b/>
          <w:bCs/>
          <w:caps/>
          <w:sz w:val="16"/>
          <w:szCs w:val="16"/>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651"/>
        <w:gridCol w:w="702"/>
        <w:gridCol w:w="94"/>
        <w:gridCol w:w="757"/>
        <w:gridCol w:w="1004"/>
        <w:gridCol w:w="108"/>
        <w:gridCol w:w="3566"/>
        <w:gridCol w:w="108"/>
        <w:gridCol w:w="2868"/>
      </w:tblGrid>
      <w:tr w:rsidR="00BB02B9" w:rsidRPr="009F31CE" w:rsidTr="00BB02B9">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w:t>
            </w:r>
            <w:r w:rsidRPr="009F31CE">
              <w:rPr>
                <w:rFonts w:ascii="Times New Roman" w:eastAsia="Times New Roman" w:hAnsi="Times New Roman" w:cs="Times New Roman"/>
                <w:b/>
                <w:bCs/>
                <w:sz w:val="16"/>
                <w:szCs w:val="16"/>
                <w:lang w:eastAsia="ru-RU"/>
              </w:rPr>
              <w:br/>
              <w:t>п/п</w:t>
            </w:r>
          </w:p>
        </w:tc>
        <w:tc>
          <w:tcPr>
            <w:tcW w:w="6353" w:type="dxa"/>
            <w:gridSpan w:val="2"/>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Наименование разделов и тем программы</w:t>
            </w:r>
          </w:p>
        </w:tc>
        <w:tc>
          <w:tcPr>
            <w:tcW w:w="5529"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Количество часов</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Электронные (цифровые) образовательные ресурсы</w:t>
            </w:r>
          </w:p>
        </w:tc>
      </w:tr>
      <w:tr w:rsidR="00BB02B9" w:rsidRPr="009F31CE" w:rsidTr="00BB02B9">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c>
          <w:tcPr>
            <w:tcW w:w="6353" w:type="dxa"/>
            <w:gridSpan w:val="2"/>
            <w:vMerge/>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всего</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контрольные работы</w:t>
            </w:r>
          </w:p>
        </w:tc>
        <w:tc>
          <w:tcPr>
            <w:tcW w:w="356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практические работы</w:t>
            </w:r>
          </w:p>
        </w:tc>
        <w:tc>
          <w:tcPr>
            <w:tcW w:w="2976" w:type="dxa"/>
            <w:gridSpan w:val="2"/>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r>
      <w:tr w:rsidR="00BB02B9" w:rsidRPr="009F31CE" w:rsidTr="00BB02B9">
        <w:trPr>
          <w:trHeight w:val="145"/>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Раздел 1. Русский язык: прошлое и настоящее</w:t>
            </w:r>
          </w:p>
        </w:tc>
      </w:tr>
      <w:tr w:rsidR="00BB02B9" w:rsidRPr="009F31CE" w:rsidTr="00BB02B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1.1.</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9F31CE">
              <w:rPr>
                <w:rFonts w:ascii="Times New Roman" w:eastAsia="Times New Roman" w:hAnsi="Times New Roman" w:cs="Times New Roman"/>
                <w:sz w:val="16"/>
                <w:szCs w:val="16"/>
                <w:lang w:eastAsia="ru-RU"/>
              </w:rPr>
              <w:t>братнство</w:t>
            </w:r>
            <w:proofErr w:type="spellEnd"/>
            <w:r w:rsidRPr="009F31CE">
              <w:rPr>
                <w:rFonts w:ascii="Times New Roman" w:eastAsia="Times New Roman" w:hAnsi="Times New Roman" w:cs="Times New Roman"/>
                <w:sz w:val="16"/>
                <w:szCs w:val="16"/>
                <w:lang w:eastAsia="ru-RU"/>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5"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1.2.</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6"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1.3.</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xml:space="preserve">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w:t>
            </w:r>
            <w:r w:rsidRPr="009F31CE">
              <w:rPr>
                <w:rFonts w:ascii="Times New Roman" w:eastAsia="Times New Roman" w:hAnsi="Times New Roman" w:cs="Times New Roman"/>
                <w:sz w:val="16"/>
                <w:szCs w:val="16"/>
                <w:lang w:eastAsia="ru-RU"/>
              </w:rPr>
              <w:lastRenderedPageBreak/>
              <w:t>помощью родственных слов, с помощью синонимов. Устаревшие слова. Жизнь слова: отражение занятий людей в фамилиях, названиях улиц.</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lastRenderedPageBreak/>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7"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lastRenderedPageBreak/>
              <w:t>1.4.</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sidRPr="009F31CE">
              <w:rPr>
                <w:rFonts w:ascii="Times New Roman" w:eastAsia="Times New Roman" w:hAnsi="Times New Roman" w:cs="Times New Roman"/>
                <w:i/>
                <w:iCs/>
                <w:sz w:val="16"/>
                <w:szCs w:val="16"/>
                <w:lang w:eastAsia="ru-RU"/>
              </w:rPr>
              <w:t> гудеть, гармошка </w:t>
            </w:r>
            <w:r w:rsidRPr="009F31CE">
              <w:rPr>
                <w:rFonts w:ascii="Times New Roman" w:eastAsia="Times New Roman" w:hAnsi="Times New Roman" w:cs="Times New Roman"/>
                <w:sz w:val="16"/>
                <w:szCs w:val="16"/>
                <w:lang w:eastAsia="ru-RU"/>
              </w:rPr>
              <w:t>и т.п.)</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8"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1.5.</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9"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322"/>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1.6.</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Русские традиционные сказочные образы, эпитеты и сравнения, например, Снег</w:t>
            </w:r>
            <w:r w:rsidRPr="009F31CE">
              <w:rPr>
                <w:rFonts w:ascii="Times New Roman" w:eastAsia="Times New Roman" w:hAnsi="Times New Roman" w:cs="Times New Roman"/>
                <w:i/>
                <w:iCs/>
                <w:sz w:val="16"/>
                <w:szCs w:val="16"/>
                <w:lang w:eastAsia="ru-RU"/>
              </w:rPr>
              <w:t xml:space="preserve">урочка, </w:t>
            </w:r>
            <w:proofErr w:type="spellStart"/>
            <w:r w:rsidRPr="009F31CE">
              <w:rPr>
                <w:rFonts w:ascii="Times New Roman" w:eastAsia="Times New Roman" w:hAnsi="Times New Roman" w:cs="Times New Roman"/>
                <w:i/>
                <w:iCs/>
                <w:sz w:val="16"/>
                <w:szCs w:val="16"/>
                <w:lang w:eastAsia="ru-RU"/>
              </w:rPr>
              <w:t>дубравка</w:t>
            </w:r>
            <w:proofErr w:type="spellEnd"/>
            <w:r w:rsidRPr="009F31CE">
              <w:rPr>
                <w:rFonts w:ascii="Times New Roman" w:eastAsia="Times New Roman" w:hAnsi="Times New Roman" w:cs="Times New Roman"/>
                <w:i/>
                <w:iCs/>
                <w:sz w:val="16"/>
                <w:szCs w:val="16"/>
                <w:lang w:eastAsia="ru-RU"/>
              </w:rPr>
              <w:t>, сокол, соловей, зорька, солнце</w:t>
            </w:r>
            <w:r w:rsidRPr="009F31CE">
              <w:rPr>
                <w:rFonts w:ascii="Times New Roman" w:eastAsia="Times New Roman" w:hAnsi="Times New Roman" w:cs="Times New Roman"/>
                <w:sz w:val="16"/>
                <w:szCs w:val="16"/>
                <w:lang w:eastAsia="ru-RU"/>
              </w:rPr>
              <w:t> и т. п.: уточнение значений, наблюдение за использованием в произведениях фольклора и художественной литературы.</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0" w:tgtFrame="_blank" w:history="1">
              <w:r w:rsidR="00BB02B9" w:rsidRPr="009F31CE">
                <w:rPr>
                  <w:rFonts w:ascii="Times New Roman" w:eastAsia="Calibri" w:hAnsi="Times New Roman" w:cs="Times New Roman"/>
                  <w:color w:val="800080"/>
                  <w:sz w:val="16"/>
                  <w:szCs w:val="16"/>
                  <w:u w:val="single"/>
                  <w:shd w:val="clear" w:color="auto" w:fill="FFFFFF"/>
                </w:rPr>
                <w:t>http://www.gramma.ru</w:t>
              </w:r>
            </w:hyperlink>
          </w:p>
        </w:tc>
      </w:tr>
      <w:tr w:rsidR="00BB02B9" w:rsidRPr="009F31CE" w:rsidTr="00BB02B9">
        <w:trPr>
          <w:trHeight w:val="274"/>
        </w:trPr>
        <w:tc>
          <w:tcPr>
            <w:tcW w:w="689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12</w:t>
            </w:r>
          </w:p>
        </w:tc>
        <w:tc>
          <w:tcPr>
            <w:tcW w:w="7654"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274"/>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Раздел 2. Язык в действии</w:t>
            </w:r>
          </w:p>
        </w:tc>
      </w:tr>
      <w:tr w:rsidR="00BB02B9" w:rsidRPr="009F31CE" w:rsidTr="00BB02B9">
        <w:trPr>
          <w:trHeight w:val="83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1" w:tgtFrame="_blank" w:history="1">
              <w:r w:rsidR="00BB02B9" w:rsidRPr="009F31CE">
                <w:rPr>
                  <w:rFonts w:ascii="Times New Roman" w:eastAsia="Calibri" w:hAnsi="Times New Roman" w:cs="Times New Roman"/>
                  <w:color w:val="800080"/>
                  <w:sz w:val="16"/>
                  <w:szCs w:val="16"/>
                  <w:u w:val="single"/>
                  <w:shd w:val="clear" w:color="auto" w:fill="FFFFFF"/>
                </w:rPr>
                <w:t>http://philologos.narod.ru</w:t>
              </w:r>
            </w:hyperlink>
          </w:p>
        </w:tc>
      </w:tr>
      <w:tr w:rsidR="00BB02B9" w:rsidRPr="009F31CE" w:rsidTr="00BB02B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Специфика грамматической категории рода имен существительных в русском языке.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2" w:tgtFrame="_blank" w:history="1">
              <w:r w:rsidR="00BB02B9" w:rsidRPr="009F31CE">
                <w:rPr>
                  <w:rFonts w:ascii="Times New Roman" w:eastAsia="Calibri" w:hAnsi="Times New Roman" w:cs="Times New Roman"/>
                  <w:color w:val="800080"/>
                  <w:sz w:val="16"/>
                  <w:szCs w:val="16"/>
                  <w:u w:val="single"/>
                  <w:shd w:val="clear" w:color="auto" w:fill="FFFFFF"/>
                </w:rPr>
                <w:t>http://philologos.narod.ru</w:t>
              </w:r>
            </w:hyperlink>
          </w:p>
        </w:tc>
      </w:tr>
      <w:tr w:rsidR="00BB02B9" w:rsidRPr="009F31CE" w:rsidTr="00BB02B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Существительные, имеющие только форму единственного или только форму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3" w:tgtFrame="_blank" w:history="1">
              <w:r w:rsidR="00BB02B9" w:rsidRPr="009F31CE">
                <w:rPr>
                  <w:rFonts w:ascii="Times New Roman" w:eastAsia="Calibri" w:hAnsi="Times New Roman" w:cs="Times New Roman"/>
                  <w:color w:val="800080"/>
                  <w:sz w:val="16"/>
                  <w:szCs w:val="16"/>
                  <w:u w:val="single"/>
                  <w:shd w:val="clear" w:color="auto" w:fill="FFFFFF"/>
                </w:rPr>
                <w:t>http://philologos.narod.ru</w:t>
              </w:r>
            </w:hyperlink>
          </w:p>
        </w:tc>
      </w:tr>
      <w:tr w:rsidR="00BB02B9" w:rsidRPr="009F31CE" w:rsidTr="00BB02B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Практическое овладение нормами употребления форм имен существительных (родительный падеж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4" w:tgtFrame="_blank" w:history="1">
              <w:r w:rsidR="00BB02B9" w:rsidRPr="009F31CE">
                <w:rPr>
                  <w:rFonts w:ascii="Times New Roman" w:eastAsia="Calibri" w:hAnsi="Times New Roman" w:cs="Times New Roman"/>
                  <w:color w:val="800080"/>
                  <w:sz w:val="16"/>
                  <w:szCs w:val="16"/>
                  <w:u w:val="single"/>
                  <w:shd w:val="clear" w:color="auto" w:fill="FFFFFF"/>
                </w:rPr>
                <w:t>http://philologos.narod.ru</w:t>
              </w:r>
            </w:hyperlink>
          </w:p>
        </w:tc>
      </w:tr>
      <w:tr w:rsidR="00BB02B9" w:rsidRPr="009F31CE" w:rsidTr="00BB02B9">
        <w:trPr>
          <w:trHeight w:val="85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5" w:tgtFrame="_blank" w:history="1">
              <w:r w:rsidR="00BB02B9" w:rsidRPr="009F31CE">
                <w:rPr>
                  <w:rFonts w:ascii="Times New Roman" w:eastAsia="Calibri" w:hAnsi="Times New Roman" w:cs="Times New Roman"/>
                  <w:color w:val="800080"/>
                  <w:sz w:val="16"/>
                  <w:szCs w:val="16"/>
                  <w:u w:val="single"/>
                  <w:shd w:val="clear" w:color="auto" w:fill="FFFFFF"/>
                </w:rPr>
                <w:t>http://philologos.narod.ru</w:t>
              </w:r>
            </w:hyperlink>
          </w:p>
        </w:tc>
      </w:tr>
      <w:tr w:rsidR="00BB02B9" w:rsidRPr="009F31CE" w:rsidTr="00BB02B9">
        <w:trPr>
          <w:trHeight w:val="274"/>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12</w:t>
            </w:r>
          </w:p>
        </w:tc>
        <w:tc>
          <w:tcPr>
            <w:tcW w:w="8411"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289"/>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lastRenderedPageBreak/>
              <w:t>Раздел 3. Секреты речи и текста</w:t>
            </w:r>
          </w:p>
        </w:tc>
      </w:tr>
      <w:tr w:rsidR="00BB02B9" w:rsidRPr="009F31CE" w:rsidTr="00BB02B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6" w:tgtFrame="_blank" w:history="1">
              <w:r w:rsidR="00BB02B9" w:rsidRPr="009F31CE">
                <w:rPr>
                  <w:rFonts w:ascii="Times New Roman" w:eastAsia="Calibri" w:hAnsi="Times New Roman" w:cs="Times New Roman"/>
                  <w:color w:val="800080"/>
                  <w:sz w:val="16"/>
                  <w:szCs w:val="16"/>
                  <w:u w:val="single"/>
                  <w:shd w:val="clear" w:color="auto" w:fill="FFFFFF"/>
                </w:rPr>
                <w:t>http://cfrl.ruslang.ru</w:t>
              </w:r>
            </w:hyperlink>
          </w:p>
        </w:tc>
      </w:tr>
      <w:tr w:rsidR="00BB02B9" w:rsidRPr="009F31CE" w:rsidTr="00BB02B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Создание текстов-рассуждений с использованием различных способов аргументации (в рамках изученного).</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7" w:tgtFrame="_blank" w:history="1">
              <w:r w:rsidR="00BB02B9" w:rsidRPr="009F31CE">
                <w:rPr>
                  <w:rFonts w:ascii="Times New Roman" w:eastAsia="Calibri" w:hAnsi="Times New Roman" w:cs="Times New Roman"/>
                  <w:color w:val="800080"/>
                  <w:sz w:val="16"/>
                  <w:szCs w:val="16"/>
                  <w:u w:val="single"/>
                  <w:shd w:val="clear" w:color="auto" w:fill="FFFFFF"/>
                </w:rPr>
                <w:t>http://cfrl.ruslang.ru</w:t>
              </w:r>
            </w:hyperlink>
          </w:p>
        </w:tc>
      </w:tr>
      <w:tr w:rsidR="00BB02B9" w:rsidRPr="009F31CE" w:rsidTr="00BB02B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8" w:tgtFrame="_blank" w:history="1">
              <w:r w:rsidR="00BB02B9" w:rsidRPr="009F31CE">
                <w:rPr>
                  <w:rFonts w:ascii="Times New Roman" w:eastAsia="Calibri" w:hAnsi="Times New Roman" w:cs="Times New Roman"/>
                  <w:color w:val="800080"/>
                  <w:sz w:val="16"/>
                  <w:szCs w:val="16"/>
                  <w:u w:val="single"/>
                  <w:shd w:val="clear" w:color="auto" w:fill="FFFFFF"/>
                </w:rPr>
                <w:t>http://cfrl.ruslang.ru</w:t>
              </w:r>
            </w:hyperlink>
          </w:p>
        </w:tc>
      </w:tr>
      <w:tr w:rsidR="00BB02B9" w:rsidRPr="009F31CE" w:rsidTr="00BB02B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Создание текстов-повествований о путешествии по городам; об участии в мастер-классах, связанных с народными промыслами.</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19" w:tgtFrame="_blank" w:history="1">
              <w:r w:rsidR="00BB02B9" w:rsidRPr="009F31CE">
                <w:rPr>
                  <w:rFonts w:ascii="Times New Roman" w:eastAsia="Calibri" w:hAnsi="Times New Roman" w:cs="Times New Roman"/>
                  <w:color w:val="800080"/>
                  <w:sz w:val="16"/>
                  <w:szCs w:val="16"/>
                  <w:u w:val="single"/>
                  <w:shd w:val="clear" w:color="auto" w:fill="FFFFFF"/>
                </w:rPr>
                <w:t>http://cfrl.ruslang.ru</w:t>
              </w:r>
            </w:hyperlink>
          </w:p>
        </w:tc>
      </w:tr>
      <w:tr w:rsidR="00BB02B9" w:rsidRPr="009F31CE" w:rsidTr="00BB02B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0" w:tgtFrame="_blank" w:history="1">
              <w:r w:rsidR="00BB02B9" w:rsidRPr="009F31CE">
                <w:rPr>
                  <w:rFonts w:ascii="Times New Roman" w:eastAsia="Calibri" w:hAnsi="Times New Roman" w:cs="Times New Roman"/>
                  <w:color w:val="800080"/>
                  <w:sz w:val="16"/>
                  <w:szCs w:val="16"/>
                  <w:u w:val="single"/>
                  <w:shd w:val="clear" w:color="auto" w:fill="FFFFFF"/>
                </w:rPr>
                <w:t>http://cfrl.ruslang.ru</w:t>
              </w:r>
            </w:hyperlink>
          </w:p>
        </w:tc>
      </w:tr>
      <w:tr w:rsidR="00BB02B9" w:rsidRPr="009F31CE" w:rsidTr="00BB02B9">
        <w:trPr>
          <w:trHeight w:val="289"/>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10</w:t>
            </w:r>
          </w:p>
        </w:tc>
        <w:tc>
          <w:tcPr>
            <w:tcW w:w="8411"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289"/>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ОБЩЕЕ КОЛИЧЕСТВО ЧАСОВ ПО ПРОГРАММЕ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34</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4</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bl>
    <w:p w:rsidR="00BB02B9" w:rsidRPr="009F31CE" w:rsidRDefault="00BB02B9" w:rsidP="00BB02B9">
      <w:pPr>
        <w:shd w:val="clear" w:color="auto" w:fill="FFFFFF"/>
        <w:spacing w:before="240" w:after="200" w:line="240" w:lineRule="atLeast"/>
        <w:outlineLvl w:val="1"/>
        <w:rPr>
          <w:rFonts w:ascii="Times New Roman" w:eastAsia="Times New Roman" w:hAnsi="Times New Roman" w:cs="Times New Roman"/>
          <w:b/>
          <w:bCs/>
          <w:caps/>
          <w:sz w:val="16"/>
          <w:szCs w:val="16"/>
          <w:lang w:eastAsia="ru-RU"/>
        </w:rPr>
      </w:pPr>
      <w:r w:rsidRPr="009F31CE">
        <w:rPr>
          <w:rFonts w:ascii="Times New Roman" w:eastAsia="Times New Roman" w:hAnsi="Times New Roman" w:cs="Times New Roman"/>
          <w:b/>
          <w:bCs/>
          <w:caps/>
          <w:sz w:val="16"/>
          <w:szCs w:val="16"/>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2"/>
        <w:gridCol w:w="7210"/>
        <w:gridCol w:w="564"/>
        <w:gridCol w:w="1275"/>
        <w:gridCol w:w="2319"/>
        <w:gridCol w:w="3610"/>
      </w:tblGrid>
      <w:tr w:rsidR="00BB02B9" w:rsidRPr="009F31CE" w:rsidTr="00BB02B9">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w:t>
            </w:r>
            <w:r w:rsidRPr="009F31CE">
              <w:rPr>
                <w:rFonts w:ascii="Times New Roman" w:eastAsia="Times New Roman" w:hAnsi="Times New Roman" w:cs="Times New Roman"/>
                <w:b/>
                <w:bCs/>
                <w:sz w:val="16"/>
                <w:szCs w:val="16"/>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Количество часов</w:t>
            </w:r>
          </w:p>
        </w:tc>
        <w:tc>
          <w:tcPr>
            <w:tcW w:w="361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Электронные (цифровые) образовательные ресурсы</w:t>
            </w:r>
          </w:p>
        </w:tc>
      </w:tr>
      <w:tr w:rsidR="00BB02B9" w:rsidRPr="009F31CE" w:rsidTr="00BB02B9">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практические работы</w:t>
            </w:r>
          </w:p>
        </w:tc>
        <w:tc>
          <w:tcPr>
            <w:tcW w:w="3610" w:type="dxa"/>
            <w:vMerge/>
            <w:tcBorders>
              <w:top w:val="single" w:sz="6" w:space="0" w:color="000000"/>
              <w:left w:val="single" w:sz="6" w:space="0" w:color="000000"/>
              <w:bottom w:val="single" w:sz="6" w:space="0" w:color="000000"/>
              <w:right w:val="single" w:sz="6" w:space="0" w:color="000000"/>
            </w:tcBorders>
            <w:vAlign w:val="cente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p>
        </w:tc>
      </w:tr>
      <w:tr w:rsidR="00BB02B9" w:rsidRPr="009F31CE" w:rsidTr="00BB02B9">
        <w:trPr>
          <w:trHeight w:val="143"/>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Раздел 1. Русский язык: прошлое и настоящее</w:t>
            </w:r>
          </w:p>
        </w:tc>
      </w:tr>
      <w:tr w:rsidR="00BB02B9" w:rsidRPr="009F31CE" w:rsidTr="00BB02B9">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 </w:t>
            </w:r>
            <w:r w:rsidRPr="009F31CE">
              <w:rPr>
                <w:rFonts w:ascii="Times New Roman" w:eastAsia="Times New Roman" w:hAnsi="Times New Roman" w:cs="Times New Roman"/>
                <w:i/>
                <w:iCs/>
                <w:sz w:val="16"/>
                <w:szCs w:val="16"/>
                <w:lang w:eastAsia="ru-RU"/>
              </w:rPr>
              <w:t>от корки до корки</w:t>
            </w:r>
            <w:r w:rsidRPr="009F31CE">
              <w:rPr>
                <w:rFonts w:ascii="Times New Roman" w:eastAsia="Times New Roman" w:hAnsi="Times New Roman" w:cs="Times New Roman"/>
                <w:sz w:val="16"/>
                <w:szCs w:val="16"/>
                <w:lang w:eastAsia="ru-RU"/>
              </w:rPr>
              <w:t> 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1" w:tgtFrame="_blank" w:history="1">
              <w:r w:rsidR="00BB02B9" w:rsidRPr="009F31CE">
                <w:rPr>
                  <w:rFonts w:ascii="Times New Roman" w:eastAsia="Calibri" w:hAnsi="Times New Roman" w:cs="Times New Roman"/>
                  <w:color w:val="800080"/>
                  <w:sz w:val="16"/>
                  <w:szCs w:val="16"/>
                  <w:u w:val="single"/>
                  <w:shd w:val="clear" w:color="auto" w:fill="FFFFFF"/>
                </w:rPr>
                <w:t>http://www.medialingua.ru</w:t>
              </w:r>
            </w:hyperlink>
          </w:p>
        </w:tc>
      </w:tr>
      <w:tr w:rsidR="00BB02B9" w:rsidRPr="009F31CE" w:rsidTr="00BB02B9">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xml:space="preserve">Что и как могут </w:t>
            </w:r>
            <w:proofErr w:type="gramStart"/>
            <w:r w:rsidRPr="009F31CE">
              <w:rPr>
                <w:rFonts w:ascii="Times New Roman" w:eastAsia="Times New Roman" w:hAnsi="Times New Roman" w:cs="Times New Roman"/>
                <w:sz w:val="16"/>
                <w:szCs w:val="16"/>
                <w:lang w:eastAsia="ru-RU"/>
              </w:rPr>
              <w:t>рассказать  слова</w:t>
            </w:r>
            <w:proofErr w:type="gramEnd"/>
            <w:r w:rsidRPr="009F31CE">
              <w:rPr>
                <w:rFonts w:ascii="Times New Roman" w:eastAsia="Times New Roman" w:hAnsi="Times New Roman" w:cs="Times New Roman"/>
                <w:sz w:val="16"/>
                <w:szCs w:val="16"/>
                <w:lang w:eastAsia="ru-RU"/>
              </w:rPr>
              <w:t xml:space="preserve"> о родственных отношениях в семье. Лексические единицы с национально-культурной семантикой, называющие родственные отношения, например, </w:t>
            </w:r>
            <w:r w:rsidRPr="009F31CE">
              <w:rPr>
                <w:rFonts w:ascii="Times New Roman" w:eastAsia="Times New Roman" w:hAnsi="Times New Roman" w:cs="Times New Roman"/>
                <w:i/>
                <w:iCs/>
                <w:sz w:val="16"/>
                <w:szCs w:val="16"/>
                <w:lang w:eastAsia="ru-RU"/>
              </w:rPr>
              <w:t>матушка, батюшка, братец, сестрица, мачеха, падчерица. </w:t>
            </w:r>
            <w:r w:rsidRPr="009F31CE">
              <w:rPr>
                <w:rFonts w:ascii="Times New Roman" w:eastAsia="Times New Roman" w:hAnsi="Times New Roman" w:cs="Times New Roman"/>
                <w:sz w:val="16"/>
                <w:szCs w:val="16"/>
                <w:lang w:eastAsia="ru-RU"/>
              </w:rPr>
              <w:t>Пословицы, поговорки и фразеологизмы, возникновение которых связано с родственными отношениями, например, </w:t>
            </w:r>
            <w:r w:rsidRPr="009F31CE">
              <w:rPr>
                <w:rFonts w:ascii="Times New Roman" w:eastAsia="Times New Roman" w:hAnsi="Times New Roman" w:cs="Times New Roman"/>
                <w:i/>
                <w:iCs/>
                <w:sz w:val="16"/>
                <w:szCs w:val="16"/>
                <w:lang w:eastAsia="ru-RU"/>
              </w:rPr>
              <w:t>вся семья вместе, так и душа на</w:t>
            </w:r>
            <w:r w:rsidRPr="009F31CE">
              <w:rPr>
                <w:rFonts w:ascii="Times New Roman" w:eastAsia="Times New Roman" w:hAnsi="Times New Roman" w:cs="Times New Roman"/>
                <w:sz w:val="16"/>
                <w:szCs w:val="16"/>
                <w:lang w:eastAsia="ru-RU"/>
              </w:rPr>
              <w:t> </w:t>
            </w:r>
            <w:r w:rsidRPr="009F31CE">
              <w:rPr>
                <w:rFonts w:ascii="Times New Roman" w:eastAsia="Times New Roman" w:hAnsi="Times New Roman" w:cs="Times New Roman"/>
                <w:i/>
                <w:iCs/>
                <w:sz w:val="16"/>
                <w:szCs w:val="16"/>
                <w:lang w:eastAsia="ru-RU"/>
              </w:rPr>
              <w:t>месте </w:t>
            </w:r>
            <w:r w:rsidRPr="009F31CE">
              <w:rPr>
                <w:rFonts w:ascii="Times New Roman" w:eastAsia="Times New Roman" w:hAnsi="Times New Roman" w:cs="Times New Roman"/>
                <w:sz w:val="16"/>
                <w:szCs w:val="16"/>
                <w:lang w:eastAsia="ru-RU"/>
              </w:rPr>
              <w:t>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2" w:tgtFrame="_blank" w:history="1">
              <w:r w:rsidR="00BB02B9" w:rsidRPr="009F31CE">
                <w:rPr>
                  <w:rFonts w:ascii="Times New Roman" w:eastAsia="Calibri" w:hAnsi="Times New Roman" w:cs="Times New Roman"/>
                  <w:color w:val="800080"/>
                  <w:sz w:val="16"/>
                  <w:szCs w:val="16"/>
                  <w:u w:val="single"/>
                  <w:shd w:val="clear" w:color="auto" w:fill="FFFFFF"/>
                </w:rPr>
                <w:t>http://www.medialingua.ru</w:t>
              </w:r>
            </w:hyperlink>
          </w:p>
        </w:tc>
      </w:tr>
      <w:tr w:rsidR="00BB02B9" w:rsidRPr="009F31CE" w:rsidTr="00BB02B9">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3" w:tgtFrame="_blank" w:history="1">
              <w:r w:rsidR="00BB02B9" w:rsidRPr="009F31CE">
                <w:rPr>
                  <w:rFonts w:ascii="Times New Roman" w:eastAsia="Calibri" w:hAnsi="Times New Roman" w:cs="Times New Roman"/>
                  <w:color w:val="800080"/>
                  <w:sz w:val="16"/>
                  <w:szCs w:val="16"/>
                  <w:u w:val="single"/>
                  <w:shd w:val="clear" w:color="auto" w:fill="FFFFFF"/>
                </w:rPr>
                <w:t>http://www.medialingua.ru</w:t>
              </w:r>
            </w:hyperlink>
          </w:p>
        </w:tc>
      </w:tr>
      <w:tr w:rsidR="00BB02B9" w:rsidRPr="009F31CE" w:rsidTr="00BB02B9">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4" w:tgtFrame="_blank" w:history="1">
              <w:r w:rsidR="00BB02B9" w:rsidRPr="009F31CE">
                <w:rPr>
                  <w:rFonts w:ascii="Times New Roman" w:eastAsia="Calibri" w:hAnsi="Times New Roman" w:cs="Times New Roman"/>
                  <w:color w:val="800080"/>
                  <w:sz w:val="16"/>
                  <w:szCs w:val="16"/>
                  <w:u w:val="single"/>
                  <w:shd w:val="clear" w:color="auto" w:fill="FFFFFF"/>
                </w:rPr>
                <w:t>http://www.medialingua.ru</w:t>
              </w:r>
            </w:hyperlink>
          </w:p>
        </w:tc>
      </w:tr>
      <w:tr w:rsidR="00BB02B9" w:rsidRPr="009F31CE" w:rsidTr="00BB02B9">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5" w:tgtFrame="_blank" w:history="1">
              <w:r w:rsidR="00BB02B9" w:rsidRPr="009F31CE">
                <w:rPr>
                  <w:rFonts w:ascii="Times New Roman" w:eastAsia="Calibri" w:hAnsi="Times New Roman" w:cs="Times New Roman"/>
                  <w:color w:val="800080"/>
                  <w:sz w:val="16"/>
                  <w:szCs w:val="16"/>
                  <w:u w:val="single"/>
                  <w:shd w:val="clear" w:color="auto" w:fill="FFFFFF"/>
                </w:rPr>
                <w:t>http://www.medialingua.ru</w:t>
              </w:r>
            </w:hyperlink>
          </w:p>
        </w:tc>
      </w:tr>
      <w:tr w:rsidR="00BB02B9" w:rsidRPr="009F31CE" w:rsidTr="00BB02B9">
        <w:trPr>
          <w:trHeight w:val="14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8</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272"/>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Раздел 2. Язык в действии</w:t>
            </w:r>
          </w:p>
        </w:tc>
      </w:tr>
      <w:tr w:rsidR="00BB02B9" w:rsidRPr="009F31CE" w:rsidTr="00BB02B9">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6" w:tgtFrame="_blank" w:history="1">
              <w:r w:rsidR="00BB02B9" w:rsidRPr="009F31CE">
                <w:rPr>
                  <w:rFonts w:ascii="Times New Roman" w:eastAsia="Calibri" w:hAnsi="Times New Roman" w:cs="Times New Roman"/>
                  <w:color w:val="800080"/>
                  <w:sz w:val="16"/>
                  <w:szCs w:val="16"/>
                  <w:u w:val="single"/>
                  <w:shd w:val="clear" w:color="auto" w:fill="FFFFFF"/>
                </w:rPr>
                <w:t>http://www.philology.ru</w:t>
              </w:r>
            </w:hyperlink>
          </w:p>
        </w:tc>
      </w:tr>
      <w:tr w:rsidR="00BB02B9" w:rsidRPr="009F31CE" w:rsidTr="00BB02B9">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Наблюдение за синонимией синтаксических конструкций на уровне словосочетаний и предложений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7" w:tgtFrame="_blank" w:history="1">
              <w:r w:rsidR="00BB02B9" w:rsidRPr="009F31CE">
                <w:rPr>
                  <w:rFonts w:ascii="Times New Roman" w:eastAsia="Calibri" w:hAnsi="Times New Roman" w:cs="Times New Roman"/>
                  <w:color w:val="800080"/>
                  <w:sz w:val="16"/>
                  <w:szCs w:val="16"/>
                  <w:u w:val="single"/>
                  <w:shd w:val="clear" w:color="auto" w:fill="FFFFFF"/>
                </w:rPr>
                <w:t>http://www.philology.ru</w:t>
              </w:r>
            </w:hyperlink>
          </w:p>
        </w:tc>
      </w:tr>
      <w:tr w:rsidR="00BB02B9" w:rsidRPr="009F31CE" w:rsidTr="00BB02B9">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8" w:tgtFrame="_blank" w:history="1">
              <w:r w:rsidR="00BB02B9" w:rsidRPr="009F31CE">
                <w:rPr>
                  <w:rFonts w:ascii="Times New Roman" w:eastAsia="Calibri" w:hAnsi="Times New Roman" w:cs="Times New Roman"/>
                  <w:color w:val="800080"/>
                  <w:sz w:val="16"/>
                  <w:szCs w:val="16"/>
                  <w:u w:val="single"/>
                  <w:shd w:val="clear" w:color="auto" w:fill="FFFFFF"/>
                </w:rPr>
                <w:t>http://www.philology.ru</w:t>
              </w:r>
            </w:hyperlink>
          </w:p>
        </w:tc>
      </w:tr>
      <w:tr w:rsidR="00BB02B9" w:rsidRPr="009F31CE" w:rsidTr="00BB02B9">
        <w:trPr>
          <w:trHeight w:val="27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272"/>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b/>
                <w:bCs/>
                <w:sz w:val="16"/>
                <w:szCs w:val="16"/>
                <w:lang w:eastAsia="ru-RU"/>
              </w:rPr>
              <w:t>Раздел 3. Секреты речи и текста</w:t>
            </w:r>
          </w:p>
        </w:tc>
      </w:tr>
      <w:tr w:rsidR="00BB02B9" w:rsidRPr="009F31CE" w:rsidTr="00BB02B9">
        <w:trPr>
          <w:trHeight w:val="69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Правила ведения диалога: корректные и некорректные вопросы.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29"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52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xml:space="preserve">Особенности </w:t>
            </w:r>
            <w:proofErr w:type="spellStart"/>
            <w:r w:rsidRPr="009F31CE">
              <w:rPr>
                <w:rFonts w:ascii="Times New Roman" w:eastAsia="Times New Roman" w:hAnsi="Times New Roman" w:cs="Times New Roman"/>
                <w:sz w:val="16"/>
                <w:szCs w:val="16"/>
                <w:lang w:eastAsia="ru-RU"/>
              </w:rPr>
              <w:t>озаглавливания</w:t>
            </w:r>
            <w:proofErr w:type="spellEnd"/>
            <w:r w:rsidRPr="009F31CE">
              <w:rPr>
                <w:rFonts w:ascii="Times New Roman" w:eastAsia="Times New Roman" w:hAnsi="Times New Roman" w:cs="Times New Roman"/>
                <w:sz w:val="16"/>
                <w:szCs w:val="16"/>
                <w:lang w:eastAsia="ru-RU"/>
              </w:rPr>
              <w:t xml:space="preserve">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30"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110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31"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32"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164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33"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Синонимия речевых формул (на практическом уровне). Создание текста как результата собственной исследовательской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0</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9725A7" w:rsidP="00BB02B9">
            <w:pPr>
              <w:spacing w:after="200" w:line="276" w:lineRule="auto"/>
              <w:rPr>
                <w:rFonts w:ascii="Times New Roman" w:eastAsia="Calibri" w:hAnsi="Times New Roman" w:cs="Times New Roman"/>
                <w:sz w:val="16"/>
                <w:szCs w:val="16"/>
              </w:rPr>
            </w:pPr>
            <w:hyperlink r:id="rId34" w:tgtFrame="_blank" w:history="1">
              <w:r w:rsidR="00BB02B9" w:rsidRPr="009F31CE">
                <w:rPr>
                  <w:rFonts w:ascii="Times New Roman" w:eastAsia="Calibri" w:hAnsi="Times New Roman" w:cs="Times New Roman"/>
                  <w:color w:val="800080"/>
                  <w:sz w:val="16"/>
                  <w:szCs w:val="16"/>
                  <w:u w:val="single"/>
                  <w:shd w:val="clear" w:color="auto" w:fill="FFFFFF"/>
                </w:rPr>
                <w:t>http://dic.academic.ru</w:t>
              </w:r>
            </w:hyperlink>
          </w:p>
        </w:tc>
      </w:tr>
      <w:tr w:rsidR="00BB02B9" w:rsidRPr="009F31CE" w:rsidTr="00BB02B9">
        <w:trPr>
          <w:trHeight w:val="27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6</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r w:rsidR="00BB02B9" w:rsidRPr="009F31CE" w:rsidTr="00BB02B9">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4</w:t>
            </w:r>
          </w:p>
        </w:tc>
        <w:tc>
          <w:tcPr>
            <w:tcW w:w="5437"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9F31CE" w:rsidRDefault="00BB02B9" w:rsidP="00BB02B9">
            <w:pPr>
              <w:spacing w:after="0" w:line="240" w:lineRule="auto"/>
              <w:jc w:val="both"/>
              <w:rPr>
                <w:rFonts w:ascii="Times New Roman" w:eastAsia="Times New Roman" w:hAnsi="Times New Roman" w:cs="Times New Roman"/>
                <w:sz w:val="16"/>
                <w:szCs w:val="16"/>
                <w:lang w:eastAsia="ru-RU"/>
              </w:rPr>
            </w:pPr>
            <w:r w:rsidRPr="009F31CE">
              <w:rPr>
                <w:rFonts w:ascii="Times New Roman" w:eastAsia="Times New Roman" w:hAnsi="Times New Roman" w:cs="Times New Roman"/>
                <w:sz w:val="16"/>
                <w:szCs w:val="16"/>
                <w:lang w:eastAsia="ru-RU"/>
              </w:rPr>
              <w:t> </w:t>
            </w:r>
          </w:p>
        </w:tc>
      </w:tr>
    </w:tbl>
    <w:p w:rsidR="00BB02B9" w:rsidRPr="009F31CE" w:rsidRDefault="00BB02B9" w:rsidP="00BB02B9">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16"/>
          <w:szCs w:val="16"/>
          <w:lang w:eastAsia="ru-RU"/>
        </w:rPr>
        <w:sectPr w:rsidR="00BB02B9" w:rsidRPr="009F31CE" w:rsidSect="00BB02B9">
          <w:pgSz w:w="16838" w:h="11906" w:orient="landscape"/>
          <w:pgMar w:top="851" w:right="1134" w:bottom="1701" w:left="1134" w:header="709" w:footer="709" w:gutter="0"/>
          <w:cols w:space="708"/>
          <w:docGrid w:linePitch="360"/>
        </w:sectPr>
      </w:pPr>
    </w:p>
    <w:p w:rsidR="009F31CE" w:rsidRDefault="009F31CE" w:rsidP="009F31CE">
      <w:pPr>
        <w:autoSpaceDE w:val="0"/>
        <w:autoSpaceDN w:val="0"/>
        <w:spacing w:after="320" w:line="230" w:lineRule="auto"/>
        <w:ind w:left="-284"/>
        <w:rPr>
          <w:rFonts w:ascii="Times New Roman" w:eastAsia="Times New Roman" w:hAnsi="Times New Roman" w:cs="Times New Roman"/>
          <w:b/>
          <w:color w:val="000000"/>
          <w:sz w:val="24"/>
          <w:lang w:val="en-US"/>
        </w:rPr>
      </w:pPr>
    </w:p>
    <w:p w:rsidR="009F31CE" w:rsidRDefault="009F31CE" w:rsidP="009F31CE">
      <w:pPr>
        <w:autoSpaceDE w:val="0"/>
        <w:autoSpaceDN w:val="0"/>
        <w:spacing w:after="320" w:line="230" w:lineRule="auto"/>
        <w:ind w:left="-284"/>
        <w:rPr>
          <w:rFonts w:ascii="Times New Roman" w:eastAsia="Times New Roman" w:hAnsi="Times New Roman" w:cs="Times New Roman"/>
          <w:b/>
          <w:color w:val="000000"/>
          <w:sz w:val="24"/>
          <w:lang w:val="en-US"/>
        </w:rPr>
      </w:pPr>
      <w:r w:rsidRPr="009F31CE">
        <w:rPr>
          <w:rFonts w:ascii="Times New Roman" w:eastAsia="Times New Roman" w:hAnsi="Times New Roman" w:cs="Times New Roman"/>
          <w:b/>
          <w:color w:val="000000"/>
          <w:sz w:val="24"/>
          <w:lang w:val="en-US"/>
        </w:rPr>
        <w:t>V. ПОУРОЧНОЕ ПЛАНИРОВАНИЕ</w:t>
      </w:r>
    </w:p>
    <w:p w:rsidR="009F31CE" w:rsidRPr="009F31CE" w:rsidRDefault="009F31CE" w:rsidP="009F31CE">
      <w:pPr>
        <w:autoSpaceDE w:val="0"/>
        <w:autoSpaceDN w:val="0"/>
        <w:spacing w:after="320" w:line="230" w:lineRule="auto"/>
        <w:ind w:left="-284"/>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 класс</w:t>
      </w:r>
    </w:p>
    <w:tbl>
      <w:tblPr>
        <w:tblStyle w:val="2f"/>
        <w:tblW w:w="10207" w:type="dxa"/>
        <w:tblInd w:w="-289" w:type="dxa"/>
        <w:tblLayout w:type="fixed"/>
        <w:tblLook w:val="04A0" w:firstRow="1" w:lastRow="0" w:firstColumn="1" w:lastColumn="0" w:noHBand="0" w:noVBand="1"/>
      </w:tblPr>
      <w:tblGrid>
        <w:gridCol w:w="560"/>
        <w:gridCol w:w="3092"/>
        <w:gridCol w:w="851"/>
        <w:gridCol w:w="1417"/>
        <w:gridCol w:w="1418"/>
        <w:gridCol w:w="1588"/>
        <w:gridCol w:w="1281"/>
      </w:tblGrid>
      <w:tr w:rsidR="009F31CE" w:rsidRPr="009F31CE" w:rsidTr="009F31CE">
        <w:trPr>
          <w:trHeight w:val="315"/>
        </w:trPr>
        <w:tc>
          <w:tcPr>
            <w:tcW w:w="560" w:type="dxa"/>
            <w:vMerge w:val="restart"/>
            <w:tcBorders>
              <w:top w:val="single" w:sz="4" w:space="0" w:color="000000"/>
              <w:left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b/>
                <w:color w:val="000000"/>
                <w:sz w:val="24"/>
              </w:rPr>
              <w:t>№</w:t>
            </w:r>
            <w:r w:rsidRPr="009F31CE">
              <w:rPr>
                <w:rFonts w:ascii="Cambria" w:hAnsi="Cambria" w:cs="Times New Roman"/>
              </w:rPr>
              <w:br/>
            </w:r>
            <w:r w:rsidRPr="009F31CE">
              <w:rPr>
                <w:rFonts w:ascii="Times New Roman" w:eastAsia="Times New Roman" w:hAnsi="Times New Roman" w:cs="Times New Roman"/>
                <w:b/>
                <w:color w:val="000000"/>
                <w:sz w:val="24"/>
              </w:rPr>
              <w:t>п/п</w:t>
            </w:r>
          </w:p>
        </w:tc>
        <w:tc>
          <w:tcPr>
            <w:tcW w:w="3092" w:type="dxa"/>
            <w:vMerge w:val="restart"/>
            <w:tcBorders>
              <w:top w:val="single" w:sz="4" w:space="0" w:color="000000"/>
              <w:left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b/>
                <w:color w:val="000000"/>
                <w:sz w:val="24"/>
                <w:lang w:val="ru-RU"/>
              </w:rPr>
              <w:t xml:space="preserve">Изучаемый раздел/ </w:t>
            </w:r>
          </w:p>
          <w:p w:rsidR="009F31CE" w:rsidRPr="009F31CE" w:rsidRDefault="009F31CE" w:rsidP="009F31CE">
            <w:pPr>
              <w:autoSpaceDE w:val="0"/>
              <w:autoSpaceDN w:val="0"/>
              <w:rPr>
                <w:rFonts w:ascii="Times New Roman" w:eastAsia="Times New Roman" w:hAnsi="Times New Roman" w:cs="Times New Roman"/>
                <w:bCs/>
                <w:color w:val="000000"/>
                <w:sz w:val="24"/>
              </w:rPr>
            </w:pPr>
            <w:proofErr w:type="spellStart"/>
            <w:r w:rsidRPr="009F31CE">
              <w:rPr>
                <w:rFonts w:ascii="Times New Roman" w:eastAsia="Times New Roman" w:hAnsi="Times New Roman" w:cs="Times New Roman"/>
                <w:bCs/>
                <w:color w:val="000000"/>
                <w:sz w:val="24"/>
              </w:rPr>
              <w:t>Тема</w:t>
            </w:r>
            <w:proofErr w:type="spellEnd"/>
            <w:r w:rsidRPr="009F31CE">
              <w:rPr>
                <w:rFonts w:ascii="Times New Roman" w:eastAsia="Times New Roman" w:hAnsi="Times New Roman" w:cs="Times New Roman"/>
                <w:bCs/>
                <w:color w:val="000000"/>
                <w:sz w:val="24"/>
              </w:rPr>
              <w:t xml:space="preserve"> </w:t>
            </w:r>
            <w:proofErr w:type="spellStart"/>
            <w:r w:rsidRPr="009F31CE">
              <w:rPr>
                <w:rFonts w:ascii="Times New Roman" w:eastAsia="Times New Roman" w:hAnsi="Times New Roman" w:cs="Times New Roman"/>
                <w:bCs/>
                <w:color w:val="000000"/>
                <w:sz w:val="24"/>
              </w:rPr>
              <w:t>урока</w:t>
            </w:r>
            <w:proofErr w:type="spellEnd"/>
          </w:p>
        </w:tc>
        <w:tc>
          <w:tcPr>
            <w:tcW w:w="851" w:type="dxa"/>
            <w:vMerge w:val="restart"/>
            <w:tcBorders>
              <w:top w:val="single" w:sz="4" w:space="0" w:color="000000"/>
              <w:left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b/>
                <w:color w:val="000000"/>
                <w:sz w:val="24"/>
              </w:rPr>
              <w:t>всего</w:t>
            </w:r>
            <w:proofErr w:type="spellEnd"/>
            <w:r w:rsidRPr="009F31CE">
              <w:rPr>
                <w:rFonts w:ascii="Times New Roman" w:eastAsia="Times New Roman" w:hAnsi="Times New Roman" w:cs="Times New Roman"/>
                <w:b/>
                <w:color w:val="000000"/>
                <w:sz w:val="24"/>
              </w:rPr>
              <w:t xml:space="preserve"> </w:t>
            </w:r>
          </w:p>
        </w:tc>
        <w:tc>
          <w:tcPr>
            <w:tcW w:w="2835" w:type="dxa"/>
            <w:gridSpan w:val="2"/>
            <w:tcBorders>
              <w:top w:val="single" w:sz="4" w:space="0" w:color="000000"/>
              <w:left w:val="single" w:sz="4" w:space="0" w:color="000000"/>
              <w:bottom w:val="single" w:sz="4" w:space="0" w:color="auto"/>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b/>
                <w:color w:val="000000"/>
                <w:sz w:val="24"/>
              </w:rPr>
              <w:t>Количество</w:t>
            </w:r>
            <w:proofErr w:type="spellEnd"/>
            <w:r w:rsidRPr="009F31CE">
              <w:rPr>
                <w:rFonts w:ascii="Times New Roman" w:eastAsia="Times New Roman" w:hAnsi="Times New Roman" w:cs="Times New Roman"/>
                <w:b/>
                <w:color w:val="000000"/>
                <w:sz w:val="24"/>
              </w:rPr>
              <w:t xml:space="preserve"> </w:t>
            </w:r>
            <w:proofErr w:type="spellStart"/>
            <w:r w:rsidRPr="009F31CE">
              <w:rPr>
                <w:rFonts w:ascii="Times New Roman" w:eastAsia="Times New Roman" w:hAnsi="Times New Roman" w:cs="Times New Roman"/>
                <w:b/>
                <w:color w:val="000000"/>
                <w:sz w:val="24"/>
              </w:rPr>
              <w:t>часов</w:t>
            </w:r>
            <w:proofErr w:type="spellEnd"/>
          </w:p>
        </w:tc>
        <w:tc>
          <w:tcPr>
            <w:tcW w:w="1588" w:type="dxa"/>
            <w:vMerge w:val="restart"/>
            <w:tcBorders>
              <w:top w:val="single" w:sz="4" w:space="0" w:color="000000"/>
              <w:left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lang w:val="ru-RU"/>
              </w:rPr>
            </w:pPr>
            <w:proofErr w:type="spellStart"/>
            <w:r w:rsidRPr="009F31CE">
              <w:rPr>
                <w:rFonts w:ascii="Times New Roman" w:eastAsia="Times New Roman" w:hAnsi="Times New Roman" w:cs="Times New Roman"/>
                <w:b/>
                <w:color w:val="000000"/>
                <w:sz w:val="24"/>
              </w:rPr>
              <w:t>Дата</w:t>
            </w:r>
            <w:proofErr w:type="spellEnd"/>
            <w:r w:rsidRPr="009F31CE">
              <w:rPr>
                <w:rFonts w:ascii="Times New Roman" w:eastAsia="Times New Roman" w:hAnsi="Times New Roman" w:cs="Times New Roman"/>
                <w:b/>
                <w:color w:val="000000"/>
                <w:sz w:val="24"/>
              </w:rPr>
              <w:t xml:space="preserve"> </w:t>
            </w:r>
            <w:r w:rsidRPr="009F31CE">
              <w:rPr>
                <w:rFonts w:ascii="Cambria" w:hAnsi="Cambria" w:cs="Times New Roman"/>
              </w:rPr>
              <w:br/>
            </w:r>
            <w:proofErr w:type="spellStart"/>
            <w:r w:rsidRPr="009F31CE">
              <w:rPr>
                <w:rFonts w:ascii="Times New Roman" w:eastAsia="Times New Roman" w:hAnsi="Times New Roman" w:cs="Times New Roman"/>
                <w:b/>
                <w:color w:val="000000"/>
                <w:sz w:val="24"/>
              </w:rPr>
              <w:t>изучения</w:t>
            </w:r>
            <w:proofErr w:type="spellEnd"/>
            <w:r w:rsidRPr="009F31CE">
              <w:rPr>
                <w:rFonts w:ascii="Times New Roman" w:eastAsia="Times New Roman" w:hAnsi="Times New Roman" w:cs="Times New Roman"/>
                <w:b/>
                <w:color w:val="000000"/>
                <w:sz w:val="24"/>
                <w:lang w:val="ru-RU"/>
              </w:rPr>
              <w:t>/ Воспитательный потенциал</w:t>
            </w:r>
          </w:p>
        </w:tc>
        <w:tc>
          <w:tcPr>
            <w:tcW w:w="1281" w:type="dxa"/>
            <w:vMerge w:val="restart"/>
            <w:tcBorders>
              <w:top w:val="single" w:sz="4" w:space="0" w:color="000000"/>
              <w:left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b/>
                <w:color w:val="000000"/>
                <w:sz w:val="24"/>
              </w:rPr>
              <w:t>Виды</w:t>
            </w:r>
            <w:proofErr w:type="spellEnd"/>
            <w:r w:rsidRPr="009F31CE">
              <w:rPr>
                <w:rFonts w:ascii="Times New Roman" w:eastAsia="Times New Roman" w:hAnsi="Times New Roman" w:cs="Times New Roman"/>
                <w:b/>
                <w:color w:val="000000"/>
                <w:sz w:val="24"/>
              </w:rPr>
              <w:t xml:space="preserve">, </w:t>
            </w:r>
            <w:proofErr w:type="spellStart"/>
            <w:r w:rsidRPr="009F31CE">
              <w:rPr>
                <w:rFonts w:ascii="Times New Roman" w:eastAsia="Times New Roman" w:hAnsi="Times New Roman" w:cs="Times New Roman"/>
                <w:b/>
                <w:color w:val="000000"/>
                <w:sz w:val="24"/>
              </w:rPr>
              <w:t>формы</w:t>
            </w:r>
            <w:proofErr w:type="spellEnd"/>
            <w:r w:rsidRPr="009F31CE">
              <w:rPr>
                <w:rFonts w:ascii="Times New Roman" w:eastAsia="Times New Roman" w:hAnsi="Times New Roman" w:cs="Times New Roman"/>
                <w:b/>
                <w:color w:val="000000"/>
                <w:sz w:val="24"/>
              </w:rPr>
              <w:t xml:space="preserve"> </w:t>
            </w:r>
            <w:proofErr w:type="spellStart"/>
            <w:r w:rsidRPr="009F31CE">
              <w:rPr>
                <w:rFonts w:ascii="Times New Roman" w:eastAsia="Times New Roman" w:hAnsi="Times New Roman" w:cs="Times New Roman"/>
                <w:b/>
                <w:color w:val="000000"/>
                <w:sz w:val="24"/>
              </w:rPr>
              <w:t>контроля</w:t>
            </w:r>
            <w:proofErr w:type="spellEnd"/>
          </w:p>
        </w:tc>
      </w:tr>
      <w:tr w:rsidR="009F31CE" w:rsidRPr="009F31CE" w:rsidTr="009F31CE">
        <w:trPr>
          <w:trHeight w:val="525"/>
        </w:trPr>
        <w:tc>
          <w:tcPr>
            <w:tcW w:w="560" w:type="dxa"/>
            <w:vMerge/>
            <w:tcBorders>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3092" w:type="dxa"/>
            <w:vMerge/>
            <w:tcBorders>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851" w:type="dxa"/>
            <w:vMerge/>
            <w:tcBorders>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1417" w:type="dxa"/>
            <w:tcBorders>
              <w:top w:val="single" w:sz="4" w:space="0" w:color="000000"/>
              <w:left w:val="single" w:sz="4" w:space="0" w:color="000000"/>
              <w:bottom w:val="single" w:sz="4" w:space="0" w:color="auto"/>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b/>
                <w:color w:val="000000"/>
                <w:sz w:val="24"/>
                <w:lang w:val="ru-RU"/>
              </w:rPr>
              <w:t>К</w:t>
            </w:r>
            <w:proofErr w:type="spellStart"/>
            <w:r w:rsidRPr="009F31CE">
              <w:rPr>
                <w:rFonts w:ascii="Times New Roman" w:eastAsia="Times New Roman" w:hAnsi="Times New Roman" w:cs="Times New Roman"/>
                <w:b/>
                <w:color w:val="000000"/>
                <w:sz w:val="24"/>
              </w:rPr>
              <w:t>онтроль</w:t>
            </w:r>
            <w:proofErr w:type="spellEnd"/>
          </w:p>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b/>
                <w:color w:val="000000"/>
                <w:sz w:val="24"/>
              </w:rPr>
              <w:t>ные</w:t>
            </w:r>
            <w:proofErr w:type="spellEnd"/>
          </w:p>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b/>
                <w:color w:val="000000"/>
                <w:sz w:val="24"/>
                <w:lang w:val="ru-RU"/>
              </w:rPr>
              <w:t>работы</w:t>
            </w:r>
          </w:p>
        </w:tc>
        <w:tc>
          <w:tcPr>
            <w:tcW w:w="1418" w:type="dxa"/>
            <w:tcBorders>
              <w:top w:val="single" w:sz="4" w:space="0" w:color="000000"/>
              <w:left w:val="single" w:sz="4" w:space="0" w:color="000000"/>
              <w:bottom w:val="single" w:sz="4" w:space="0" w:color="auto"/>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b/>
                <w:color w:val="000000"/>
                <w:sz w:val="24"/>
              </w:rPr>
              <w:t>Практические</w:t>
            </w:r>
            <w:proofErr w:type="spellEnd"/>
          </w:p>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b/>
                <w:color w:val="000000"/>
                <w:sz w:val="24"/>
                <w:lang w:val="ru-RU"/>
              </w:rPr>
              <w:t>работы</w:t>
            </w:r>
          </w:p>
        </w:tc>
        <w:tc>
          <w:tcPr>
            <w:tcW w:w="1588" w:type="dxa"/>
            <w:vMerge/>
            <w:tcBorders>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1281" w:type="dxa"/>
            <w:vMerge/>
            <w:tcBorders>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1.</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Секреты диалога: учимся разговаривать друг с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другом и со взрослыми.</w:t>
            </w:r>
          </w:p>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color w:val="000000"/>
                <w:sz w:val="24"/>
                <w:lang w:val="ru-RU"/>
              </w:rPr>
              <w:t xml:space="preserve">Как люди общаются друг с другом.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Cs/>
                <w:color w:val="000000"/>
                <w:sz w:val="24"/>
                <w:lang w:val="ru-RU"/>
              </w:rPr>
            </w:pPr>
            <w:r w:rsidRPr="009F31CE">
              <w:rPr>
                <w:rFonts w:ascii="Times New Roman" w:eastAsia="Times New Roman" w:hAnsi="Times New Roman" w:cs="Times New Roman"/>
                <w:bCs/>
                <w:color w:val="000000"/>
                <w:sz w:val="24"/>
                <w:lang w:val="ru-RU"/>
              </w:rPr>
              <w:t>Международный день распространения грамотности</w:t>
            </w: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2.</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Диалоговая форма устной речи. Устная и письменная речь.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3.</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b/>
                <w:bCs/>
                <w:color w:val="000000"/>
                <w:sz w:val="24"/>
                <w:lang w:val="ru-RU"/>
              </w:rPr>
              <w:t xml:space="preserve">Секреты речи и текста/ </w:t>
            </w:r>
            <w:r w:rsidRPr="009F31CE">
              <w:rPr>
                <w:rFonts w:ascii="Times New Roman" w:hAnsi="Times New Roman" w:cs="Times New Roman"/>
                <w:b/>
                <w:bCs/>
                <w:lang w:val="ru-RU"/>
              </w:rPr>
              <w:br/>
            </w:r>
            <w:r w:rsidRPr="009F31CE">
              <w:rPr>
                <w:rFonts w:ascii="Times New Roman" w:eastAsia="Times New Roman" w:hAnsi="Times New Roman" w:cs="Times New Roman"/>
                <w:color w:val="000000"/>
                <w:sz w:val="24"/>
                <w:lang w:val="ru-RU"/>
              </w:rPr>
              <w:t xml:space="preserve">Стандартные обороты речи для участия в диалоге. Как приветствовать взрослого и сверстника? Как вежливо попросить? Как похвалить товарища? </w:t>
            </w:r>
            <w:proofErr w:type="spellStart"/>
            <w:r w:rsidRPr="009F31CE">
              <w:rPr>
                <w:rFonts w:ascii="Times New Roman" w:eastAsia="Times New Roman" w:hAnsi="Times New Roman" w:cs="Times New Roman"/>
                <w:color w:val="000000"/>
                <w:sz w:val="24"/>
              </w:rPr>
              <w:t>Как</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правильно</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отблагодарить</w:t>
            </w:r>
            <w:proofErr w:type="spellEnd"/>
            <w:r w:rsidRPr="009F31CE">
              <w:rPr>
                <w:rFonts w:ascii="Times New Roman" w:eastAsia="Times New Roman" w:hAnsi="Times New Roman" w:cs="Times New Roman"/>
                <w:color w:val="000000"/>
                <w:sz w:val="24"/>
              </w:rPr>
              <w:t>?</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4.</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Стандартные обороты речи для участия в диалоге.</w:t>
            </w:r>
          </w:p>
          <w:p w:rsidR="009F31CE" w:rsidRPr="009F31CE" w:rsidRDefault="009F31CE" w:rsidP="009F31CE">
            <w:pPr>
              <w:autoSpaceDE w:val="0"/>
              <w:autoSpaceDN w:val="0"/>
              <w:rPr>
                <w:rFonts w:ascii="Times New Roman" w:eastAsia="Times New Roman" w:hAnsi="Times New Roman" w:cs="Times New Roman"/>
                <w:b/>
                <w:color w:val="000000"/>
                <w:sz w:val="24"/>
                <w:lang w:val="ru-RU"/>
              </w:rPr>
            </w:pPr>
            <w:r w:rsidRPr="009F31CE">
              <w:rPr>
                <w:rFonts w:ascii="Times New Roman" w:eastAsia="Times New Roman" w:hAnsi="Times New Roman" w:cs="Times New Roman"/>
                <w:color w:val="000000"/>
                <w:sz w:val="24"/>
                <w:lang w:val="ru-RU"/>
              </w:rPr>
              <w:t xml:space="preserve">Этикетные формы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обращения в официальной и неофициальной речевой ситуации.</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5.</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Стандартные обороты речи для участия в диалоге.</w:t>
            </w:r>
          </w:p>
          <w:p w:rsidR="009F31CE" w:rsidRPr="009F31CE" w:rsidRDefault="009F31CE" w:rsidP="009F31CE">
            <w:pPr>
              <w:autoSpaceDE w:val="0"/>
              <w:autoSpaceDN w:val="0"/>
              <w:rPr>
                <w:rFonts w:ascii="Times New Roman" w:hAnsi="Times New Roman" w:cs="Times New Roman"/>
                <w:lang w:val="ru-RU"/>
              </w:rPr>
            </w:pPr>
            <w:r w:rsidRPr="009F31CE">
              <w:rPr>
                <w:rFonts w:ascii="Times New Roman" w:eastAsia="Times New Roman" w:hAnsi="Times New Roman" w:cs="Times New Roman"/>
                <w:color w:val="000000"/>
                <w:sz w:val="24"/>
                <w:lang w:val="ru-RU"/>
              </w:rPr>
              <w:t xml:space="preserve">Правила корректного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речевого поведения в ходе диалога; использование в речи языковых средств для свободного выражения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мыслей и чувств адекватно ситуации общения.</w:t>
            </w:r>
          </w:p>
          <w:p w:rsidR="009F31CE" w:rsidRPr="009F31CE" w:rsidRDefault="009F31CE" w:rsidP="009F31CE">
            <w:pPr>
              <w:autoSpaceDE w:val="0"/>
              <w:autoSpaceDN w:val="0"/>
              <w:rPr>
                <w:rFonts w:ascii="Times New Roman" w:eastAsia="Times New Roman" w:hAnsi="Times New Roman" w:cs="Times New Roman"/>
                <w:b/>
                <w:bCs/>
                <w:color w:val="000000"/>
                <w:sz w:val="24"/>
                <w:lang w:val="ru-RU"/>
              </w:rPr>
            </w:pPr>
            <w:r w:rsidRPr="009F31CE">
              <w:rPr>
                <w:rFonts w:ascii="Times New Roman" w:eastAsia="Times New Roman" w:hAnsi="Times New Roman" w:cs="Times New Roman"/>
                <w:color w:val="000000"/>
                <w:sz w:val="24"/>
                <w:lang w:val="ru-RU"/>
              </w:rPr>
              <w:t xml:space="preserve">Секреты диалога: учимся разговаривать друг с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другом и со взрослыми.</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6.</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left="13" w:hanging="13"/>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Стандартные обороты речи для участия в диалоге.</w:t>
            </w:r>
          </w:p>
          <w:p w:rsidR="009F31CE" w:rsidRPr="009F31CE" w:rsidRDefault="009F31CE" w:rsidP="009F31CE">
            <w:pPr>
              <w:autoSpaceDE w:val="0"/>
              <w:autoSpaceDN w:val="0"/>
              <w:ind w:left="72"/>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Имена в малых жанрах фольклора</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Письменный</w:t>
            </w:r>
            <w:proofErr w:type="spellEnd"/>
            <w:r w:rsidRPr="009F31CE">
              <w:rPr>
                <w:rFonts w:ascii="Times New Roman" w:eastAsia="Times New Roman" w:hAnsi="Times New Roman" w:cs="Times New Roman"/>
                <w:color w:val="000000"/>
                <w:sz w:val="24"/>
              </w:rPr>
              <w:t xml:space="preserve"> </w:t>
            </w:r>
            <w:r w:rsidRPr="009F31CE">
              <w:rPr>
                <w:rFonts w:ascii="Times New Roman" w:hAnsi="Times New Roman" w:cs="Times New Roman"/>
              </w:rPr>
              <w:br/>
            </w:r>
            <w:proofErr w:type="spellStart"/>
            <w:r w:rsidRPr="009F31CE">
              <w:rPr>
                <w:rFonts w:ascii="Times New Roman" w:eastAsia="Times New Roman" w:hAnsi="Times New Roman" w:cs="Times New Roman"/>
                <w:color w:val="000000"/>
                <w:sz w:val="24"/>
              </w:rPr>
              <w:t>контроль</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7.</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Цели и виды вопросов: вопрос-уточнение.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8.</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Цели и виды вопросов: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вопрос как запрос на новое содержание.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9.</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Как нельзя произносить слова. Выделяем голосом важные слова.</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10.</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color w:val="000000"/>
                <w:sz w:val="24"/>
                <w:lang w:val="ru-RU"/>
              </w:rPr>
              <w:t>Как нельзя произносить слова.</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Роль логического ударения.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11.</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Как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нельзя произносить слова. </w:t>
            </w:r>
            <w:proofErr w:type="spellStart"/>
            <w:r w:rsidRPr="009F31CE">
              <w:rPr>
                <w:rFonts w:ascii="Times New Roman" w:eastAsia="Times New Roman" w:hAnsi="Times New Roman" w:cs="Times New Roman"/>
                <w:color w:val="000000"/>
                <w:sz w:val="24"/>
              </w:rPr>
              <w:t>Выделяем</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голосом</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важные</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слова</w:t>
            </w:r>
            <w:proofErr w:type="spellEnd"/>
            <w:r w:rsidRPr="009F31CE">
              <w:rPr>
                <w:rFonts w:ascii="Times New Roman" w:eastAsia="Times New Roman" w:hAnsi="Times New Roman" w:cs="Times New Roman"/>
                <w:color w:val="000000"/>
                <w:sz w:val="24"/>
              </w:rPr>
              <w:t>.</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Письменный</w:t>
            </w:r>
            <w:proofErr w:type="spellEnd"/>
            <w:r w:rsidRPr="009F31CE">
              <w:rPr>
                <w:rFonts w:ascii="Times New Roman" w:eastAsia="Times New Roman" w:hAnsi="Times New Roman" w:cs="Times New Roman"/>
                <w:color w:val="000000"/>
                <w:sz w:val="24"/>
              </w:rPr>
              <w:t xml:space="preserve"> </w:t>
            </w:r>
            <w:r w:rsidRPr="009F31CE">
              <w:rPr>
                <w:rFonts w:ascii="Times New Roman" w:hAnsi="Times New Roman" w:cs="Times New Roman"/>
              </w:rPr>
              <w:br/>
            </w:r>
            <w:proofErr w:type="spellStart"/>
            <w:r w:rsidRPr="009F31CE">
              <w:rPr>
                <w:rFonts w:ascii="Times New Roman" w:eastAsia="Times New Roman" w:hAnsi="Times New Roman" w:cs="Times New Roman"/>
                <w:color w:val="000000"/>
                <w:sz w:val="24"/>
              </w:rPr>
              <w:t>контроль</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12.</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Звукопись в стихотворном художественном тексте.</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proofErr w:type="spellStart"/>
            <w:r w:rsidRPr="009F31CE">
              <w:rPr>
                <w:rFonts w:ascii="Times New Roman" w:eastAsia="Times New Roman" w:hAnsi="Times New Roman" w:cs="Times New Roman"/>
                <w:color w:val="000000"/>
                <w:sz w:val="24"/>
              </w:rPr>
              <w:t>Как</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можно</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играть</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звуками</w:t>
            </w:r>
            <w:proofErr w:type="spellEnd"/>
            <w:r w:rsidRPr="009F31CE">
              <w:rPr>
                <w:rFonts w:ascii="Times New Roman" w:eastAsia="Times New Roman" w:hAnsi="Times New Roman" w:cs="Times New Roman"/>
                <w:color w:val="000000"/>
                <w:sz w:val="24"/>
              </w:rPr>
              <w:t>.</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13.</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Как нельзя произносить слова. Ударение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14.</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Как нельзя произносить слова: пропедевтическая работа по предупреждению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ошибок в произношении слов.</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15.</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Как нельзя произносить слова. Где поставить ударение.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16.</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Как нельзя произносить слова. Смыслоразличительная роль ударения.</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Устный опрос; Самооценка с </w:t>
            </w:r>
            <w:r w:rsidRPr="009F31CE">
              <w:rPr>
                <w:rFonts w:ascii="Times New Roman" w:hAnsi="Times New Roman" w:cs="Times New Roman"/>
                <w:lang w:val="ru-RU"/>
              </w:rPr>
              <w:br/>
            </w:r>
            <w:proofErr w:type="spellStart"/>
            <w:r w:rsidRPr="009F31CE">
              <w:rPr>
                <w:rFonts w:ascii="Times New Roman" w:eastAsia="Times New Roman" w:hAnsi="Times New Roman" w:cs="Times New Roman"/>
                <w:color w:val="000000"/>
                <w:sz w:val="24"/>
                <w:lang w:val="ru-RU"/>
              </w:rPr>
              <w:t>использованием«Оценочного</w:t>
            </w:r>
            <w:proofErr w:type="spellEnd"/>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листа»;</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17.</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Наблюдение за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сочетаемостью слов. </w:t>
            </w:r>
            <w:proofErr w:type="spellStart"/>
            <w:r w:rsidRPr="009F31CE">
              <w:rPr>
                <w:rFonts w:ascii="Times New Roman" w:eastAsia="Times New Roman" w:hAnsi="Times New Roman" w:cs="Times New Roman"/>
                <w:color w:val="000000"/>
                <w:sz w:val="24"/>
              </w:rPr>
              <w:t>Как</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сочетаются</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слова</w:t>
            </w:r>
            <w:proofErr w:type="spellEnd"/>
            <w:r w:rsidRPr="009F31CE">
              <w:rPr>
                <w:rFonts w:ascii="Times New Roman" w:eastAsia="Times New Roman" w:hAnsi="Times New Roman" w:cs="Times New Roman"/>
                <w:color w:val="000000"/>
                <w:sz w:val="24"/>
              </w:rPr>
              <w:t>.</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18.</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Язык в действии/</w:t>
            </w:r>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Наблюдение за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сочетаемостью слов.</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Письменный</w:t>
            </w:r>
            <w:proofErr w:type="spellEnd"/>
            <w:r w:rsidRPr="009F31CE">
              <w:rPr>
                <w:rFonts w:ascii="Times New Roman" w:eastAsia="Times New Roman" w:hAnsi="Times New Roman" w:cs="Times New Roman"/>
                <w:color w:val="000000"/>
                <w:sz w:val="24"/>
              </w:rPr>
              <w:t xml:space="preserve"> </w:t>
            </w:r>
            <w:r w:rsidRPr="009F31CE">
              <w:rPr>
                <w:rFonts w:ascii="Times New Roman" w:hAnsi="Times New Roman" w:cs="Times New Roman"/>
              </w:rPr>
              <w:br/>
            </w:r>
            <w:proofErr w:type="spellStart"/>
            <w:r w:rsidRPr="009F31CE">
              <w:rPr>
                <w:rFonts w:ascii="Times New Roman" w:eastAsia="Times New Roman" w:hAnsi="Times New Roman" w:cs="Times New Roman"/>
                <w:color w:val="000000"/>
                <w:sz w:val="24"/>
              </w:rPr>
              <w:t>контроль</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19.</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Сведения об истории русской письменности: как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появились буквы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lastRenderedPageBreak/>
              <w:t xml:space="preserve">современного русского алфавита.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20.</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color w:val="000000"/>
                <w:sz w:val="24"/>
                <w:lang w:val="ru-RU"/>
              </w:rPr>
              <w:t>Сведения об истории русской письменности.</w:t>
            </w:r>
          </w:p>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color w:val="000000"/>
                <w:sz w:val="24"/>
                <w:lang w:val="ru-RU"/>
              </w:rPr>
              <w:t xml:space="preserve">Особенности оформления книг в Древней Руси: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оформление красной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строки и заставок.</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Значение устаревших слов данной тематики.</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21.</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Сведения об истории русской письменности. Русские пословицы и поговорки, связанные с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письменностью.</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22.</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Сведения об истории русской письменности. Различные приёмы слушания научно-познавательных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художественных текстов об истории языка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культуре русского народа.</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proofErr w:type="spellStart"/>
            <w:r w:rsidRPr="009F31CE">
              <w:rPr>
                <w:rFonts w:ascii="Times New Roman" w:eastAsia="Times New Roman" w:hAnsi="Times New Roman" w:cs="Times New Roman"/>
                <w:color w:val="000000"/>
                <w:sz w:val="24"/>
              </w:rPr>
              <w:t>Международн</w:t>
            </w:r>
            <w:r w:rsidRPr="009F31CE">
              <w:rPr>
                <w:rFonts w:ascii="Times New Roman" w:eastAsia="Times New Roman" w:hAnsi="Times New Roman" w:cs="Times New Roman"/>
                <w:color w:val="000000"/>
                <w:sz w:val="24"/>
                <w:lang w:val="ru-RU"/>
              </w:rPr>
              <w:t>ый</w:t>
            </w:r>
            <w:proofErr w:type="spellEnd"/>
            <w:r w:rsidRPr="009F31CE">
              <w:rPr>
                <w:rFonts w:ascii="Times New Roman" w:eastAsia="Times New Roman" w:hAnsi="Times New Roman" w:cs="Times New Roman"/>
                <w:color w:val="000000"/>
                <w:sz w:val="24"/>
              </w:rPr>
              <w:t> д</w:t>
            </w:r>
            <w:proofErr w:type="spellStart"/>
            <w:r w:rsidRPr="009F31CE">
              <w:rPr>
                <w:rFonts w:ascii="Times New Roman" w:eastAsia="Times New Roman" w:hAnsi="Times New Roman" w:cs="Times New Roman"/>
                <w:color w:val="000000"/>
                <w:sz w:val="24"/>
                <w:lang w:val="ru-RU"/>
              </w:rPr>
              <w:t>ень</w:t>
            </w:r>
            <w:proofErr w:type="spellEnd"/>
            <w:r w:rsidRPr="009F31CE">
              <w:rPr>
                <w:rFonts w:ascii="Times New Roman" w:eastAsia="Times New Roman" w:hAnsi="Times New Roman" w:cs="Times New Roman"/>
                <w:color w:val="000000"/>
                <w:sz w:val="24"/>
              </w:rPr>
              <w:t> </w:t>
            </w:r>
            <w:proofErr w:type="spellStart"/>
            <w:r w:rsidRPr="009F31CE">
              <w:rPr>
                <w:rFonts w:ascii="Times New Roman" w:eastAsia="Times New Roman" w:hAnsi="Times New Roman" w:cs="Times New Roman"/>
                <w:color w:val="000000"/>
                <w:sz w:val="24"/>
              </w:rPr>
              <w:t>родного</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языка</w:t>
            </w:r>
            <w:proofErr w:type="spellEnd"/>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23.</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Лексические единицы с национально-культурной семантикой, обозначающие предметы традиционного русского </w:t>
            </w:r>
            <w:proofErr w:type="spellStart"/>
            <w:r w:rsidRPr="009F31CE">
              <w:rPr>
                <w:rFonts w:ascii="Times New Roman" w:eastAsia="Times New Roman" w:hAnsi="Times New Roman" w:cs="Times New Roman"/>
                <w:color w:val="000000"/>
                <w:sz w:val="24"/>
                <w:lang w:val="ru-RU"/>
              </w:rPr>
              <w:t>быта:.дом</w:t>
            </w:r>
            <w:proofErr w:type="spellEnd"/>
            <w:r w:rsidRPr="009F31CE">
              <w:rPr>
                <w:rFonts w:ascii="Times New Roman" w:eastAsia="Times New Roman" w:hAnsi="Times New Roman" w:cs="Times New Roman"/>
                <w:color w:val="000000"/>
                <w:sz w:val="24"/>
                <w:lang w:val="ru-RU"/>
              </w:rPr>
              <w:t xml:space="preserve"> в старину: что как называлось (изба,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терем, хоромы, горница, светлица, светец, лучина и т.д.). Значение устаревших слов указанной тематики.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27.02.2023</w:t>
            </w: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24.</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bCs/>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 Лексические единицы с национально-культурной семантикой,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обозначающие предметы традиционного русского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быта. Русские пословицы и поговорки, связанные с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жилищем.</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25.</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Лексические единицы с национально-культурной семантикой, обозначающие предметы традиционного </w:t>
            </w:r>
            <w:r w:rsidRPr="009F31CE">
              <w:rPr>
                <w:rFonts w:ascii="Times New Roman" w:eastAsia="Times New Roman" w:hAnsi="Times New Roman" w:cs="Times New Roman"/>
                <w:color w:val="000000"/>
                <w:sz w:val="24"/>
                <w:lang w:val="ru-RU"/>
              </w:rPr>
              <w:lastRenderedPageBreak/>
              <w:t>русского быта. Различные приемы слушания научно-</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художественных текстов об истории языка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культуре русского народа.</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26.</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bCs/>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Лексические единицы с национально-культурной семантикой, обозначающие предметы традиционного русского быта. Различные приемы научно-познавательных и художественных текстов об истории языка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культуре русского народа.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Письменный</w:t>
            </w:r>
            <w:proofErr w:type="spellEnd"/>
            <w:r w:rsidRPr="009F31CE">
              <w:rPr>
                <w:rFonts w:ascii="Times New Roman" w:eastAsia="Times New Roman" w:hAnsi="Times New Roman" w:cs="Times New Roman"/>
                <w:color w:val="000000"/>
                <w:sz w:val="24"/>
              </w:rPr>
              <w:t xml:space="preserve"> </w:t>
            </w:r>
            <w:r w:rsidRPr="009F31CE">
              <w:rPr>
                <w:rFonts w:ascii="Times New Roman" w:hAnsi="Times New Roman" w:cs="Times New Roman"/>
              </w:rPr>
              <w:br/>
            </w:r>
            <w:proofErr w:type="spellStart"/>
            <w:r w:rsidRPr="009F31CE">
              <w:rPr>
                <w:rFonts w:ascii="Times New Roman" w:eastAsia="Times New Roman" w:hAnsi="Times New Roman" w:cs="Times New Roman"/>
                <w:color w:val="000000"/>
                <w:sz w:val="24"/>
              </w:rPr>
              <w:t>контроль</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27.</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b/>
                <w:bCs/>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p>
          <w:p w:rsidR="009F31CE" w:rsidRPr="009F31CE" w:rsidRDefault="009F31CE" w:rsidP="009F31CE">
            <w:pPr>
              <w:autoSpaceDE w:val="0"/>
              <w:autoSpaceDN w:val="0"/>
              <w:rPr>
                <w:rFonts w:ascii="Times New Roman" w:hAnsi="Times New Roman" w:cs="Times New Roman"/>
                <w:lang w:val="ru-RU"/>
              </w:rPr>
            </w:pPr>
            <w:r w:rsidRPr="009F31CE">
              <w:rPr>
                <w:rFonts w:ascii="Times New Roman" w:eastAsia="Times New Roman" w:hAnsi="Times New Roman" w:cs="Times New Roman"/>
                <w:color w:val="000000"/>
                <w:sz w:val="24"/>
                <w:lang w:val="ru-RU"/>
              </w:rPr>
              <w:t xml:space="preserve">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сарафан, лапти и т.д.).</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Значение устаревших слов указанной тематики.</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28.</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Лексические единицы с национально-культурной семантикой, обозначающие предметы традиционного русского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быта. Русские пословицы и поговорки, связанные с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одеждой.</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29.</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Лексические единицы с национально-культурной семантикой, обозначающие предметы традиционного русского быта. Различные приемы слушания научно-</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художественных текстов об истории языка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культуре русского народа.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30.</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Русский язык: прошлое и настоящее/</w:t>
            </w:r>
            <w:r w:rsidRPr="009F31CE">
              <w:rPr>
                <w:rFonts w:ascii="Times New Roman" w:eastAsia="Times New Roman" w:hAnsi="Times New Roman" w:cs="Times New Roman"/>
                <w:color w:val="000000"/>
                <w:sz w:val="24"/>
                <w:lang w:val="ru-RU"/>
              </w:rPr>
              <w:t xml:space="preserve"> </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Обобщающий урок по разделу "Русский язык: </w:t>
            </w:r>
            <w:r w:rsidRPr="009F31CE">
              <w:rPr>
                <w:rFonts w:ascii="Times New Roman" w:eastAsia="Times New Roman" w:hAnsi="Times New Roman" w:cs="Times New Roman"/>
                <w:color w:val="000000"/>
                <w:sz w:val="24"/>
                <w:lang w:val="ru-RU"/>
              </w:rPr>
              <w:lastRenderedPageBreak/>
              <w:t xml:space="preserve">прошлое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настоящее"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Устный опрос; Самооценка с </w:t>
            </w:r>
            <w:r w:rsidRPr="009F31CE">
              <w:rPr>
                <w:rFonts w:ascii="Times New Roman" w:hAnsi="Times New Roman" w:cs="Times New Roman"/>
                <w:lang w:val="ru-RU"/>
              </w:rPr>
              <w:br/>
            </w:r>
            <w:proofErr w:type="spellStart"/>
            <w:r w:rsidRPr="009F31CE">
              <w:rPr>
                <w:rFonts w:ascii="Times New Roman" w:eastAsia="Times New Roman" w:hAnsi="Times New Roman" w:cs="Times New Roman"/>
                <w:color w:val="000000"/>
                <w:sz w:val="24"/>
                <w:lang w:val="ru-RU"/>
              </w:rPr>
              <w:t>использов</w:t>
            </w:r>
            <w:r w:rsidRPr="009F31CE">
              <w:rPr>
                <w:rFonts w:ascii="Times New Roman" w:eastAsia="Times New Roman" w:hAnsi="Times New Roman" w:cs="Times New Roman"/>
                <w:color w:val="000000"/>
                <w:sz w:val="24"/>
                <w:lang w:val="ru-RU"/>
              </w:rPr>
              <w:lastRenderedPageBreak/>
              <w:t>анием«Оценочного</w:t>
            </w:r>
            <w:proofErr w:type="spellEnd"/>
            <w:r w:rsidRPr="009F31CE">
              <w:rPr>
                <w:rFonts w:ascii="Times New Roman" w:eastAsia="Times New Roman" w:hAnsi="Times New Roman" w:cs="Times New Roman"/>
                <w:color w:val="000000"/>
                <w:sz w:val="24"/>
                <w:lang w:val="ru-RU"/>
              </w:rPr>
              <w:t xml:space="preserve">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листа»;</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lastRenderedPageBreak/>
              <w:t>31.</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Различные приемы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слушания научно-</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художественных текстов. </w:t>
            </w:r>
            <w:proofErr w:type="spellStart"/>
            <w:r w:rsidRPr="009F31CE">
              <w:rPr>
                <w:rFonts w:ascii="Times New Roman" w:eastAsia="Times New Roman" w:hAnsi="Times New Roman" w:cs="Times New Roman"/>
                <w:color w:val="000000"/>
                <w:sz w:val="24"/>
              </w:rPr>
              <w:t>Наблюдение</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за</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текстами</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разной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стилистической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принадлежности</w:t>
            </w:r>
            <w:proofErr w:type="spellEnd"/>
            <w:r w:rsidRPr="009F31CE">
              <w:rPr>
                <w:rFonts w:ascii="Times New Roman" w:eastAsia="Times New Roman" w:hAnsi="Times New Roman" w:cs="Times New Roman"/>
                <w:color w:val="000000"/>
                <w:sz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32.</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Различные приемы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слушания научно-</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художественных текстов. </w:t>
            </w:r>
            <w:proofErr w:type="spellStart"/>
            <w:r w:rsidRPr="009F31CE">
              <w:rPr>
                <w:rFonts w:ascii="Times New Roman" w:eastAsia="Times New Roman" w:hAnsi="Times New Roman" w:cs="Times New Roman"/>
                <w:color w:val="000000"/>
                <w:sz w:val="24"/>
              </w:rPr>
              <w:t>Составление</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текстов</w:t>
            </w:r>
            <w:proofErr w:type="spellEnd"/>
            <w:r w:rsidRPr="009F31CE">
              <w:rPr>
                <w:rFonts w:ascii="Times New Roman" w:eastAsia="Times New Roman" w:hAnsi="Times New Roman" w:cs="Times New Roman"/>
                <w:color w:val="000000"/>
                <w:sz w:val="24"/>
              </w:rPr>
              <w:t>.</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Письменный</w:t>
            </w:r>
            <w:proofErr w:type="spellEnd"/>
            <w:r w:rsidRPr="009F31CE">
              <w:rPr>
                <w:rFonts w:ascii="Times New Roman" w:eastAsia="Times New Roman" w:hAnsi="Times New Roman" w:cs="Times New Roman"/>
                <w:color w:val="000000"/>
                <w:sz w:val="24"/>
              </w:rPr>
              <w:t xml:space="preserve"> </w:t>
            </w:r>
            <w:r w:rsidRPr="009F31CE">
              <w:rPr>
                <w:rFonts w:ascii="Times New Roman" w:hAnsi="Times New Roman" w:cs="Times New Roman"/>
              </w:rPr>
              <w:br/>
            </w:r>
            <w:proofErr w:type="spellStart"/>
            <w:r w:rsidRPr="009F31CE">
              <w:rPr>
                <w:rFonts w:ascii="Times New Roman" w:eastAsia="Times New Roman" w:hAnsi="Times New Roman" w:cs="Times New Roman"/>
                <w:color w:val="000000"/>
                <w:sz w:val="24"/>
              </w:rPr>
              <w:t>контроль</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33.</w:t>
            </w: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ind w:right="144"/>
              <w:rPr>
                <w:rFonts w:ascii="Times New Roman" w:hAnsi="Times New Roman" w:cs="Times New Roman"/>
                <w:lang w:val="ru-RU"/>
              </w:rPr>
            </w:pPr>
            <w:r w:rsidRPr="009F31CE">
              <w:rPr>
                <w:rFonts w:ascii="Times New Roman" w:eastAsia="Times New Roman" w:hAnsi="Times New Roman" w:cs="Times New Roman"/>
                <w:b/>
                <w:bCs/>
                <w:color w:val="000000"/>
                <w:sz w:val="24"/>
                <w:lang w:val="ru-RU"/>
              </w:rPr>
              <w:t>Секреты речи и текста/</w:t>
            </w:r>
            <w:r w:rsidRPr="009F31CE">
              <w:rPr>
                <w:rFonts w:ascii="Times New Roman" w:eastAsia="Times New Roman" w:hAnsi="Times New Roman" w:cs="Times New Roman"/>
                <w:color w:val="000000"/>
                <w:sz w:val="24"/>
                <w:lang w:val="ru-RU"/>
              </w:rPr>
              <w:t xml:space="preserve"> Различные приемы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слушания научно-</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познавательных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художественных текстов.</w:t>
            </w:r>
          </w:p>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 xml:space="preserve">Анализ информации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прочитанного и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 xml:space="preserve">прослушанного текста: </w:t>
            </w:r>
            <w:r w:rsidRPr="009F31CE">
              <w:rPr>
                <w:rFonts w:ascii="Times New Roman" w:hAnsi="Times New Roman" w:cs="Times New Roman"/>
                <w:lang w:val="ru-RU"/>
              </w:rPr>
              <w:br/>
            </w:r>
            <w:r w:rsidRPr="009F31CE">
              <w:rPr>
                <w:rFonts w:ascii="Times New Roman" w:eastAsia="Times New Roman" w:hAnsi="Times New Roman" w:cs="Times New Roman"/>
                <w:color w:val="000000"/>
                <w:sz w:val="24"/>
                <w:lang w:val="ru-RU"/>
              </w:rPr>
              <w:t>выделение в нем наиболее существенных фактов.</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1</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r w:rsidRPr="009F31CE">
              <w:rPr>
                <w:rFonts w:ascii="Times New Roman" w:eastAsia="Times New Roman" w:hAnsi="Times New Roman" w:cs="Times New Roman"/>
                <w:color w:val="000000"/>
                <w:sz w:val="24"/>
              </w:rPr>
              <w:t>0</w:t>
            </w:r>
          </w:p>
        </w:tc>
        <w:tc>
          <w:tcPr>
            <w:tcW w:w="158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День славянской письменности и культуры</w:t>
            </w: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roofErr w:type="spellStart"/>
            <w:r w:rsidRPr="009F31CE">
              <w:rPr>
                <w:rFonts w:ascii="Times New Roman" w:eastAsia="Times New Roman" w:hAnsi="Times New Roman" w:cs="Times New Roman"/>
                <w:color w:val="000000"/>
                <w:sz w:val="24"/>
              </w:rPr>
              <w:t>Устный</w:t>
            </w:r>
            <w:proofErr w:type="spellEnd"/>
            <w:r w:rsidRPr="009F31CE">
              <w:rPr>
                <w:rFonts w:ascii="Times New Roman" w:eastAsia="Times New Roman" w:hAnsi="Times New Roman" w:cs="Times New Roman"/>
                <w:color w:val="000000"/>
                <w:sz w:val="24"/>
              </w:rPr>
              <w:t xml:space="preserve"> </w:t>
            </w:r>
            <w:proofErr w:type="spellStart"/>
            <w:r w:rsidRPr="009F31CE">
              <w:rPr>
                <w:rFonts w:ascii="Times New Roman" w:eastAsia="Times New Roman" w:hAnsi="Times New Roman" w:cs="Times New Roman"/>
                <w:color w:val="000000"/>
                <w:sz w:val="24"/>
              </w:rPr>
              <w:t>опрос</w:t>
            </w:r>
            <w:proofErr w:type="spellEnd"/>
            <w:r w:rsidRPr="009F31CE">
              <w:rPr>
                <w:rFonts w:ascii="Times New Roman" w:eastAsia="Times New Roman" w:hAnsi="Times New Roman" w:cs="Times New Roman"/>
                <w:color w:val="000000"/>
                <w:sz w:val="24"/>
              </w:rPr>
              <w:t>;</w:t>
            </w:r>
          </w:p>
        </w:tc>
      </w:tr>
      <w:tr w:rsidR="009F31CE" w:rsidRPr="009F31CE" w:rsidTr="009F31CE">
        <w:tc>
          <w:tcPr>
            <w:tcW w:w="560"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p>
        </w:tc>
        <w:tc>
          <w:tcPr>
            <w:tcW w:w="3092"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33</w:t>
            </w:r>
          </w:p>
        </w:tc>
        <w:tc>
          <w:tcPr>
            <w:tcW w:w="1417"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0</w:t>
            </w:r>
          </w:p>
        </w:tc>
        <w:tc>
          <w:tcPr>
            <w:tcW w:w="1418"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lang w:val="ru-RU"/>
              </w:rPr>
            </w:pPr>
            <w:r w:rsidRPr="009F31CE">
              <w:rPr>
                <w:rFonts w:ascii="Times New Roman" w:eastAsia="Times New Roman" w:hAnsi="Times New Roman" w:cs="Times New Roman"/>
                <w:color w:val="000000"/>
                <w:sz w:val="24"/>
                <w:lang w:val="ru-RU"/>
              </w:rPr>
              <w:t>0</w:t>
            </w:r>
          </w:p>
        </w:tc>
        <w:tc>
          <w:tcPr>
            <w:tcW w:w="1588" w:type="dxa"/>
          </w:tcPr>
          <w:p w:rsidR="009F31CE" w:rsidRPr="009F31CE" w:rsidRDefault="009F31CE" w:rsidP="009F31CE">
            <w:pPr>
              <w:autoSpaceDE w:val="0"/>
              <w:autoSpaceDN w:val="0"/>
              <w:rPr>
                <w:rFonts w:ascii="Times New Roman" w:eastAsia="Times New Roman" w:hAnsi="Times New Roman" w:cs="Times New Roman"/>
                <w:color w:val="000000"/>
                <w:sz w:val="24"/>
              </w:rPr>
            </w:pPr>
          </w:p>
        </w:tc>
        <w:tc>
          <w:tcPr>
            <w:tcW w:w="1281" w:type="dxa"/>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autoSpaceDE w:val="0"/>
              <w:autoSpaceDN w:val="0"/>
              <w:rPr>
                <w:rFonts w:ascii="Times New Roman" w:eastAsia="Times New Roman" w:hAnsi="Times New Roman" w:cs="Times New Roman"/>
                <w:color w:val="000000"/>
                <w:sz w:val="24"/>
              </w:rPr>
            </w:pPr>
          </w:p>
        </w:tc>
      </w:tr>
    </w:tbl>
    <w:p w:rsidR="009F31CE" w:rsidRPr="009F31CE" w:rsidRDefault="009F31CE" w:rsidP="009F31CE">
      <w:pPr>
        <w:autoSpaceDE w:val="0"/>
        <w:autoSpaceDN w:val="0"/>
        <w:spacing w:after="320" w:line="230" w:lineRule="auto"/>
        <w:rPr>
          <w:rFonts w:ascii="Times New Roman" w:eastAsia="Times New Roman" w:hAnsi="Times New Roman" w:cs="Times New Roman"/>
          <w:b/>
          <w:color w:val="000000"/>
          <w:sz w:val="24"/>
          <w:lang w:val="en-US"/>
        </w:rPr>
      </w:pPr>
    </w:p>
    <w:p w:rsidR="009F31CE" w:rsidRPr="009F31CE" w:rsidRDefault="009F31CE" w:rsidP="009F31CE">
      <w:pPr>
        <w:autoSpaceDE w:val="0"/>
        <w:autoSpaceDN w:val="0"/>
        <w:spacing w:after="314" w:line="230" w:lineRule="auto"/>
        <w:rPr>
          <w:rFonts w:ascii="Cambria" w:eastAsia="MS Mincho" w:hAnsi="Cambria" w:cs="Times New Roman"/>
        </w:rPr>
      </w:pPr>
      <w:r>
        <w:rPr>
          <w:rFonts w:ascii="Times New Roman" w:eastAsia="Times New Roman" w:hAnsi="Times New Roman" w:cs="Times New Roman"/>
          <w:b/>
          <w:color w:val="000000"/>
          <w:w w:val="98"/>
          <w:sz w:val="24"/>
        </w:rPr>
        <w:t>2 класс</w:t>
      </w:r>
    </w:p>
    <w:tbl>
      <w:tblPr>
        <w:tblW w:w="0" w:type="auto"/>
        <w:tblInd w:w="5" w:type="dxa"/>
        <w:tblLayout w:type="fixed"/>
        <w:tblLook w:val="04A0" w:firstRow="1" w:lastRow="0" w:firstColumn="1" w:lastColumn="0" w:noHBand="0" w:noVBand="1"/>
      </w:tblPr>
      <w:tblGrid>
        <w:gridCol w:w="496"/>
        <w:gridCol w:w="3530"/>
        <w:gridCol w:w="720"/>
        <w:gridCol w:w="1594"/>
        <w:gridCol w:w="1642"/>
        <w:gridCol w:w="1216"/>
        <w:gridCol w:w="1452"/>
      </w:tblGrid>
      <w:tr w:rsidR="009F31CE" w:rsidRPr="009F31CE" w:rsidTr="009F31CE">
        <w:trPr>
          <w:trHeight w:hRule="exact" w:val="484"/>
        </w:trPr>
        <w:tc>
          <w:tcPr>
            <w:tcW w:w="4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Pr>
                <w:rFonts w:ascii="Cambria" w:eastAsia="MS Mincho" w:hAnsi="Cambria" w:cs="Times New Roman"/>
              </w:rPr>
            </w:pPr>
            <w:r w:rsidRPr="009F31CE">
              <w:rPr>
                <w:rFonts w:ascii="Times New Roman" w:eastAsia="Times New Roman" w:hAnsi="Times New Roman" w:cs="Times New Roman"/>
                <w:b/>
                <w:color w:val="000000"/>
                <w:w w:val="98"/>
                <w:sz w:val="24"/>
              </w:rPr>
              <w:t>№</w:t>
            </w:r>
            <w:r w:rsidRPr="009F31CE">
              <w:rPr>
                <w:rFonts w:ascii="Cambria" w:eastAsia="MS Mincho" w:hAnsi="Cambria" w:cs="Times New Roman"/>
              </w:rPr>
              <w:br/>
            </w:r>
            <w:r w:rsidRPr="009F31CE">
              <w:rPr>
                <w:rFonts w:ascii="Times New Roman" w:eastAsia="Times New Roman" w:hAnsi="Times New Roman" w:cs="Times New Roman"/>
                <w:b/>
                <w:color w:val="000000"/>
                <w:w w:val="98"/>
                <w:sz w:val="24"/>
              </w:rPr>
              <w:t>п/п</w:t>
            </w:r>
          </w:p>
        </w:tc>
        <w:tc>
          <w:tcPr>
            <w:tcW w:w="353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2"/>
              <w:rPr>
                <w:rFonts w:ascii="Times New Roman" w:eastAsia="Times New Roman" w:hAnsi="Times New Roman" w:cs="Times New Roman"/>
                <w:b/>
                <w:color w:val="000000"/>
                <w:sz w:val="24"/>
              </w:rPr>
            </w:pPr>
            <w:r w:rsidRPr="009F31CE">
              <w:rPr>
                <w:rFonts w:ascii="Times New Roman" w:eastAsia="Times New Roman" w:hAnsi="Times New Roman" w:cs="Times New Roman"/>
                <w:b/>
                <w:color w:val="000000"/>
                <w:sz w:val="24"/>
              </w:rPr>
              <w:t>Изучаемый</w:t>
            </w:r>
          </w:p>
          <w:p w:rsidR="009F31CE" w:rsidRPr="009F31CE" w:rsidRDefault="009F31CE" w:rsidP="009F31CE">
            <w:pPr>
              <w:autoSpaceDE w:val="0"/>
              <w:autoSpaceDN w:val="0"/>
              <w:spacing w:before="98" w:after="0" w:line="230" w:lineRule="auto"/>
              <w:ind w:left="72"/>
              <w:rPr>
                <w:rFonts w:ascii="Times New Roman" w:eastAsia="Times New Roman" w:hAnsi="Times New Roman" w:cs="Times New Roman"/>
                <w:b/>
                <w:color w:val="000000"/>
                <w:sz w:val="24"/>
              </w:rPr>
            </w:pPr>
            <w:r w:rsidRPr="009F31CE">
              <w:rPr>
                <w:rFonts w:ascii="Times New Roman" w:eastAsia="Times New Roman" w:hAnsi="Times New Roman" w:cs="Times New Roman"/>
                <w:b/>
                <w:color w:val="000000"/>
                <w:sz w:val="24"/>
              </w:rPr>
              <w:t>раздел/</w:t>
            </w:r>
          </w:p>
          <w:p w:rsidR="009F31CE" w:rsidRPr="009F31CE" w:rsidRDefault="009F31CE" w:rsidP="009F31CE">
            <w:pPr>
              <w:autoSpaceDE w:val="0"/>
              <w:autoSpaceDN w:val="0"/>
              <w:spacing w:before="96" w:after="0" w:line="230" w:lineRule="auto"/>
              <w:ind w:left="70"/>
              <w:rPr>
                <w:rFonts w:ascii="Cambria" w:eastAsia="MS Mincho" w:hAnsi="Cambria" w:cs="Times New Roman"/>
              </w:rPr>
            </w:pPr>
            <w:r w:rsidRPr="009F31CE">
              <w:rPr>
                <w:rFonts w:ascii="Times New Roman" w:eastAsia="Times New Roman" w:hAnsi="Times New Roman" w:cs="Times New Roman"/>
                <w:bCs/>
                <w:color w:val="000000"/>
                <w:sz w:val="24"/>
              </w:rPr>
              <w:t>Т</w:t>
            </w:r>
            <w:proofErr w:type="spellStart"/>
            <w:r w:rsidRPr="009F31CE">
              <w:rPr>
                <w:rFonts w:ascii="Times New Roman" w:eastAsia="Times New Roman" w:hAnsi="Times New Roman" w:cs="Times New Roman"/>
                <w:bCs/>
                <w:color w:val="000000"/>
                <w:sz w:val="24"/>
                <w:lang w:val="en-US"/>
              </w:rPr>
              <w:t>ема</w:t>
            </w:r>
            <w:proofErr w:type="spellEnd"/>
            <w:r w:rsidRPr="009F31CE">
              <w:rPr>
                <w:rFonts w:ascii="Times New Roman" w:eastAsia="Times New Roman" w:hAnsi="Times New Roman" w:cs="Times New Roman"/>
                <w:bCs/>
                <w:color w:val="000000"/>
                <w:sz w:val="24"/>
                <w:lang w:val="en-US"/>
              </w:rPr>
              <w:t xml:space="preserve"> </w:t>
            </w:r>
            <w:proofErr w:type="spellStart"/>
            <w:r w:rsidRPr="009F31CE">
              <w:rPr>
                <w:rFonts w:ascii="Times New Roman" w:eastAsia="Times New Roman" w:hAnsi="Times New Roman" w:cs="Times New Roman"/>
                <w:bCs/>
                <w:color w:val="000000"/>
                <w:sz w:val="24"/>
                <w:lang w:val="en-US"/>
              </w:rPr>
              <w:t>урока</w:t>
            </w:r>
            <w:proofErr w:type="spellEnd"/>
          </w:p>
        </w:tc>
        <w:tc>
          <w:tcPr>
            <w:tcW w:w="395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Количество часов</w:t>
            </w:r>
          </w:p>
        </w:tc>
        <w:tc>
          <w:tcPr>
            <w:tcW w:w="1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proofErr w:type="spellStart"/>
            <w:r w:rsidRPr="009F31CE">
              <w:rPr>
                <w:rFonts w:ascii="Times New Roman" w:eastAsia="Times New Roman" w:hAnsi="Times New Roman" w:cs="Times New Roman"/>
                <w:b/>
                <w:color w:val="000000"/>
                <w:sz w:val="24"/>
                <w:lang w:val="en-US"/>
              </w:rPr>
              <w:t>Дата</w:t>
            </w:r>
            <w:proofErr w:type="spellEnd"/>
            <w:r w:rsidRPr="009F31CE">
              <w:rPr>
                <w:rFonts w:ascii="Times New Roman" w:eastAsia="Times New Roman" w:hAnsi="Times New Roman" w:cs="Times New Roman"/>
                <w:b/>
                <w:color w:val="000000"/>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b/>
                <w:color w:val="000000"/>
                <w:sz w:val="24"/>
                <w:lang w:val="en-US"/>
              </w:rPr>
              <w:t>изучения</w:t>
            </w:r>
            <w:proofErr w:type="spellEnd"/>
            <w:r w:rsidRPr="009F31CE">
              <w:rPr>
                <w:rFonts w:ascii="Times New Roman" w:eastAsia="Times New Roman" w:hAnsi="Times New Roman" w:cs="Times New Roman"/>
                <w:b/>
                <w:color w:val="000000"/>
                <w:sz w:val="24"/>
              </w:rPr>
              <w:t>/Воспитательный потенциал</w:t>
            </w:r>
          </w:p>
        </w:tc>
        <w:tc>
          <w:tcPr>
            <w:tcW w:w="14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2" w:right="288"/>
              <w:rPr>
                <w:rFonts w:ascii="Cambria" w:eastAsia="MS Mincho" w:hAnsi="Cambria" w:cs="Times New Roman"/>
              </w:rPr>
            </w:pPr>
            <w:r w:rsidRPr="009F31CE">
              <w:rPr>
                <w:rFonts w:ascii="Times New Roman" w:eastAsia="Times New Roman" w:hAnsi="Times New Roman" w:cs="Times New Roman"/>
                <w:b/>
                <w:color w:val="000000"/>
                <w:w w:val="98"/>
                <w:sz w:val="24"/>
              </w:rPr>
              <w:t xml:space="preserve">Виды, </w:t>
            </w:r>
            <w:r w:rsidRPr="009F31CE">
              <w:rPr>
                <w:rFonts w:ascii="Cambria" w:eastAsia="MS Mincho" w:hAnsi="Cambria" w:cs="Times New Roman"/>
              </w:rPr>
              <w:br/>
            </w:r>
            <w:r w:rsidRPr="009F31CE">
              <w:rPr>
                <w:rFonts w:ascii="Times New Roman" w:eastAsia="Times New Roman" w:hAnsi="Times New Roman" w:cs="Times New Roman"/>
                <w:b/>
                <w:color w:val="000000"/>
                <w:w w:val="98"/>
                <w:sz w:val="24"/>
              </w:rPr>
              <w:t xml:space="preserve">формы </w:t>
            </w:r>
            <w:r w:rsidRPr="009F31CE">
              <w:rPr>
                <w:rFonts w:ascii="Cambria" w:eastAsia="MS Mincho" w:hAnsi="Cambria" w:cs="Times New Roman"/>
              </w:rPr>
              <w:br/>
            </w:r>
            <w:r w:rsidRPr="009F31CE">
              <w:rPr>
                <w:rFonts w:ascii="Times New Roman" w:eastAsia="Times New Roman" w:hAnsi="Times New Roman" w:cs="Times New Roman"/>
                <w:b/>
                <w:color w:val="000000"/>
                <w:w w:val="98"/>
                <w:sz w:val="24"/>
              </w:rPr>
              <w:t>контроля</w:t>
            </w:r>
          </w:p>
        </w:tc>
      </w:tr>
      <w:tr w:rsidR="009F31CE" w:rsidRPr="009F31CE" w:rsidTr="009F31CE">
        <w:trPr>
          <w:trHeight w:hRule="exact" w:val="1555"/>
        </w:trPr>
        <w:tc>
          <w:tcPr>
            <w:tcW w:w="49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rPr>
            </w:pPr>
          </w:p>
        </w:tc>
        <w:tc>
          <w:tcPr>
            <w:tcW w:w="3530"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rPr>
            </w:pP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всего </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контрольные работы</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практические работы</w:t>
            </w:r>
          </w:p>
        </w:tc>
        <w:tc>
          <w:tcPr>
            <w:tcW w:w="1216"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rPr>
            </w:pPr>
          </w:p>
        </w:tc>
        <w:tc>
          <w:tcPr>
            <w:tcW w:w="1452" w:type="dxa"/>
            <w:vMerge/>
            <w:tcBorders>
              <w:top w:val="single" w:sz="4" w:space="0" w:color="000000"/>
              <w:left w:val="single" w:sz="4" w:space="0" w:color="000000"/>
              <w:bottom w:val="single" w:sz="4" w:space="0" w:color="000000"/>
              <w:right w:val="single" w:sz="4" w:space="0" w:color="000000"/>
            </w:tcBorders>
          </w:tcPr>
          <w:p w:rsidR="009F31CE" w:rsidRPr="009F31CE" w:rsidRDefault="009F31CE" w:rsidP="009F31CE">
            <w:pPr>
              <w:spacing w:after="200" w:line="276" w:lineRule="auto"/>
              <w:rPr>
                <w:rFonts w:ascii="Cambria" w:eastAsia="MS Mincho" w:hAnsi="Cambria" w:cs="Times New Roman"/>
              </w:rPr>
            </w:pP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rPr>
              <w:t>1</w:t>
            </w:r>
            <w:r w:rsidRPr="009F31CE">
              <w:rPr>
                <w:rFonts w:ascii="Times New Roman" w:eastAsia="Times New Roman" w:hAnsi="Times New Roman" w:cs="Times New Roman"/>
                <w:color w:val="000000"/>
                <w:w w:val="98"/>
                <w:sz w:val="24"/>
                <w:lang w:val="en-US"/>
              </w:rPr>
              <w:t>.</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1" w:lineRule="auto"/>
              <w:ind w:left="70" w:right="576"/>
              <w:rPr>
                <w:rFonts w:ascii="Cambria" w:eastAsia="MS Mincho" w:hAnsi="Cambria" w:cs="Times New Roman"/>
              </w:rPr>
            </w:pPr>
            <w:r w:rsidRPr="009F31CE">
              <w:rPr>
                <w:rFonts w:ascii="Times New Roman" w:eastAsia="Times New Roman" w:hAnsi="Times New Roman" w:cs="Times New Roman"/>
                <w:b/>
                <w:color w:val="000000"/>
                <w:w w:val="98"/>
                <w:sz w:val="24"/>
              </w:rPr>
              <w:t>Русский язык: прошлое и настоящее/</w:t>
            </w:r>
            <w:r w:rsidRPr="009F31CE">
              <w:rPr>
                <w:rFonts w:ascii="Times New Roman" w:eastAsia="Times New Roman" w:hAnsi="Times New Roman" w:cs="Times New Roman"/>
                <w:color w:val="000000"/>
                <w:w w:val="98"/>
                <w:sz w:val="24"/>
              </w:rPr>
              <w:t xml:space="preserve"> Что и как могут рассказать слова об одежде.</w:t>
            </w:r>
          </w:p>
          <w:p w:rsidR="009F31CE" w:rsidRPr="009F31CE" w:rsidRDefault="009F31CE" w:rsidP="009F31CE">
            <w:pPr>
              <w:autoSpaceDE w:val="0"/>
              <w:autoSpaceDN w:val="0"/>
              <w:spacing w:before="68" w:after="0" w:line="276" w:lineRule="auto"/>
              <w:ind w:left="70" w:right="576"/>
              <w:rPr>
                <w:rFonts w:ascii="Cambria" w:eastAsia="MS Mincho" w:hAnsi="Cambria" w:cs="Times New Roman"/>
              </w:rPr>
            </w:pPr>
            <w:r w:rsidRPr="009F31CE">
              <w:rPr>
                <w:rFonts w:ascii="Times New Roman" w:eastAsia="Times New Roman" w:hAnsi="Times New Roman" w:cs="Times New Roman"/>
                <w:color w:val="000000"/>
                <w:w w:val="98"/>
                <w:sz w:val="24"/>
              </w:rPr>
              <w:t xml:space="preserve">Лексические единицы с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национально-культурной семантикой, обозначающие одежду.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одежда.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710"/>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720"/>
              <w:rPr>
                <w:rFonts w:ascii="Cambria" w:eastAsia="MS Mincho" w:hAnsi="Cambria" w:cs="Times New Roman"/>
              </w:rPr>
            </w:pPr>
            <w:r w:rsidRPr="009F31CE">
              <w:rPr>
                <w:rFonts w:ascii="Times New Roman" w:eastAsia="Times New Roman" w:hAnsi="Times New Roman" w:cs="Times New Roman"/>
                <w:b/>
                <w:color w:val="000000"/>
                <w:w w:val="98"/>
                <w:sz w:val="24"/>
              </w:rPr>
              <w:t>Русский язык: прошлое и настоящее</w:t>
            </w:r>
            <w:r w:rsidRPr="009F31CE">
              <w:rPr>
                <w:rFonts w:ascii="Times New Roman" w:eastAsia="Times New Roman" w:hAnsi="Times New Roman" w:cs="Times New Roman"/>
                <w:color w:val="000000"/>
                <w:w w:val="98"/>
                <w:sz w:val="24"/>
              </w:rPr>
              <w:t>/Что и как могут рассказать слова о еде.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sz w:val="24"/>
                <w:szCs w:val="24"/>
                <w:lang w:val="en-US"/>
              </w:rPr>
            </w:pPr>
            <w:r w:rsidRPr="009F31CE">
              <w:rPr>
                <w:rFonts w:ascii="Times New Roman" w:eastAsia="Times New Roman" w:hAnsi="Times New Roman" w:cs="Times New Roman"/>
                <w:color w:val="000000"/>
                <w:w w:val="98"/>
                <w:sz w:val="24"/>
                <w:szCs w:val="24"/>
              </w:rPr>
              <w:t>М</w:t>
            </w:r>
            <w:r w:rsidRPr="009F31CE">
              <w:rPr>
                <w:rFonts w:ascii="Times New Roman" w:eastAsia="Calibri" w:hAnsi="Times New Roman" w:cs="Times New Roman"/>
                <w:sz w:val="24"/>
                <w:szCs w:val="24"/>
              </w:rPr>
              <w:t>еждународный день распространения грамотности</w:t>
            </w: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/Лексические единицы с национально-культурной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семантикой, обозначающие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предметы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русского быта: русская кухня.</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Слова, называющие домашнюю утварь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(например, ухват, ушат, ступа, плошка, крынка, ковш, решето.)</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94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0" w:right="288"/>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/Слова, называющие орудия труда (например,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веретено, серп, коса, плуг)</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 Слова, называющие то, что ели в старину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(например, тюря, полба, каша, щи, похлёбка, бублик, ватрушка, калач, коврижки): какие из них сохранились до нашего времени.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 Слова, называющие то, что ели в старину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(например, тюря, полба, каша, щи, похлёбка, бублик, ватрушка, калач, коврижки): какие из них сохранились до нашего времени.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79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2"/>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6"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 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(например, каши не сваришь, ни за какие коврижки).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3"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детские игры, забавы.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0" w:right="720"/>
              <w:rPr>
                <w:rFonts w:ascii="Cambria" w:eastAsia="MS Mincho" w:hAnsi="Cambria" w:cs="Times New Roman"/>
              </w:rPr>
            </w:pPr>
            <w:r w:rsidRPr="009F31CE">
              <w:rPr>
                <w:rFonts w:ascii="Times New Roman" w:eastAsia="Times New Roman" w:hAnsi="Times New Roman" w:cs="Times New Roman"/>
                <w:b/>
                <w:color w:val="000000"/>
                <w:w w:val="98"/>
                <w:sz w:val="24"/>
              </w:rPr>
              <w:t>Русский язык: прошлое и настоящее/</w:t>
            </w:r>
            <w:r w:rsidRPr="009F31CE">
              <w:rPr>
                <w:rFonts w:ascii="Times New Roman" w:eastAsia="Times New Roman" w:hAnsi="Times New Roman" w:cs="Times New Roman"/>
                <w:color w:val="000000"/>
                <w:w w:val="98"/>
                <w:sz w:val="24"/>
              </w:rPr>
              <w:t xml:space="preserve">Что и как могут рассказать слова о детских забавах.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4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Лексические единицы с национально-культурной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семантикой, обозначающие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предметы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русского быта: детские забавы, игры и игрушки.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79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6"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Лексические единицы с национально-культурной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семантикой, называющие игры, забавы, игрушки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(например, городки, салочки,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салазки, санки, волчок,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свистулька).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возникновение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которых связано с предметами и явлениями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русского быта: детские игры,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забавы.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15.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детские игры, забавы.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Pr>
                <w:rFonts w:ascii="Cambria" w:eastAsia="MS Mincho" w:hAnsi="Cambria" w:cs="Times New Roman"/>
                <w:lang w:val="en-US"/>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Лексические единицы с национально-культурной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семантикой, обозначающие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предметы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русского быта: слова,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называющие домашнюю </w:t>
            </w:r>
            <w:proofErr w:type="spellStart"/>
            <w:r w:rsidRPr="009F31CE">
              <w:rPr>
                <w:rFonts w:ascii="Times New Roman" w:eastAsia="Times New Roman" w:hAnsi="Times New Roman" w:cs="Times New Roman"/>
                <w:color w:val="000000"/>
                <w:w w:val="98"/>
                <w:sz w:val="24"/>
                <w:lang w:val="en-US"/>
              </w:rPr>
              <w:t>утварь</w:t>
            </w:r>
            <w:proofErr w:type="spellEnd"/>
            <w:r w:rsidRPr="009F31CE">
              <w:rPr>
                <w:rFonts w:ascii="Times New Roman" w:eastAsia="Times New Roman" w:hAnsi="Times New Roman" w:cs="Times New Roman"/>
                <w:color w:val="000000"/>
                <w:w w:val="98"/>
                <w:sz w:val="24"/>
                <w:lang w:val="en-US"/>
              </w:rPr>
              <w:t xml:space="preserve">.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Слова, называющие домашнюю утварь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(например, ухват, ушат, ступа, плошка, крынка, ковш, решето).</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Слова, называющие домашнюю утварь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(например, ухват, ушат, ступа, плошка, крынка, ковш, решето).</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1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возникновение,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которых связано с предметами и явлениями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русского быта: домашняя утварь.</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домашняя утварь.</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3"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Лексические единицы с национально-культурной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семантикой, обозначающие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предметы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русского быта: слова, связанные с традицией русского чаепития.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46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22.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3"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/Пословицы,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поговорки, возникновение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которых связано с предметами и явлениями традиционного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русского быта: традиция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чаепития.</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ight="144"/>
              <w:rPr>
                <w:rFonts w:ascii="Cambria" w:eastAsia="MS Mincho" w:hAnsi="Cambria" w:cs="Times New Roman"/>
              </w:rPr>
            </w:pPr>
            <w:r w:rsidRPr="009F31CE">
              <w:rPr>
                <w:rFonts w:ascii="Times New Roman" w:eastAsia="Times New Roman" w:hAnsi="Times New Roman" w:cs="Times New Roman"/>
                <w:color w:val="000000"/>
                <w:w w:val="98"/>
                <w:sz w:val="24"/>
              </w:rPr>
              <w:t xml:space="preserve">Русский язык: прошлое 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настоящее/Фразеологизмы,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возникновение которых связано с предметами и явлениями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традиционного русского быта: традиция чаепития.</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3460"/>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6" w:lineRule="auto"/>
              <w:ind w:left="70" w:right="144"/>
              <w:rPr>
                <w:rFonts w:ascii="Cambria" w:eastAsia="MS Mincho" w:hAnsi="Cambria" w:cs="Times New Roman"/>
                <w:lang w:val="en-US"/>
              </w:rPr>
            </w:pPr>
            <w:r w:rsidRPr="009F31CE">
              <w:rPr>
                <w:rFonts w:ascii="Times New Roman" w:eastAsia="Times New Roman" w:hAnsi="Times New Roman" w:cs="Times New Roman"/>
                <w:b/>
                <w:color w:val="000000"/>
                <w:w w:val="98"/>
                <w:sz w:val="24"/>
              </w:rPr>
              <w:t xml:space="preserve">Русский язык: прошлое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настоящее</w:t>
            </w:r>
            <w:r w:rsidRPr="009F31CE">
              <w:rPr>
                <w:rFonts w:ascii="Times New Roman" w:eastAsia="Times New Roman" w:hAnsi="Times New Roman" w:cs="Times New Roman"/>
                <w:color w:val="000000"/>
                <w:w w:val="98"/>
                <w:sz w:val="24"/>
              </w:rPr>
              <w:t xml:space="preserve">/Сравнение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фразеологизмов, имеющих 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разных языках общий смысл, но различную образную форму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(например, ехать в Тулу со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своим самоваром (рус.); ехать в лес с дровами (тат.)). </w:t>
            </w:r>
            <w:proofErr w:type="spellStart"/>
            <w:r w:rsidRPr="009F31CE">
              <w:rPr>
                <w:rFonts w:ascii="Times New Roman" w:eastAsia="Times New Roman" w:hAnsi="Times New Roman" w:cs="Times New Roman"/>
                <w:color w:val="000000"/>
                <w:w w:val="98"/>
                <w:sz w:val="24"/>
                <w:lang w:val="en-US"/>
              </w:rPr>
              <w:t>Проектное</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задание</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Словарь</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Почему</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это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так</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называется</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color w:val="000000"/>
                <w:w w:val="98"/>
                <w:sz w:val="24"/>
              </w:rPr>
              <w:t>Проверочная работа№1</w:t>
            </w:r>
            <w:r w:rsidRPr="009F31CE">
              <w:rPr>
                <w:rFonts w:ascii="Times New Roman" w:eastAsia="Times New Roman" w:hAnsi="Times New Roman" w:cs="Times New Roman"/>
                <w:b/>
                <w:color w:val="000000"/>
                <w:w w:val="98"/>
                <w:sz w:val="24"/>
              </w:rPr>
              <w:t xml:space="preserve"> </w:t>
            </w:r>
            <w:r w:rsidRPr="009F31CE">
              <w:rPr>
                <w:rFonts w:ascii="Times New Roman" w:eastAsia="Times New Roman" w:hAnsi="Times New Roman" w:cs="Times New Roman"/>
                <w:color w:val="000000"/>
                <w:w w:val="98"/>
                <w:sz w:val="24"/>
              </w:rPr>
              <w:t>по разделу</w:t>
            </w:r>
            <w:r w:rsidRPr="009F31CE">
              <w:rPr>
                <w:rFonts w:ascii="Times New Roman" w:eastAsia="Times New Roman" w:hAnsi="Times New Roman" w:cs="Times New Roman"/>
                <w:b/>
                <w:color w:val="000000"/>
                <w:w w:val="98"/>
                <w:sz w:val="24"/>
              </w:rPr>
              <w:t xml:space="preserve"> «</w:t>
            </w:r>
            <w:r w:rsidRPr="009F31CE">
              <w:rPr>
                <w:rFonts w:ascii="Times New Roman" w:eastAsia="Times New Roman" w:hAnsi="Times New Roman" w:cs="Times New Roman"/>
                <w:color w:val="000000"/>
                <w:w w:val="98"/>
                <w:sz w:val="24"/>
              </w:rPr>
              <w:t>Русский язык: прошлое и настоящее»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5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6" w:lineRule="auto"/>
              <w:ind w:left="70" w:right="432"/>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Пропедевтическая работа по предупреждению ошибок в произношении слов в речи.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 xml:space="preserve">Язык в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действии</w:t>
            </w:r>
            <w:r w:rsidRPr="009F31CE">
              <w:rPr>
                <w:rFonts w:ascii="Times New Roman" w:eastAsia="Times New Roman" w:hAnsi="Times New Roman" w:cs="Times New Roman"/>
                <w:color w:val="000000"/>
                <w:w w:val="98"/>
                <w:sz w:val="24"/>
              </w:rPr>
              <w:t xml:space="preserve">/Смыслоразличительная роль ударения. Наблюдение за изменением места ударения 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поэтическом </w:t>
            </w:r>
            <w:proofErr w:type="spellStart"/>
            <w:r w:rsidRPr="009F31CE">
              <w:rPr>
                <w:rFonts w:ascii="Times New Roman" w:eastAsia="Times New Roman" w:hAnsi="Times New Roman" w:cs="Times New Roman"/>
                <w:color w:val="000000"/>
                <w:w w:val="98"/>
                <w:sz w:val="24"/>
              </w:rPr>
              <w:t>тексте.Работа</w:t>
            </w:r>
            <w:proofErr w:type="spellEnd"/>
            <w:r w:rsidRPr="009F31CE">
              <w:rPr>
                <w:rFonts w:ascii="Times New Roman" w:eastAsia="Times New Roman" w:hAnsi="Times New Roman" w:cs="Times New Roman"/>
                <w:color w:val="000000"/>
                <w:w w:val="98"/>
                <w:sz w:val="24"/>
              </w:rPr>
              <w:t xml:space="preserve"> со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словарем ударений.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 Слушаем 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учимся читать фрагменты стихов и сказок, в которых есть слова с необычным произношением и ударением.</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29.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1" w:lineRule="auto"/>
              <w:ind w:left="70" w:right="288"/>
              <w:rPr>
                <w:rFonts w:ascii="Cambria" w:eastAsia="MS Mincho" w:hAnsi="Cambria" w:cs="Times New Roman"/>
                <w:lang w:val="en-US"/>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/Синонимы и антонимы. </w:t>
            </w:r>
            <w:proofErr w:type="spellStart"/>
            <w:r w:rsidRPr="009F31CE">
              <w:rPr>
                <w:rFonts w:ascii="Times New Roman" w:eastAsia="Times New Roman" w:hAnsi="Times New Roman" w:cs="Times New Roman"/>
                <w:color w:val="000000"/>
                <w:w w:val="98"/>
                <w:sz w:val="24"/>
                <w:lang w:val="en-US"/>
              </w:rPr>
              <w:t>Для</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чего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нужны</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синонимы</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30.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288"/>
              <w:rPr>
                <w:rFonts w:ascii="Cambria" w:eastAsia="MS Mincho" w:hAnsi="Cambria" w:cs="Times New Roman"/>
                <w:lang w:val="en-US"/>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/Синонимы и антонимы. </w:t>
            </w:r>
            <w:proofErr w:type="spellStart"/>
            <w:r w:rsidRPr="009F31CE">
              <w:rPr>
                <w:rFonts w:ascii="Times New Roman" w:eastAsia="Times New Roman" w:hAnsi="Times New Roman" w:cs="Times New Roman"/>
                <w:color w:val="000000"/>
                <w:w w:val="98"/>
                <w:sz w:val="24"/>
                <w:lang w:val="en-US"/>
              </w:rPr>
              <w:t>Для</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чего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нужны</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синонимы</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/Практическая работа "Синонимы и антонимы"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288"/>
              <w:rPr>
                <w:rFonts w:ascii="Cambria" w:eastAsia="MS Mincho" w:hAnsi="Cambria" w:cs="Times New Roman"/>
                <w:lang w:val="en-US"/>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/Синонимы и антонимы. </w:t>
            </w:r>
            <w:proofErr w:type="spellStart"/>
            <w:r w:rsidRPr="009F31CE">
              <w:rPr>
                <w:rFonts w:ascii="Times New Roman" w:eastAsia="Times New Roman" w:hAnsi="Times New Roman" w:cs="Times New Roman"/>
                <w:color w:val="000000"/>
                <w:w w:val="98"/>
                <w:sz w:val="24"/>
                <w:lang w:val="en-US"/>
              </w:rPr>
              <w:t>Для</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чего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нужны</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антонимы</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288"/>
              <w:rPr>
                <w:rFonts w:ascii="Cambria" w:eastAsia="MS Mincho" w:hAnsi="Cambria" w:cs="Times New Roman"/>
                <w:lang w:val="en-US"/>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/Синонимы и антонимы. </w:t>
            </w:r>
            <w:proofErr w:type="spellStart"/>
            <w:r w:rsidRPr="009F31CE">
              <w:rPr>
                <w:rFonts w:ascii="Times New Roman" w:eastAsia="Times New Roman" w:hAnsi="Times New Roman" w:cs="Times New Roman"/>
                <w:color w:val="000000"/>
                <w:w w:val="98"/>
                <w:sz w:val="24"/>
                <w:lang w:val="en-US"/>
              </w:rPr>
              <w:t>Для</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чего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нужны</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антонимы</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/Происхождение пословиц.</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1" w:lineRule="auto"/>
              <w:ind w:left="70" w:right="720"/>
              <w:rPr>
                <w:rFonts w:ascii="Cambria" w:eastAsia="MS Mincho" w:hAnsi="Cambria" w:cs="Times New Roman"/>
              </w:rPr>
            </w:pPr>
            <w:r w:rsidRPr="009F31CE">
              <w:rPr>
                <w:rFonts w:ascii="Times New Roman" w:eastAsia="Times New Roman" w:hAnsi="Times New Roman" w:cs="Times New Roman"/>
                <w:b/>
                <w:color w:val="000000"/>
                <w:w w:val="98"/>
                <w:sz w:val="24"/>
              </w:rPr>
              <w:t xml:space="preserve">Язык в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действии</w:t>
            </w:r>
            <w:r w:rsidRPr="009F31CE">
              <w:rPr>
                <w:rFonts w:ascii="Times New Roman" w:eastAsia="Times New Roman" w:hAnsi="Times New Roman" w:cs="Times New Roman"/>
                <w:color w:val="000000"/>
                <w:w w:val="98"/>
                <w:sz w:val="24"/>
              </w:rPr>
              <w:t>/Происхождение фразеологизмов.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5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/Как появились пословицы и фразеологизмы?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097"/>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Как появились пословицы и фразеологизмы?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70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/История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происхождения фразеологизмов на основе материалов рубрики «Из истории языка и культуры».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 xml:space="preserve">/История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происхождения фразеологизмов на основе материалов рубрики «Из истории языка и культуры»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07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/Разные способы толкования значения слов.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32"/>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41.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/Разные способы толкования значения слов.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/Наблюдение за сочетаемостью слов.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81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/Наблюдение за сочетаемостью слов.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079"/>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432"/>
              <w:rPr>
                <w:rFonts w:ascii="Cambria" w:eastAsia="MS Mincho" w:hAnsi="Cambria" w:cs="Times New Roman"/>
              </w:rPr>
            </w:pPr>
            <w:r w:rsidRPr="009F31CE">
              <w:rPr>
                <w:rFonts w:ascii="Times New Roman" w:eastAsia="Times New Roman" w:hAnsi="Times New Roman" w:cs="Times New Roman"/>
                <w:color w:val="000000"/>
                <w:w w:val="98"/>
                <w:sz w:val="24"/>
              </w:rPr>
              <w:t xml:space="preserve"> </w:t>
            </w: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/Как можно объяснить значение слова?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 xml:space="preserve">16.02.2023 </w:t>
            </w: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310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Учимся читать стихи.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Times New Roman" w:eastAsia="Times New Roman" w:hAnsi="Times New Roman" w:cs="Times New Roman"/>
                <w:color w:val="000000"/>
                <w:w w:val="98"/>
                <w:sz w:val="24"/>
              </w:rPr>
            </w:pPr>
          </w:p>
          <w:p w:rsidR="009F31CE" w:rsidRPr="009F31CE" w:rsidRDefault="009F31CE" w:rsidP="009F31CE">
            <w:pPr>
              <w:autoSpaceDE w:val="0"/>
              <w:autoSpaceDN w:val="0"/>
              <w:spacing w:before="96" w:after="0" w:line="230" w:lineRule="auto"/>
              <w:ind w:left="70"/>
              <w:rPr>
                <w:rFonts w:ascii="Cambria" w:eastAsia="MS Mincho" w:hAnsi="Cambria" w:cs="Times New Roman"/>
              </w:rPr>
            </w:pPr>
            <w:r w:rsidRPr="009F31CE">
              <w:rPr>
                <w:rFonts w:ascii="Times New Roman" w:eastAsia="Calibri" w:hAnsi="Times New Roman" w:cs="Times New Roman"/>
                <w:sz w:val="24"/>
                <w:szCs w:val="28"/>
              </w:rPr>
              <w:t>Интерактивные уроки родного русского языка к Международному дню родного языка</w:t>
            </w:r>
            <w:r w:rsidRPr="009F31CE">
              <w:rPr>
                <w:rFonts w:ascii="Times New Roman" w:eastAsia="Times New Roman" w:hAnsi="Times New Roman" w:cs="Times New Roman"/>
                <w:color w:val="000000"/>
                <w:w w:val="98"/>
                <w:sz w:val="24"/>
              </w:rPr>
              <w:t xml:space="preserve"> </w:t>
            </w: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81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/Учимся читать сказки.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288"/>
              <w:rPr>
                <w:rFonts w:ascii="Cambria" w:eastAsia="MS Mincho" w:hAnsi="Cambria" w:cs="Times New Roman"/>
              </w:rPr>
            </w:pPr>
            <w:r w:rsidRPr="009F31CE">
              <w:rPr>
                <w:rFonts w:ascii="Times New Roman" w:eastAsia="Times New Roman" w:hAnsi="Times New Roman" w:cs="Times New Roman"/>
                <w:b/>
                <w:color w:val="000000"/>
                <w:w w:val="98"/>
                <w:sz w:val="24"/>
              </w:rPr>
              <w:t xml:space="preserve">Язык в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действии</w:t>
            </w:r>
            <w:r w:rsidRPr="009F31CE">
              <w:rPr>
                <w:rFonts w:ascii="Times New Roman" w:eastAsia="Times New Roman" w:hAnsi="Times New Roman" w:cs="Times New Roman"/>
                <w:color w:val="000000"/>
                <w:w w:val="98"/>
                <w:sz w:val="24"/>
              </w:rPr>
              <w:t>/Совершенствование орфографических навыков.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288"/>
              <w:rPr>
                <w:rFonts w:ascii="Cambria" w:eastAsia="MS Mincho" w:hAnsi="Cambria" w:cs="Times New Roman"/>
              </w:rPr>
            </w:pPr>
            <w:r w:rsidRPr="009F31CE">
              <w:rPr>
                <w:rFonts w:ascii="Times New Roman" w:eastAsia="Times New Roman" w:hAnsi="Times New Roman" w:cs="Times New Roman"/>
                <w:b/>
                <w:color w:val="000000"/>
                <w:w w:val="98"/>
                <w:sz w:val="24"/>
              </w:rPr>
              <w:t xml:space="preserve">Язык в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действии</w:t>
            </w:r>
            <w:r w:rsidRPr="009F31CE">
              <w:rPr>
                <w:rFonts w:ascii="Times New Roman" w:eastAsia="Times New Roman" w:hAnsi="Times New Roman" w:cs="Times New Roman"/>
                <w:color w:val="000000"/>
                <w:w w:val="98"/>
                <w:sz w:val="24"/>
              </w:rPr>
              <w:t>/Совершенствование орфографических навыков.</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49.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Язык в действии</w:t>
            </w:r>
            <w:r w:rsidRPr="009F31CE">
              <w:rPr>
                <w:rFonts w:ascii="Times New Roman" w:eastAsia="Times New Roman" w:hAnsi="Times New Roman" w:cs="Times New Roman"/>
                <w:color w:val="000000"/>
                <w:w w:val="98"/>
                <w:sz w:val="24"/>
              </w:rPr>
              <w:t>/Встречается ли в сказках и  стихах необычное ударение?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82"/>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288"/>
              <w:rPr>
                <w:rFonts w:ascii="Cambria" w:eastAsia="MS Mincho" w:hAnsi="Cambria" w:cs="Times New Roman"/>
              </w:rPr>
            </w:pPr>
            <w:r w:rsidRPr="009F31CE">
              <w:rPr>
                <w:rFonts w:ascii="Times New Roman" w:eastAsia="Times New Roman" w:hAnsi="Times New Roman" w:cs="Times New Roman"/>
                <w:color w:val="000000"/>
                <w:w w:val="98"/>
                <w:sz w:val="24"/>
              </w:rPr>
              <w:t>Проверочная работа №2 по разделу «Язык в действии»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397"/>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Диалог. Приемы общения. Особенности русского речевого этикета.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52.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81" w:lineRule="auto"/>
              <w:ind w:left="70" w:right="288"/>
              <w:rPr>
                <w:rFonts w:ascii="Cambria" w:eastAsia="MS Mincho" w:hAnsi="Cambria" w:cs="Times New Roman"/>
              </w:rPr>
            </w:pPr>
            <w:r w:rsidRPr="009F31CE">
              <w:rPr>
                <w:rFonts w:ascii="Times New Roman" w:eastAsia="Times New Roman" w:hAnsi="Times New Roman" w:cs="Times New Roman"/>
                <w:b/>
                <w:color w:val="000000"/>
                <w:w w:val="98"/>
                <w:sz w:val="24"/>
              </w:rPr>
              <w:t xml:space="preserve">Секреты речи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текста</w:t>
            </w:r>
            <w:r w:rsidRPr="009F31CE">
              <w:rPr>
                <w:rFonts w:ascii="Times New Roman" w:eastAsia="Times New Roman" w:hAnsi="Times New Roman" w:cs="Times New Roman"/>
                <w:color w:val="000000"/>
                <w:w w:val="98"/>
                <w:sz w:val="24"/>
              </w:rPr>
              <w:t xml:space="preserve">/ Устойчивые этикетные выражения в учебно-научной коммуникации: формы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обращения; использование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обращений ты и вы.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4442"/>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Учимся вести диалог. Особенности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русского речевого этикета.</w:t>
            </w:r>
          </w:p>
          <w:p w:rsidR="009F31CE" w:rsidRPr="009F31CE" w:rsidRDefault="009F31CE" w:rsidP="009F31CE">
            <w:pPr>
              <w:autoSpaceDE w:val="0"/>
              <w:autoSpaceDN w:val="0"/>
              <w:spacing w:before="70" w:after="0" w:line="286" w:lineRule="auto"/>
              <w:ind w:left="70" w:right="144"/>
              <w:rPr>
                <w:rFonts w:ascii="Cambria" w:eastAsia="MS Mincho" w:hAnsi="Cambria" w:cs="Times New Roman"/>
              </w:rPr>
            </w:pPr>
            <w:r w:rsidRPr="009F31CE">
              <w:rPr>
                <w:rFonts w:ascii="Times New Roman" w:eastAsia="Times New Roman" w:hAnsi="Times New Roman" w:cs="Times New Roman"/>
                <w:color w:val="000000"/>
                <w:w w:val="98"/>
                <w:sz w:val="24"/>
              </w:rPr>
              <w:t xml:space="preserve">Устойчивые этикетные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выражения в учебно-научной коммуникации: формы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обращения; различение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этикетных форм обращения в официальной и неофициальной речевой ситуации;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использование обращений ты и вы.</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312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6" w:lineRule="auto"/>
              <w:ind w:left="70" w:right="144"/>
              <w:rPr>
                <w:rFonts w:ascii="Cambria" w:eastAsia="MS Mincho" w:hAnsi="Cambria" w:cs="Times New Roman"/>
                <w:lang w:val="en-US"/>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Приемы общения: убеждение,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уговаривание, просьба, похвала и др., сохранение инициативы в диалоге, уклонение от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инициативы, завершение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диалога и др. </w:t>
            </w:r>
            <w:r w:rsidRPr="009F31CE">
              <w:rPr>
                <w:rFonts w:ascii="Times New Roman" w:eastAsia="Times New Roman" w:hAnsi="Times New Roman" w:cs="Times New Roman"/>
                <w:color w:val="000000"/>
                <w:w w:val="98"/>
                <w:sz w:val="24"/>
                <w:lang w:val="en-US"/>
              </w:rPr>
              <w:t>(</w:t>
            </w:r>
            <w:proofErr w:type="spellStart"/>
            <w:r w:rsidRPr="009F31CE">
              <w:rPr>
                <w:rFonts w:ascii="Times New Roman" w:eastAsia="Times New Roman" w:hAnsi="Times New Roman" w:cs="Times New Roman"/>
                <w:color w:val="000000"/>
                <w:w w:val="98"/>
                <w:sz w:val="24"/>
                <w:lang w:val="en-US"/>
              </w:rPr>
              <w:t>например</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как</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правильно</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выразить</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несогласие</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как</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убедить</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товарища</w:t>
            </w:r>
            <w:proofErr w:type="spellEnd"/>
            <w:r w:rsidRPr="009F31CE">
              <w:rPr>
                <w:rFonts w:ascii="Times New Roman" w:eastAsia="Times New Roman" w:hAnsi="Times New Roman" w:cs="Times New Roman"/>
                <w:color w:val="000000"/>
                <w:w w:val="98"/>
                <w:sz w:val="24"/>
                <w:lang w:val="en-US"/>
              </w:rPr>
              <w:t>).</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310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86"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Анализ информации прочитанного 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прослушанного текста: </w:t>
            </w:r>
            <w:r w:rsidRPr="009F31CE">
              <w:rPr>
                <w:rFonts w:ascii="Cambria" w:eastAsia="MS Mincho" w:hAnsi="Cambria" w:cs="Times New Roman"/>
              </w:rPr>
              <w:br/>
            </w:r>
            <w:proofErr w:type="spellStart"/>
            <w:r w:rsidRPr="009F31CE">
              <w:rPr>
                <w:rFonts w:ascii="Times New Roman" w:eastAsia="Times New Roman" w:hAnsi="Times New Roman" w:cs="Times New Roman"/>
                <w:color w:val="000000"/>
                <w:w w:val="98"/>
                <w:sz w:val="24"/>
              </w:rPr>
              <w:t>отличение</w:t>
            </w:r>
            <w:proofErr w:type="spellEnd"/>
            <w:r w:rsidRPr="009F31CE">
              <w:rPr>
                <w:rFonts w:ascii="Times New Roman" w:eastAsia="Times New Roman" w:hAnsi="Times New Roman" w:cs="Times New Roman"/>
                <w:color w:val="000000"/>
                <w:w w:val="98"/>
                <w:sz w:val="24"/>
              </w:rPr>
              <w:t xml:space="preserve"> </w:t>
            </w:r>
            <w:proofErr w:type="spellStart"/>
            <w:r w:rsidRPr="009F31CE">
              <w:rPr>
                <w:rFonts w:ascii="Times New Roman" w:eastAsia="Times New Roman" w:hAnsi="Times New Roman" w:cs="Times New Roman"/>
                <w:color w:val="000000"/>
                <w:w w:val="98"/>
                <w:sz w:val="24"/>
              </w:rPr>
              <w:t>главныых</w:t>
            </w:r>
            <w:proofErr w:type="spellEnd"/>
            <w:r w:rsidRPr="009F31CE">
              <w:rPr>
                <w:rFonts w:ascii="Times New Roman" w:eastAsia="Times New Roman" w:hAnsi="Times New Roman" w:cs="Times New Roman"/>
                <w:color w:val="000000"/>
                <w:w w:val="98"/>
                <w:sz w:val="24"/>
              </w:rPr>
              <w:t xml:space="preserve"> фактов от второстепенных; выделение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наиболее существенных фактов; установление логической связи между фактами.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Создание текста: развернутое толкование значения слова.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2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 xml:space="preserve">Секреты речи и </w:t>
            </w:r>
            <w:r w:rsidRPr="009F31CE">
              <w:rPr>
                <w:rFonts w:ascii="Cambria" w:eastAsia="MS Mincho" w:hAnsi="Cambria" w:cs="Times New Roman"/>
                <w:b/>
              </w:rPr>
              <w:br/>
            </w:r>
            <w:r w:rsidRPr="009F31CE">
              <w:rPr>
                <w:rFonts w:ascii="Times New Roman" w:eastAsia="Times New Roman" w:hAnsi="Times New Roman" w:cs="Times New Roman"/>
                <w:b/>
                <w:color w:val="000000"/>
                <w:w w:val="98"/>
                <w:sz w:val="24"/>
              </w:rPr>
              <w:t>текста</w:t>
            </w:r>
            <w:r w:rsidRPr="009F31CE">
              <w:rPr>
                <w:rFonts w:ascii="Times New Roman" w:eastAsia="Times New Roman" w:hAnsi="Times New Roman" w:cs="Times New Roman"/>
                <w:color w:val="000000"/>
                <w:w w:val="98"/>
                <w:sz w:val="24"/>
              </w:rPr>
              <w:t>/ Составляем развёрнутое толкование значения слова.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bl>
    <w:p w:rsidR="009F31CE" w:rsidRPr="009F31CE" w:rsidRDefault="009F31CE" w:rsidP="009F31CE">
      <w:pPr>
        <w:autoSpaceDE w:val="0"/>
        <w:autoSpaceDN w:val="0"/>
        <w:spacing w:after="0" w:line="14" w:lineRule="exact"/>
        <w:rPr>
          <w:rFonts w:ascii="Cambria" w:eastAsia="MS Mincho" w:hAnsi="Cambria" w:cs="Times New Roman"/>
          <w:lang w:val="en-US"/>
        </w:rPr>
      </w:pPr>
    </w:p>
    <w:p w:rsidR="009F31CE" w:rsidRPr="009F31CE" w:rsidRDefault="009F31CE" w:rsidP="009F31CE">
      <w:pPr>
        <w:spacing w:after="200" w:line="276" w:lineRule="auto"/>
        <w:rPr>
          <w:rFonts w:ascii="Cambria" w:eastAsia="MS Mincho" w:hAnsi="Cambria" w:cs="Times New Roman"/>
          <w:lang w:val="en-US"/>
        </w:rPr>
        <w:sectPr w:rsidR="009F31CE" w:rsidRPr="009F31CE">
          <w:pgSz w:w="11900" w:h="16840"/>
          <w:pgMar w:top="284" w:right="556" w:bottom="320" w:left="664" w:header="720" w:footer="720" w:gutter="0"/>
          <w:cols w:space="720" w:equalWidth="0">
            <w:col w:w="10680" w:space="0"/>
          </w:cols>
          <w:docGrid w:linePitch="360"/>
        </w:sectPr>
      </w:pPr>
    </w:p>
    <w:p w:rsidR="009F31CE" w:rsidRPr="009F31CE" w:rsidRDefault="009F31CE" w:rsidP="009F31C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firstRow="1" w:lastRow="0" w:firstColumn="1" w:lastColumn="0" w:noHBand="0" w:noVBand="1"/>
      </w:tblPr>
      <w:tblGrid>
        <w:gridCol w:w="496"/>
        <w:gridCol w:w="3530"/>
        <w:gridCol w:w="720"/>
        <w:gridCol w:w="1594"/>
        <w:gridCol w:w="1642"/>
        <w:gridCol w:w="1216"/>
        <w:gridCol w:w="1452"/>
      </w:tblGrid>
      <w:tr w:rsidR="009F31CE" w:rsidRPr="009F31CE" w:rsidTr="009F31CE">
        <w:trPr>
          <w:trHeight w:hRule="exact" w:val="288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Устный ответ как жанр монологической устной учебно-научной речи.</w:t>
            </w:r>
          </w:p>
          <w:p w:rsidR="009F31CE" w:rsidRPr="009F31CE" w:rsidRDefault="009F31CE" w:rsidP="009F31CE">
            <w:pPr>
              <w:autoSpaceDE w:val="0"/>
              <w:autoSpaceDN w:val="0"/>
              <w:spacing w:before="70" w:after="0" w:line="276" w:lineRule="auto"/>
              <w:ind w:left="70" w:right="432"/>
              <w:rPr>
                <w:rFonts w:ascii="Cambria" w:eastAsia="MS Mincho" w:hAnsi="Cambria" w:cs="Times New Roman"/>
              </w:rPr>
            </w:pPr>
            <w:r w:rsidRPr="009F31CE">
              <w:rPr>
                <w:rFonts w:ascii="Times New Roman" w:eastAsia="Times New Roman" w:hAnsi="Times New Roman" w:cs="Times New Roman"/>
                <w:color w:val="000000"/>
                <w:w w:val="98"/>
                <w:sz w:val="24"/>
              </w:rPr>
              <w:t xml:space="preserve">Различные виды ответов: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развернутый ответ, ответ-</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добавление (на практическом уровне).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59.</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432"/>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Связь предложений в тексте.</w:t>
            </w:r>
          </w:p>
          <w:p w:rsidR="009F31CE" w:rsidRPr="009F31CE" w:rsidRDefault="009F31CE" w:rsidP="009F31CE">
            <w:pPr>
              <w:autoSpaceDE w:val="0"/>
              <w:autoSpaceDN w:val="0"/>
              <w:spacing w:before="68" w:after="0" w:line="271" w:lineRule="auto"/>
              <w:ind w:left="70" w:right="288"/>
              <w:rPr>
                <w:rFonts w:ascii="Cambria" w:eastAsia="MS Mincho" w:hAnsi="Cambria" w:cs="Times New Roman"/>
              </w:rPr>
            </w:pPr>
            <w:r w:rsidRPr="009F31CE">
              <w:rPr>
                <w:rFonts w:ascii="Times New Roman" w:eastAsia="Times New Roman" w:hAnsi="Times New Roman" w:cs="Times New Roman"/>
                <w:color w:val="000000"/>
                <w:w w:val="98"/>
                <w:sz w:val="24"/>
              </w:rPr>
              <w:t xml:space="preserve">Практическое овладение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средствами связи: лексический повтор, местоименный повтор.</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60.</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0" w:right="432"/>
              <w:rPr>
                <w:rFonts w:ascii="Cambria" w:eastAsia="MS Mincho" w:hAnsi="Cambria" w:cs="Times New Roman"/>
              </w:rPr>
            </w:pPr>
            <w:r w:rsidRPr="009F31CE">
              <w:rPr>
                <w:rFonts w:ascii="Times New Roman" w:eastAsia="Times New Roman" w:hAnsi="Times New Roman" w:cs="Times New Roman"/>
                <w:color w:val="000000"/>
                <w:w w:val="98"/>
                <w:sz w:val="24"/>
              </w:rPr>
              <w:t>Секреты речи и текста/ Связь предложений в тексте.</w:t>
            </w:r>
          </w:p>
          <w:p w:rsidR="009F31CE" w:rsidRPr="009F31CE" w:rsidRDefault="009F31CE" w:rsidP="009F31CE">
            <w:pPr>
              <w:autoSpaceDE w:val="0"/>
              <w:autoSpaceDN w:val="0"/>
              <w:spacing w:before="70" w:after="0" w:line="271" w:lineRule="auto"/>
              <w:ind w:left="70" w:right="144"/>
              <w:rPr>
                <w:rFonts w:ascii="Cambria" w:eastAsia="MS Mincho" w:hAnsi="Cambria" w:cs="Times New Roman"/>
              </w:rPr>
            </w:pPr>
            <w:r w:rsidRPr="009F31CE">
              <w:rPr>
                <w:rFonts w:ascii="Times New Roman" w:eastAsia="Times New Roman" w:hAnsi="Times New Roman" w:cs="Times New Roman"/>
                <w:color w:val="000000"/>
                <w:w w:val="98"/>
                <w:sz w:val="24"/>
              </w:rPr>
              <w:t xml:space="preserve">Практическое овладение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средствами связи: лексический повтор, местоименный повтор.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61.</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432"/>
              <w:rPr>
                <w:rFonts w:ascii="Cambria" w:eastAsia="MS Mincho" w:hAnsi="Cambria" w:cs="Times New Roman"/>
              </w:rPr>
            </w:pPr>
            <w:r w:rsidRPr="009F31CE">
              <w:rPr>
                <w:rFonts w:ascii="Times New Roman" w:eastAsia="Times New Roman" w:hAnsi="Times New Roman" w:cs="Times New Roman"/>
                <w:color w:val="000000"/>
                <w:w w:val="98"/>
                <w:sz w:val="24"/>
              </w:rPr>
              <w:t xml:space="preserve">Секреты речи и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текста/ Устанавливаем связь предложений в тексте.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34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62.</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Создание текстов инструкций. Создание текстов-повествований: заметки о посещении музеев: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повествование об участии 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народных праздниках.</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2138"/>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63.</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Создание текстов инструкций. Создание текстов-повествований: заметки о посещении музеев: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повествование об участии 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народных праздниках.</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80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64.</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81" w:lineRule="auto"/>
              <w:ind w:left="70"/>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Создание текстов-повествований: заметки о посещении музеев;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 xml:space="preserve">повествование об участии в </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народных праздниках.</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79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65.</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rPr>
            </w:pPr>
            <w:r w:rsidRPr="009F31CE">
              <w:rPr>
                <w:rFonts w:ascii="Times New Roman" w:eastAsia="Times New Roman" w:hAnsi="Times New Roman" w:cs="Times New Roman"/>
                <w:color w:val="000000"/>
                <w:w w:val="98"/>
                <w:sz w:val="24"/>
              </w:rPr>
              <w:t>Проверочная работа №3 по разделу «Секреты речи текста»</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144"/>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lastRenderedPageBreak/>
              <w:t>66.</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Создаём тексты-инструкции тексты-</w:t>
            </w:r>
            <w:r w:rsidRPr="009F31CE">
              <w:rPr>
                <w:rFonts w:ascii="Cambria" w:eastAsia="MS Mincho" w:hAnsi="Cambria" w:cs="Times New Roman"/>
              </w:rPr>
              <w:br/>
            </w:r>
            <w:r w:rsidRPr="009F31CE">
              <w:rPr>
                <w:rFonts w:ascii="Times New Roman" w:eastAsia="Times New Roman" w:hAnsi="Times New Roman" w:cs="Times New Roman"/>
                <w:color w:val="000000"/>
                <w:w w:val="98"/>
                <w:sz w:val="24"/>
              </w:rPr>
              <w:t>повествования</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476"/>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67.</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Устный ответ как жанр монологической устной учебно-научной речи</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100" w:after="0" w:line="276" w:lineRule="auto"/>
              <w:ind w:left="72"/>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 xml:space="preserve">; </w:t>
            </w:r>
            <w:r w:rsidRPr="009F31CE">
              <w:rPr>
                <w:rFonts w:ascii="Cambria" w:eastAsia="MS Mincho" w:hAnsi="Cambria" w:cs="Times New Roman"/>
                <w:lang w:val="en-US"/>
              </w:rPr>
              <w:br/>
            </w:r>
            <w:proofErr w:type="spellStart"/>
            <w:r w:rsidRPr="009F31CE">
              <w:rPr>
                <w:rFonts w:ascii="Times New Roman" w:eastAsia="Times New Roman" w:hAnsi="Times New Roman" w:cs="Times New Roman"/>
                <w:color w:val="000000"/>
                <w:w w:val="98"/>
                <w:sz w:val="24"/>
                <w:lang w:val="en-US"/>
              </w:rPr>
              <w:t>Письменный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контроль</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1625"/>
        </w:trPr>
        <w:tc>
          <w:tcPr>
            <w:tcW w:w="49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jc w:val="center"/>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68.</w:t>
            </w:r>
          </w:p>
        </w:tc>
        <w:tc>
          <w:tcPr>
            <w:tcW w:w="353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71" w:lineRule="auto"/>
              <w:ind w:left="70" w:right="144"/>
              <w:rPr>
                <w:rFonts w:ascii="Cambria" w:eastAsia="MS Mincho" w:hAnsi="Cambria" w:cs="Times New Roman"/>
              </w:rPr>
            </w:pPr>
            <w:r w:rsidRPr="009F31CE">
              <w:rPr>
                <w:rFonts w:ascii="Times New Roman" w:eastAsia="Times New Roman" w:hAnsi="Times New Roman" w:cs="Times New Roman"/>
                <w:b/>
                <w:color w:val="000000"/>
                <w:w w:val="98"/>
                <w:sz w:val="24"/>
              </w:rPr>
              <w:t>Секреты речи и текста</w:t>
            </w:r>
            <w:r w:rsidRPr="009F31CE">
              <w:rPr>
                <w:rFonts w:ascii="Times New Roman" w:eastAsia="Times New Roman" w:hAnsi="Times New Roman" w:cs="Times New Roman"/>
                <w:color w:val="000000"/>
                <w:w w:val="98"/>
                <w:sz w:val="24"/>
              </w:rPr>
              <w:t xml:space="preserve">/ Устный ответ как жанр монологической устной учебно-научной речи. </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1</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30" w:lineRule="auto"/>
              <w:ind w:left="70"/>
              <w:rPr>
                <w:rFonts w:ascii="Cambria" w:eastAsia="MS Mincho" w:hAnsi="Cambria" w:cs="Times New Roman"/>
                <w:lang w:val="en-US"/>
              </w:rPr>
            </w:pPr>
          </w:p>
        </w:tc>
        <w:tc>
          <w:tcPr>
            <w:tcW w:w="145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8" w:after="0" w:line="262" w:lineRule="auto"/>
              <w:ind w:left="72" w:right="576"/>
              <w:rPr>
                <w:rFonts w:ascii="Cambria" w:eastAsia="MS Mincho" w:hAnsi="Cambria" w:cs="Times New Roman"/>
                <w:lang w:val="en-US"/>
              </w:rPr>
            </w:pPr>
            <w:proofErr w:type="spellStart"/>
            <w:r w:rsidRPr="009F31CE">
              <w:rPr>
                <w:rFonts w:ascii="Times New Roman" w:eastAsia="Times New Roman" w:hAnsi="Times New Roman" w:cs="Times New Roman"/>
                <w:color w:val="000000"/>
                <w:w w:val="98"/>
                <w:sz w:val="24"/>
                <w:lang w:val="en-US"/>
              </w:rPr>
              <w:t>Устный</w:t>
            </w:r>
            <w:proofErr w:type="spellEnd"/>
            <w:r w:rsidRPr="009F31CE">
              <w:rPr>
                <w:rFonts w:ascii="Times New Roman" w:eastAsia="Times New Roman" w:hAnsi="Times New Roman" w:cs="Times New Roman"/>
                <w:color w:val="000000"/>
                <w:w w:val="98"/>
                <w:sz w:val="24"/>
                <w:lang w:val="en-US"/>
              </w:rPr>
              <w:t xml:space="preserve"> </w:t>
            </w:r>
            <w:proofErr w:type="spellStart"/>
            <w:r w:rsidRPr="009F31CE">
              <w:rPr>
                <w:rFonts w:ascii="Times New Roman" w:eastAsia="Times New Roman" w:hAnsi="Times New Roman" w:cs="Times New Roman"/>
                <w:color w:val="000000"/>
                <w:w w:val="98"/>
                <w:sz w:val="24"/>
                <w:lang w:val="en-US"/>
              </w:rPr>
              <w:t>опрос</w:t>
            </w:r>
            <w:proofErr w:type="spellEnd"/>
            <w:r w:rsidRPr="009F31CE">
              <w:rPr>
                <w:rFonts w:ascii="Times New Roman" w:eastAsia="Times New Roman" w:hAnsi="Times New Roman" w:cs="Times New Roman"/>
                <w:color w:val="000000"/>
                <w:w w:val="98"/>
                <w:sz w:val="24"/>
                <w:lang w:val="en-US"/>
              </w:rPr>
              <w:t>;</w:t>
            </w:r>
          </w:p>
        </w:tc>
      </w:tr>
      <w:tr w:rsidR="009F31CE" w:rsidRPr="009F31CE" w:rsidTr="009F31CE">
        <w:trPr>
          <w:trHeight w:hRule="exact" w:val="794"/>
        </w:trPr>
        <w:tc>
          <w:tcPr>
            <w:tcW w:w="40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62" w:lineRule="auto"/>
              <w:ind w:left="72" w:right="144"/>
              <w:rPr>
                <w:rFonts w:ascii="Cambria" w:eastAsia="MS Mincho" w:hAnsi="Cambria" w:cs="Times New Roman"/>
              </w:rPr>
            </w:pPr>
            <w:r w:rsidRPr="009F31CE">
              <w:rPr>
                <w:rFonts w:ascii="Times New Roman" w:eastAsia="Times New Roman" w:hAnsi="Times New Roman" w:cs="Times New Roman"/>
                <w:color w:val="000000"/>
                <w:w w:val="98"/>
                <w:sz w:val="24"/>
              </w:rPr>
              <w:t>ОБЩЕЕ КОЛИЧЕСТВО ЧАСОВ ПО ПРОГРАММЕ</w:t>
            </w:r>
          </w:p>
        </w:tc>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68</w:t>
            </w:r>
          </w:p>
        </w:tc>
        <w:tc>
          <w:tcPr>
            <w:tcW w:w="1594"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0</w:t>
            </w:r>
          </w:p>
        </w:tc>
        <w:tc>
          <w:tcPr>
            <w:tcW w:w="1642" w:type="dxa"/>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autoSpaceDE w:val="0"/>
              <w:autoSpaceDN w:val="0"/>
              <w:spacing w:before="96" w:after="0" w:line="230" w:lineRule="auto"/>
              <w:ind w:left="70"/>
              <w:rPr>
                <w:rFonts w:ascii="Cambria" w:eastAsia="MS Mincho" w:hAnsi="Cambria" w:cs="Times New Roman"/>
                <w:lang w:val="en-US"/>
              </w:rPr>
            </w:pPr>
            <w:r w:rsidRPr="009F31CE">
              <w:rPr>
                <w:rFonts w:ascii="Times New Roman" w:eastAsia="Times New Roman" w:hAnsi="Times New Roman" w:cs="Times New Roman"/>
                <w:color w:val="000000"/>
                <w:w w:val="98"/>
                <w:sz w:val="24"/>
                <w:lang w:val="en-US"/>
              </w:rPr>
              <w:t>3</w:t>
            </w:r>
          </w:p>
        </w:tc>
        <w:tc>
          <w:tcPr>
            <w:tcW w:w="2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F31CE" w:rsidRPr="009F31CE" w:rsidRDefault="009F31CE" w:rsidP="009F31CE">
            <w:pPr>
              <w:spacing w:after="200" w:line="276" w:lineRule="auto"/>
              <w:rPr>
                <w:rFonts w:ascii="Cambria" w:eastAsia="MS Mincho" w:hAnsi="Cambria" w:cs="Times New Roman"/>
                <w:lang w:val="en-US"/>
              </w:rPr>
            </w:pPr>
          </w:p>
        </w:tc>
      </w:tr>
    </w:tbl>
    <w:p w:rsidR="009F31CE" w:rsidRPr="009F31CE" w:rsidRDefault="009F31CE" w:rsidP="009F31CE">
      <w:pPr>
        <w:autoSpaceDE w:val="0"/>
        <w:autoSpaceDN w:val="0"/>
        <w:spacing w:after="0" w:line="14" w:lineRule="exact"/>
        <w:rPr>
          <w:rFonts w:ascii="Cambria" w:eastAsia="MS Mincho" w:hAnsi="Cambria" w:cs="Times New Roman"/>
          <w:lang w:val="en-US"/>
        </w:rPr>
      </w:pPr>
    </w:p>
    <w:p w:rsidR="00BB02B9" w:rsidRPr="00BB02B9" w:rsidRDefault="00BB02B9" w:rsidP="00BB02B9">
      <w:pPr>
        <w:shd w:val="clear" w:color="auto" w:fill="FFFFFF"/>
        <w:spacing w:before="240" w:after="200" w:line="240" w:lineRule="atLeast"/>
        <w:outlineLvl w:val="1"/>
        <w:rPr>
          <w:rFonts w:ascii="Times New Roman" w:eastAsia="Times New Roman" w:hAnsi="Times New Roman" w:cs="Times New Roman"/>
          <w:b/>
          <w:bCs/>
          <w:caps/>
          <w:lang w:eastAsia="ru-RU"/>
        </w:rPr>
      </w:pPr>
      <w:r w:rsidRPr="00BB02B9">
        <w:rPr>
          <w:rFonts w:ascii="Times New Roman" w:eastAsia="Times New Roman" w:hAnsi="Times New Roman" w:cs="Times New Roman"/>
          <w:b/>
          <w:bCs/>
          <w:caps/>
          <w:lang w:eastAsia="ru-RU"/>
        </w:rPr>
        <w:t>3 КЛАСС</w:t>
      </w:r>
    </w:p>
    <w:tbl>
      <w:tblPr>
        <w:tblW w:w="10773" w:type="dxa"/>
        <w:tblInd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1"/>
        <w:gridCol w:w="494"/>
        <w:gridCol w:w="10"/>
        <w:gridCol w:w="19"/>
        <w:gridCol w:w="3007"/>
        <w:gridCol w:w="10"/>
        <w:gridCol w:w="724"/>
        <w:gridCol w:w="10"/>
        <w:gridCol w:w="1610"/>
        <w:gridCol w:w="10"/>
        <w:gridCol w:w="148"/>
        <w:gridCol w:w="850"/>
        <w:gridCol w:w="660"/>
        <w:gridCol w:w="10"/>
        <w:gridCol w:w="464"/>
        <w:gridCol w:w="690"/>
        <w:gridCol w:w="10"/>
        <w:gridCol w:w="576"/>
        <w:gridCol w:w="1460"/>
      </w:tblGrid>
      <w:tr w:rsidR="00BB02B9" w:rsidRPr="00BB02B9" w:rsidTr="00FD510F">
        <w:tc>
          <w:tcPr>
            <w:tcW w:w="534" w:type="dxa"/>
            <w:gridSpan w:val="4"/>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w:t>
            </w:r>
            <w:r w:rsidRPr="00BB02B9">
              <w:rPr>
                <w:rFonts w:ascii="Times New Roman" w:eastAsia="Times New Roman" w:hAnsi="Times New Roman" w:cs="Times New Roman"/>
                <w:b/>
                <w:bCs/>
                <w:sz w:val="24"/>
                <w:szCs w:val="24"/>
                <w:lang w:eastAsia="ru-RU"/>
              </w:rPr>
              <w:br/>
              <w:t>п/п</w:t>
            </w:r>
          </w:p>
        </w:tc>
        <w:tc>
          <w:tcPr>
            <w:tcW w:w="5519" w:type="dxa"/>
            <w:gridSpan w:val="7"/>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center"/>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Тема урока</w:t>
            </w:r>
          </w:p>
        </w:tc>
        <w:tc>
          <w:tcPr>
            <w:tcW w:w="3260"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Количество часов</w:t>
            </w:r>
          </w:p>
        </w:tc>
        <w:tc>
          <w:tcPr>
            <w:tcW w:w="146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Виды, формы контроля</w:t>
            </w:r>
          </w:p>
        </w:tc>
      </w:tr>
      <w:tr w:rsidR="00BB02B9" w:rsidRPr="00BB02B9" w:rsidTr="00FD510F">
        <w:tc>
          <w:tcPr>
            <w:tcW w:w="534" w:type="dxa"/>
            <w:gridSpan w:val="4"/>
            <w:vMerge/>
            <w:tcBorders>
              <w:top w:val="single" w:sz="6" w:space="0" w:color="000000"/>
              <w:left w:val="single" w:sz="6" w:space="0" w:color="000000"/>
              <w:bottom w:val="single" w:sz="6" w:space="0" w:color="000000"/>
              <w:right w:val="single" w:sz="6" w:space="0" w:color="000000"/>
            </w:tcBorders>
            <w:vAlign w:val="cente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p>
        </w:tc>
        <w:tc>
          <w:tcPr>
            <w:tcW w:w="5519" w:type="dxa"/>
            <w:gridSpan w:val="7"/>
            <w:vMerge/>
            <w:tcBorders>
              <w:top w:val="single" w:sz="6" w:space="0" w:color="000000"/>
              <w:left w:val="single" w:sz="6" w:space="0" w:color="000000"/>
              <w:bottom w:val="single" w:sz="6" w:space="0" w:color="000000"/>
              <w:right w:val="single" w:sz="6" w:space="0" w:color="000000"/>
            </w:tcBorders>
            <w:vAlign w:val="cente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всего</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контрольные работы</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b/>
                <w:bCs/>
                <w:sz w:val="24"/>
                <w:szCs w:val="24"/>
                <w:lang w:eastAsia="ru-RU"/>
              </w:rPr>
              <w:t>практические работы</w:t>
            </w:r>
          </w:p>
        </w:tc>
        <w:tc>
          <w:tcPr>
            <w:tcW w:w="1460" w:type="dxa"/>
            <w:vMerge/>
            <w:tcBorders>
              <w:top w:val="single" w:sz="6" w:space="0" w:color="000000"/>
              <w:left w:val="single" w:sz="6" w:space="0" w:color="000000"/>
              <w:bottom w:val="single" w:sz="6" w:space="0" w:color="000000"/>
              <w:right w:val="single" w:sz="6" w:space="0" w:color="000000"/>
            </w:tcBorders>
            <w:vAlign w:val="cente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BB02B9">
              <w:rPr>
                <w:rFonts w:ascii="Times New Roman" w:eastAsia="Times New Roman" w:hAnsi="Times New Roman" w:cs="Times New Roman"/>
                <w:sz w:val="24"/>
                <w:szCs w:val="24"/>
                <w:lang w:eastAsia="ru-RU"/>
              </w:rPr>
              <w:t>братнство</w:t>
            </w:r>
            <w:proofErr w:type="spellEnd"/>
            <w:r w:rsidRPr="00BB02B9">
              <w:rPr>
                <w:rFonts w:ascii="Times New Roman" w:eastAsia="Times New Roman" w:hAnsi="Times New Roman" w:cs="Times New Roman"/>
                <w:sz w:val="24"/>
                <w:szCs w:val="24"/>
                <w:lang w:eastAsia="ru-RU"/>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BB02B9">
              <w:rPr>
                <w:rFonts w:ascii="Times New Roman" w:eastAsia="Times New Roman" w:hAnsi="Times New Roman" w:cs="Times New Roman"/>
                <w:sz w:val="24"/>
                <w:szCs w:val="24"/>
                <w:lang w:eastAsia="ru-RU"/>
              </w:rPr>
              <w:t>братнство</w:t>
            </w:r>
            <w:proofErr w:type="spellEnd"/>
            <w:r w:rsidRPr="00BB02B9">
              <w:rPr>
                <w:rFonts w:ascii="Times New Roman" w:eastAsia="Times New Roman" w:hAnsi="Times New Roman" w:cs="Times New Roman"/>
                <w:sz w:val="24"/>
                <w:szCs w:val="24"/>
                <w:lang w:eastAsia="ru-RU"/>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Что и как могут рассказать слова о природе. Лексические единицы с национально-культурной </w:t>
            </w:r>
            <w:r w:rsidRPr="00BB02B9">
              <w:rPr>
                <w:rFonts w:ascii="Times New Roman" w:eastAsia="Times New Roman" w:hAnsi="Times New Roman" w:cs="Times New Roman"/>
                <w:sz w:val="24"/>
                <w:szCs w:val="24"/>
                <w:lang w:eastAsia="ru-RU"/>
              </w:rPr>
              <w:lastRenderedPageBreak/>
              <w:t>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w:t>
            </w:r>
            <w:r w:rsidRPr="00BB02B9">
              <w:rPr>
                <w:rFonts w:ascii="Times New Roman" w:eastAsia="Calibri" w:hAnsi="Times New Roman" w:cs="Times New Roman"/>
                <w:color w:val="000000"/>
                <w:sz w:val="24"/>
                <w:szCs w:val="24"/>
                <w:lang w:eastAsia="ru-RU" w:bidi="ru-RU"/>
              </w:rPr>
              <w:lastRenderedPageBreak/>
              <w:t xml:space="preserve">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4.</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5.</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6.</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7.</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sidRPr="00BB02B9">
              <w:rPr>
                <w:rFonts w:ascii="Times New Roman" w:eastAsia="Times New Roman" w:hAnsi="Times New Roman" w:cs="Times New Roman"/>
                <w:i/>
                <w:iCs/>
                <w:sz w:val="24"/>
                <w:szCs w:val="24"/>
                <w:lang w:eastAsia="ru-RU"/>
              </w:rPr>
              <w:t> гудеть, гармошка </w:t>
            </w:r>
            <w:r w:rsidRPr="00BB02B9">
              <w:rPr>
                <w:rFonts w:ascii="Times New Roman" w:eastAsia="Times New Roman" w:hAnsi="Times New Roman" w:cs="Times New Roman"/>
                <w:sz w:val="24"/>
                <w:szCs w:val="24"/>
                <w:lang w:eastAsia="ru-RU"/>
              </w:rPr>
              <w:t>и т.п.)</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8.</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xml:space="preserve">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w:t>
            </w:r>
            <w:r w:rsidRPr="00BB02B9">
              <w:rPr>
                <w:rFonts w:ascii="Times New Roman" w:eastAsia="Times New Roman" w:hAnsi="Times New Roman" w:cs="Times New Roman"/>
                <w:sz w:val="24"/>
                <w:szCs w:val="24"/>
                <w:lang w:eastAsia="ru-RU"/>
              </w:rPr>
              <w:lastRenderedPageBreak/>
              <w:t>Жизнь слова: изменение значения слова (на примере слов</w:t>
            </w:r>
            <w:r w:rsidRPr="00BB02B9">
              <w:rPr>
                <w:rFonts w:ascii="Times New Roman" w:eastAsia="Times New Roman" w:hAnsi="Times New Roman" w:cs="Times New Roman"/>
                <w:i/>
                <w:iCs/>
                <w:sz w:val="24"/>
                <w:szCs w:val="24"/>
                <w:lang w:eastAsia="ru-RU"/>
              </w:rPr>
              <w:t> гудеть, гармошка </w:t>
            </w:r>
            <w:r w:rsidRPr="00BB02B9">
              <w:rPr>
                <w:rFonts w:ascii="Times New Roman" w:eastAsia="Times New Roman" w:hAnsi="Times New Roman" w:cs="Times New Roman"/>
                <w:sz w:val="24"/>
                <w:szCs w:val="24"/>
                <w:lang w:eastAsia="ru-RU"/>
              </w:rPr>
              <w:t>и т.п.)</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Calibri" w:hAnsi="Times New Roman" w:cs="Times New Roman"/>
                <w:color w:val="000000"/>
                <w:sz w:val="24"/>
                <w:szCs w:val="24"/>
                <w:lang w:eastAsia="ru-RU" w:bidi="ru-RU"/>
              </w:rPr>
              <w:t>Контрольная работа; закрепление пройденного материала;</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9.</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10.</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11.</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BB02B9">
              <w:rPr>
                <w:rFonts w:ascii="Times New Roman" w:eastAsia="Times New Roman" w:hAnsi="Times New Roman" w:cs="Times New Roman"/>
                <w:i/>
                <w:iCs/>
                <w:sz w:val="24"/>
                <w:szCs w:val="24"/>
                <w:lang w:eastAsia="ru-RU"/>
              </w:rPr>
              <w:t xml:space="preserve">урочка, </w:t>
            </w:r>
            <w:proofErr w:type="spellStart"/>
            <w:r w:rsidRPr="00BB02B9">
              <w:rPr>
                <w:rFonts w:ascii="Times New Roman" w:eastAsia="Times New Roman" w:hAnsi="Times New Roman" w:cs="Times New Roman"/>
                <w:i/>
                <w:iCs/>
                <w:sz w:val="24"/>
                <w:szCs w:val="24"/>
                <w:lang w:eastAsia="ru-RU"/>
              </w:rPr>
              <w:t>дубравка</w:t>
            </w:r>
            <w:proofErr w:type="spellEnd"/>
            <w:r w:rsidRPr="00BB02B9">
              <w:rPr>
                <w:rFonts w:ascii="Times New Roman" w:eastAsia="Times New Roman" w:hAnsi="Times New Roman" w:cs="Times New Roman"/>
                <w:i/>
                <w:iCs/>
                <w:sz w:val="24"/>
                <w:szCs w:val="24"/>
                <w:lang w:eastAsia="ru-RU"/>
              </w:rPr>
              <w:t>, сокол, соловей, зорька, солнце</w:t>
            </w:r>
            <w:r w:rsidRPr="00BB02B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12.</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BB02B9">
              <w:rPr>
                <w:rFonts w:ascii="Times New Roman" w:eastAsia="Times New Roman" w:hAnsi="Times New Roman" w:cs="Times New Roman"/>
                <w:i/>
                <w:iCs/>
                <w:sz w:val="24"/>
                <w:szCs w:val="24"/>
                <w:lang w:eastAsia="ru-RU"/>
              </w:rPr>
              <w:t xml:space="preserve">урочка, </w:t>
            </w:r>
            <w:proofErr w:type="spellStart"/>
            <w:r w:rsidRPr="00BB02B9">
              <w:rPr>
                <w:rFonts w:ascii="Times New Roman" w:eastAsia="Times New Roman" w:hAnsi="Times New Roman" w:cs="Times New Roman"/>
                <w:i/>
                <w:iCs/>
                <w:sz w:val="24"/>
                <w:szCs w:val="24"/>
                <w:lang w:eastAsia="ru-RU"/>
              </w:rPr>
              <w:t>дубравка</w:t>
            </w:r>
            <w:proofErr w:type="spellEnd"/>
            <w:r w:rsidRPr="00BB02B9">
              <w:rPr>
                <w:rFonts w:ascii="Times New Roman" w:eastAsia="Times New Roman" w:hAnsi="Times New Roman" w:cs="Times New Roman"/>
                <w:i/>
                <w:iCs/>
                <w:sz w:val="24"/>
                <w:szCs w:val="24"/>
                <w:lang w:eastAsia="ru-RU"/>
              </w:rPr>
              <w:t>, сокол, соловей, зорька, солнце</w:t>
            </w:r>
            <w:r w:rsidRPr="00BB02B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13.</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14.</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группах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15.</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Проектное задание</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16.</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Calibri" w:hAnsi="Times New Roman" w:cs="Times New Roman"/>
                <w:color w:val="000000"/>
                <w:sz w:val="24"/>
                <w:szCs w:val="24"/>
                <w:lang w:eastAsia="ru-RU" w:bidi="ru-RU"/>
              </w:rPr>
              <w:t>Контрольная работа; закрепление пройденного материала;</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17.</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18.</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w:t>
            </w:r>
            <w:r w:rsidRPr="00BB02B9">
              <w:rPr>
                <w:rFonts w:ascii="Times New Roman" w:eastAsia="Calibri" w:hAnsi="Times New Roman" w:cs="Times New Roman"/>
                <w:color w:val="000000"/>
                <w:sz w:val="24"/>
                <w:szCs w:val="24"/>
                <w:lang w:eastAsia="ru-RU" w:bidi="ru-RU"/>
              </w:rPr>
              <w:lastRenderedPageBreak/>
              <w:t xml:space="preserve">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19.</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20.</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21.</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22.</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группах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23.</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Проектное задание</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24.</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25.</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устного выступления.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группах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26.</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устного выступления.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Calibri" w:hAnsi="Times New Roman" w:cs="Times New Roman"/>
                <w:color w:val="000000"/>
                <w:sz w:val="24"/>
                <w:szCs w:val="24"/>
                <w:lang w:eastAsia="ru-RU" w:bidi="ru-RU"/>
              </w:rPr>
              <w:t>Контрольная работа; закрепление пройденного материала;</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27.</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текстов-рассуждений с использованием различных способов аргументации (в рамках изученного).</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28.</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текстов-рассуждений с использованием различных способов аргументации (в рамках изученного).</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группах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29.</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lastRenderedPageBreak/>
              <w:t>30.</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31.</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32.</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200" w:line="276" w:lineRule="auto"/>
              <w:rPr>
                <w:rFonts w:ascii="Times New Roman" w:eastAsia="Calibri" w:hAnsi="Times New Roman" w:cs="Times New Roman"/>
              </w:rPr>
            </w:pPr>
            <w:r w:rsidRPr="00BB02B9">
              <w:rPr>
                <w:rFonts w:ascii="Times New Roman" w:eastAsia="Calibri" w:hAnsi="Times New Roman" w:cs="Times New Roman"/>
                <w:color w:val="000000"/>
                <w:sz w:val="24"/>
                <w:szCs w:val="24"/>
                <w:lang w:eastAsia="ru-RU" w:bidi="ru-RU"/>
              </w:rPr>
              <w:t xml:space="preserve">изучение нового материала, беседа </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33.</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устного выступления.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Работа в парах</w:t>
            </w:r>
          </w:p>
        </w:tc>
      </w:tr>
      <w:tr w:rsidR="00BB02B9" w:rsidRPr="00BB02B9" w:rsidTr="00FD510F">
        <w:tc>
          <w:tcPr>
            <w:tcW w:w="534"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34.</w:t>
            </w:r>
          </w:p>
        </w:tc>
        <w:tc>
          <w:tcPr>
            <w:tcW w:w="5519" w:type="dxa"/>
            <w:gridSpan w:val="7"/>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Особенности устного выступления.</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1</w:t>
            </w:r>
          </w:p>
        </w:tc>
        <w:tc>
          <w:tcPr>
            <w:tcW w:w="1276"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0</w:t>
            </w:r>
          </w:p>
        </w:tc>
        <w:tc>
          <w:tcPr>
            <w:tcW w:w="146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Calibri" w:hAnsi="Times New Roman" w:cs="Times New Roman"/>
                <w:color w:val="000000"/>
                <w:sz w:val="24"/>
                <w:szCs w:val="24"/>
                <w:lang w:eastAsia="ru-RU" w:bidi="ru-RU"/>
              </w:rPr>
              <w:t>Контрольная работа; закрепление пройденного материала;</w:t>
            </w:r>
          </w:p>
        </w:tc>
      </w:tr>
      <w:tr w:rsidR="00BB02B9" w:rsidRPr="00BB02B9" w:rsidTr="00FD510F">
        <w:tc>
          <w:tcPr>
            <w:tcW w:w="6053" w:type="dxa"/>
            <w:gridSpan w:val="11"/>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center"/>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34</w:t>
            </w:r>
          </w:p>
        </w:tc>
        <w:tc>
          <w:tcPr>
            <w:tcW w:w="1134"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4</w:t>
            </w:r>
          </w:p>
        </w:tc>
        <w:tc>
          <w:tcPr>
            <w:tcW w:w="2736"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B02B9" w:rsidRPr="00BB02B9" w:rsidRDefault="00BB02B9" w:rsidP="00BB02B9">
            <w:pPr>
              <w:spacing w:after="0" w:line="240" w:lineRule="auto"/>
              <w:jc w:val="both"/>
              <w:rPr>
                <w:rFonts w:ascii="Times New Roman" w:eastAsia="Times New Roman" w:hAnsi="Times New Roman" w:cs="Times New Roman"/>
                <w:sz w:val="24"/>
                <w:szCs w:val="24"/>
                <w:lang w:eastAsia="ru-RU"/>
              </w:rPr>
            </w:pPr>
            <w:r w:rsidRPr="00BB02B9">
              <w:rPr>
                <w:rFonts w:ascii="Times New Roman" w:eastAsia="Times New Roman" w:hAnsi="Times New Roman" w:cs="Times New Roman"/>
                <w:sz w:val="24"/>
                <w:szCs w:val="24"/>
                <w:lang w:eastAsia="ru-RU"/>
              </w:rPr>
              <w:t> </w:t>
            </w:r>
          </w:p>
        </w:tc>
      </w:tr>
      <w:tr w:rsidR="00FD510F" w:rsidRPr="00BB02B9" w:rsidTr="00FD510F">
        <w:tc>
          <w:tcPr>
            <w:tcW w:w="10773" w:type="dxa"/>
            <w:gridSpan w:val="19"/>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FD510F" w:rsidRDefault="00FD510F" w:rsidP="00BB02B9">
            <w:pPr>
              <w:spacing w:after="0" w:line="240" w:lineRule="auto"/>
              <w:rPr>
                <w:rFonts w:ascii="Times New Roman" w:eastAsia="Times New Roman" w:hAnsi="Times New Roman" w:cs="Times New Roman"/>
                <w:sz w:val="24"/>
                <w:szCs w:val="24"/>
                <w:lang w:eastAsia="ru-RU"/>
              </w:rPr>
            </w:pPr>
          </w:p>
          <w:p w:rsidR="00FD510F" w:rsidRPr="00FD510F" w:rsidRDefault="00FD510F" w:rsidP="00BB02B9">
            <w:pPr>
              <w:spacing w:after="0" w:line="240" w:lineRule="auto"/>
              <w:rPr>
                <w:rFonts w:ascii="Times New Roman" w:eastAsia="Times New Roman" w:hAnsi="Times New Roman" w:cs="Times New Roman"/>
                <w:b/>
                <w:sz w:val="24"/>
                <w:szCs w:val="24"/>
                <w:lang w:eastAsia="ru-RU"/>
              </w:rPr>
            </w:pPr>
            <w:r w:rsidRPr="00FD510F">
              <w:rPr>
                <w:rFonts w:ascii="Times New Roman" w:eastAsia="Times New Roman" w:hAnsi="Times New Roman" w:cs="Times New Roman"/>
                <w:b/>
                <w:sz w:val="24"/>
                <w:szCs w:val="24"/>
                <w:lang w:eastAsia="ru-RU"/>
              </w:rPr>
              <w:t>4 класс</w:t>
            </w:r>
          </w:p>
          <w:p w:rsidR="00FD510F" w:rsidRPr="00BB02B9" w:rsidRDefault="00FD510F" w:rsidP="00BB02B9">
            <w:pPr>
              <w:spacing w:after="0" w:line="240" w:lineRule="auto"/>
              <w:jc w:val="both"/>
              <w:rPr>
                <w:rFonts w:ascii="Times New Roman" w:eastAsia="Times New Roman" w:hAnsi="Times New Roman" w:cs="Times New Roman"/>
                <w:sz w:val="24"/>
                <w:szCs w:val="24"/>
                <w:lang w:eastAsia="ru-RU"/>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492"/>
        </w:trPr>
        <w:tc>
          <w:tcPr>
            <w:tcW w:w="505"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Pr>
                <w:rFonts w:ascii="Cambria" w:eastAsia="MS Mincho" w:hAnsi="Cambria" w:cs="Times New Roman"/>
                <w:lang w:val="en-US"/>
              </w:rPr>
            </w:pPr>
            <w:r w:rsidRPr="00FD510F">
              <w:rPr>
                <w:rFonts w:ascii="Times New Roman" w:eastAsia="Times New Roman" w:hAnsi="Times New Roman" w:cs="Times New Roman"/>
                <w:b/>
                <w:color w:val="000000"/>
                <w:sz w:val="24"/>
                <w:lang w:val="en-US"/>
              </w:rPr>
              <w:t>№</w:t>
            </w:r>
            <w:r w:rsidRPr="00FD510F">
              <w:rPr>
                <w:rFonts w:ascii="Cambria" w:eastAsia="MS Mincho" w:hAnsi="Cambria" w:cs="Times New Roman"/>
                <w:lang w:val="en-US"/>
              </w:rPr>
              <w:br/>
            </w:r>
            <w:r w:rsidRPr="00FD510F">
              <w:rPr>
                <w:rFonts w:ascii="Times New Roman" w:eastAsia="Times New Roman" w:hAnsi="Times New Roman" w:cs="Times New Roman"/>
                <w:b/>
                <w:color w:val="000000"/>
                <w:sz w:val="24"/>
                <w:lang w:val="en-US"/>
              </w:rPr>
              <w:t>п/п</w:t>
            </w:r>
          </w:p>
        </w:tc>
        <w:tc>
          <w:tcPr>
            <w:tcW w:w="3036"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Тема</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урока</w:t>
            </w:r>
            <w:proofErr w:type="spellEnd"/>
          </w:p>
        </w:tc>
        <w:tc>
          <w:tcPr>
            <w:tcW w:w="4022" w:type="dxa"/>
            <w:gridSpan w:val="8"/>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Количество</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часов</w:t>
            </w:r>
            <w:proofErr w:type="spellEnd"/>
          </w:p>
        </w:tc>
        <w:tc>
          <w:tcPr>
            <w:tcW w:w="1164"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Дата</w:t>
            </w:r>
            <w:proofErr w:type="spellEnd"/>
            <w:r w:rsidRPr="00FD510F">
              <w:rPr>
                <w:rFonts w:ascii="Times New Roman" w:eastAsia="Times New Roman" w:hAnsi="Times New Roman" w:cs="Times New Roman"/>
                <w:b/>
                <w:color w:val="000000"/>
                <w:sz w:val="24"/>
                <w:lang w:val="en-US"/>
              </w:rPr>
              <w:t xml:space="preserve">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b/>
                <w:color w:val="000000"/>
                <w:sz w:val="24"/>
                <w:lang w:val="en-US"/>
              </w:rPr>
              <w:t>изучения</w:t>
            </w:r>
            <w:proofErr w:type="spellEnd"/>
          </w:p>
        </w:tc>
        <w:tc>
          <w:tcPr>
            <w:tcW w:w="2046"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144"/>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Виды</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формы</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контроля</w:t>
            </w:r>
            <w:proofErr w:type="spellEnd"/>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828"/>
        </w:trPr>
        <w:tc>
          <w:tcPr>
            <w:tcW w:w="505" w:type="dxa"/>
            <w:gridSpan w:val="2"/>
            <w:vMerge/>
            <w:tcBorders>
              <w:top w:val="single" w:sz="4" w:space="0" w:color="000000"/>
              <w:left w:val="single" w:sz="4" w:space="0" w:color="000000"/>
              <w:bottom w:val="single" w:sz="4" w:space="0" w:color="000000"/>
              <w:right w:val="single" w:sz="4" w:space="0" w:color="000000"/>
            </w:tcBorders>
          </w:tcPr>
          <w:p w:rsidR="00FD510F" w:rsidRPr="00FD510F" w:rsidRDefault="00FD510F" w:rsidP="00FD510F">
            <w:pPr>
              <w:spacing w:after="200" w:line="276" w:lineRule="auto"/>
              <w:rPr>
                <w:rFonts w:ascii="Cambria" w:eastAsia="MS Mincho" w:hAnsi="Cambria" w:cs="Times New Roman"/>
                <w:lang w:val="en-US"/>
              </w:rPr>
            </w:pPr>
          </w:p>
        </w:tc>
        <w:tc>
          <w:tcPr>
            <w:tcW w:w="3036" w:type="dxa"/>
            <w:gridSpan w:val="3"/>
            <w:vMerge/>
            <w:tcBorders>
              <w:top w:val="single" w:sz="4" w:space="0" w:color="000000"/>
              <w:left w:val="single" w:sz="4" w:space="0" w:color="000000"/>
              <w:bottom w:val="single" w:sz="4" w:space="0" w:color="000000"/>
              <w:right w:val="single" w:sz="4" w:space="0" w:color="000000"/>
            </w:tcBorders>
          </w:tcPr>
          <w:p w:rsidR="00FD510F" w:rsidRPr="00FD510F" w:rsidRDefault="00FD510F" w:rsidP="00FD510F">
            <w:pPr>
              <w:spacing w:after="200" w:line="276" w:lineRule="auto"/>
              <w:rPr>
                <w:rFonts w:ascii="Cambria" w:eastAsia="MS Mincho" w:hAnsi="Cambria" w:cs="Times New Roman"/>
                <w:lang w:val="en-US"/>
              </w:rPr>
            </w:pP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всего</w:t>
            </w:r>
            <w:proofErr w:type="spellEnd"/>
            <w:r w:rsidRPr="00FD510F">
              <w:rPr>
                <w:rFonts w:ascii="Times New Roman" w:eastAsia="Times New Roman" w:hAnsi="Times New Roman" w:cs="Times New Roman"/>
                <w:b/>
                <w:color w:val="000000"/>
                <w:sz w:val="24"/>
                <w:lang w:val="en-US"/>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контрольные</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работы</w:t>
            </w:r>
            <w:proofErr w:type="spellEnd"/>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b/>
                <w:color w:val="000000"/>
                <w:sz w:val="24"/>
                <w:lang w:val="en-US"/>
              </w:rPr>
              <w:t>практические</w:t>
            </w:r>
            <w:proofErr w:type="spellEnd"/>
            <w:r w:rsidRPr="00FD510F">
              <w:rPr>
                <w:rFonts w:ascii="Times New Roman" w:eastAsia="Times New Roman" w:hAnsi="Times New Roman" w:cs="Times New Roman"/>
                <w:b/>
                <w:color w:val="000000"/>
                <w:sz w:val="24"/>
                <w:lang w:val="en-US"/>
              </w:rPr>
              <w:t xml:space="preserve"> </w:t>
            </w:r>
            <w:proofErr w:type="spellStart"/>
            <w:r w:rsidRPr="00FD510F">
              <w:rPr>
                <w:rFonts w:ascii="Times New Roman" w:eastAsia="Times New Roman" w:hAnsi="Times New Roman" w:cs="Times New Roman"/>
                <w:b/>
                <w:color w:val="000000"/>
                <w:sz w:val="24"/>
                <w:lang w:val="en-US"/>
              </w:rPr>
              <w:t>работы</w:t>
            </w:r>
            <w:proofErr w:type="spellEnd"/>
          </w:p>
        </w:tc>
        <w:tc>
          <w:tcPr>
            <w:tcW w:w="1164" w:type="dxa"/>
            <w:gridSpan w:val="3"/>
            <w:vMerge/>
            <w:tcBorders>
              <w:top w:val="single" w:sz="4" w:space="0" w:color="000000"/>
              <w:left w:val="single" w:sz="4" w:space="0" w:color="000000"/>
              <w:bottom w:val="single" w:sz="4" w:space="0" w:color="000000"/>
              <w:right w:val="single" w:sz="4" w:space="0" w:color="000000"/>
            </w:tcBorders>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vMerge/>
            <w:tcBorders>
              <w:top w:val="single" w:sz="4" w:space="0" w:color="000000"/>
              <w:left w:val="single" w:sz="4" w:space="0" w:color="000000"/>
              <w:bottom w:val="single" w:sz="4" w:space="0" w:color="000000"/>
              <w:right w:val="single" w:sz="4" w:space="0" w:color="000000"/>
            </w:tcBorders>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2174"/>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Что и как могут рассказать слова об обучении.</w:t>
            </w:r>
          </w:p>
          <w:p w:rsidR="00FD510F" w:rsidRPr="00FD510F" w:rsidRDefault="00FD510F" w:rsidP="00FD510F">
            <w:pPr>
              <w:autoSpaceDE w:val="0"/>
              <w:autoSpaceDN w:val="0"/>
              <w:spacing w:before="70" w:after="0" w:line="278"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Лексические единицы с национально-культурной семантикой, связанные с обучением.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2172"/>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2.</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Пословицы, поговорки и фразеологизмы,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возникновение которых связано с учением, </w:t>
            </w:r>
            <w:r w:rsidRPr="00FD510F">
              <w:rPr>
                <w:rFonts w:ascii="Cambria" w:eastAsia="MS Mincho" w:hAnsi="Cambria" w:cs="Times New Roman"/>
              </w:rPr>
              <w:br/>
            </w:r>
            <w:r w:rsidRPr="00FD510F">
              <w:rPr>
                <w:rFonts w:ascii="Times New Roman" w:eastAsia="Times New Roman" w:hAnsi="Times New Roman" w:cs="Times New Roman"/>
                <w:color w:val="000000"/>
                <w:sz w:val="24"/>
              </w:rPr>
              <w:t>например, от корки до корки и т д.</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1164"/>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lastRenderedPageBreak/>
              <w:t>3.</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1"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Что и как могут рассказать слова о родственных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отношениях в семье.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1500"/>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4.</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 Лексические единицы с национально-культурной семантикой, называющие родственные отношения</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828"/>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5.</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576"/>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Русские</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традиционные</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эпитеты</w:t>
            </w:r>
            <w:proofErr w:type="spellEnd"/>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2510"/>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6.</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Русские традиционные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эпитеты: уточнение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значений, наблюдение за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использованием в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произведениях фольклора и художественной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литературы.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1816"/>
        </w:trPr>
        <w:tc>
          <w:tcPr>
            <w:tcW w:w="505"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7.</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Лексические единицы с национально-культурной семантикой, связанные с качествами и чувствами людей</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83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8.</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Пословицы, поговорки и фразеологизмы,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возникновение которых связано с качествами,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чувствами людей.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288"/>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Практическая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работа</w:t>
            </w:r>
            <w:proofErr w:type="spellEnd"/>
            <w:r w:rsidRPr="00FD510F">
              <w:rPr>
                <w:rFonts w:ascii="Times New Roman" w:eastAsia="Times New Roman" w:hAnsi="Times New Roman" w:cs="Times New Roman"/>
                <w:color w:val="000000"/>
                <w:sz w:val="24"/>
                <w:lang w:val="en-US"/>
              </w:rPr>
              <w:t>;</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51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9.</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rPr>
              <w:t xml:space="preserve">Сравнение с пословицами и поговорками других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народов. Сравнение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фразеологизмов, имеющих в разных языках общий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смысл, но различную </w:t>
            </w:r>
            <w:r w:rsidRPr="00FD510F">
              <w:rPr>
                <w:rFonts w:ascii="Cambria" w:eastAsia="MS Mincho" w:hAnsi="Cambria" w:cs="Times New Roman"/>
              </w:rPr>
              <w:br/>
            </w:r>
            <w:proofErr w:type="spellStart"/>
            <w:r w:rsidRPr="00FD510F">
              <w:rPr>
                <w:rFonts w:ascii="Times New Roman" w:eastAsia="Times New Roman" w:hAnsi="Times New Roman" w:cs="Times New Roman"/>
                <w:color w:val="000000"/>
                <w:sz w:val="24"/>
                <w:lang w:val="en-US"/>
              </w:rPr>
              <w:t>образную</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форму</w:t>
            </w:r>
            <w:proofErr w:type="spellEnd"/>
            <w:r w:rsidRPr="00FD510F">
              <w:rPr>
                <w:rFonts w:ascii="Times New Roman" w:eastAsia="Times New Roman" w:hAnsi="Times New Roman" w:cs="Times New Roman"/>
                <w:color w:val="000000"/>
                <w:sz w:val="24"/>
                <w:lang w:val="en-US"/>
              </w:rPr>
              <w:t>.</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16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10.</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1"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Лексика, заимствованная русским языком из языков народов России и мира.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82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11.</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432"/>
              <w:rPr>
                <w:rFonts w:ascii="Cambria" w:eastAsia="MS Mincho" w:hAnsi="Cambria" w:cs="Times New Roman"/>
              </w:rPr>
            </w:pPr>
            <w:r w:rsidRPr="00FD510F">
              <w:rPr>
                <w:rFonts w:ascii="Times New Roman" w:eastAsia="Times New Roman" w:hAnsi="Times New Roman" w:cs="Times New Roman"/>
                <w:color w:val="000000"/>
                <w:sz w:val="24"/>
              </w:rPr>
              <w:t xml:space="preserve">Русские слова в языках других народов.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12.</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Сравнение толкований слов в словаре В.И. Даля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современном толковом </w:t>
            </w:r>
            <w:r w:rsidRPr="00FD510F">
              <w:rPr>
                <w:rFonts w:ascii="Cambria" w:eastAsia="MS Mincho" w:hAnsi="Cambria" w:cs="Times New Roman"/>
              </w:rPr>
              <w:br/>
            </w:r>
            <w:r w:rsidRPr="00FD510F">
              <w:rPr>
                <w:rFonts w:ascii="Times New Roman" w:eastAsia="Times New Roman" w:hAnsi="Times New Roman" w:cs="Times New Roman"/>
                <w:color w:val="000000"/>
                <w:sz w:val="24"/>
              </w:rPr>
              <w:t>словаре.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288"/>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Контрольная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работа</w:t>
            </w:r>
            <w:proofErr w:type="spellEnd"/>
            <w:r w:rsidRPr="00FD510F">
              <w:rPr>
                <w:rFonts w:ascii="Times New Roman" w:eastAsia="Times New Roman" w:hAnsi="Times New Roman" w:cs="Times New Roman"/>
                <w:color w:val="000000"/>
                <w:sz w:val="24"/>
                <w:lang w:val="en-US"/>
              </w:rPr>
              <w:t>;</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lastRenderedPageBreak/>
              <w:t>13.</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Трудные случаи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образования формы 1-го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лица единственного числа настоящего  времени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глаголов (на </w:t>
            </w:r>
            <w:r w:rsidRPr="00FD510F">
              <w:rPr>
                <w:rFonts w:ascii="Cambria" w:eastAsia="MS Mincho" w:hAnsi="Cambria" w:cs="Times New Roman"/>
              </w:rPr>
              <w:br/>
            </w:r>
            <w:r w:rsidRPr="00FD510F">
              <w:rPr>
                <w:rFonts w:ascii="Times New Roman" w:eastAsia="Times New Roman" w:hAnsi="Times New Roman" w:cs="Times New Roman"/>
                <w:color w:val="000000"/>
                <w:sz w:val="24"/>
              </w:rPr>
              <w:t>пропедевтическом уровне).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7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14.</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Трудные случаи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образования формы 1-го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лица единственного числа настоящего и будущего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времени глаголов (на </w:t>
            </w:r>
            <w:r w:rsidRPr="00FD510F">
              <w:rPr>
                <w:rFonts w:ascii="Cambria" w:eastAsia="MS Mincho" w:hAnsi="Cambria" w:cs="Times New Roman"/>
              </w:rPr>
              <w:br/>
            </w:r>
            <w:r w:rsidRPr="00FD510F">
              <w:rPr>
                <w:rFonts w:ascii="Times New Roman" w:eastAsia="Times New Roman" w:hAnsi="Times New Roman" w:cs="Times New Roman"/>
                <w:color w:val="000000"/>
                <w:sz w:val="24"/>
              </w:rPr>
              <w:t>пропедевтическом уровне).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48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15.</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Наблюдение за синонимией синтаксических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конструкций на уровне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словосочетаний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16.</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Наблюдение за синонимией синтаксических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конструкций на уровне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словосочетаний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предложений (на </w:t>
            </w:r>
            <w:r w:rsidRPr="00FD510F">
              <w:rPr>
                <w:rFonts w:ascii="Cambria" w:eastAsia="MS Mincho" w:hAnsi="Cambria" w:cs="Times New Roman"/>
              </w:rPr>
              <w:br/>
            </w:r>
            <w:r w:rsidRPr="00FD510F">
              <w:rPr>
                <w:rFonts w:ascii="Times New Roman" w:eastAsia="Times New Roman" w:hAnsi="Times New Roman" w:cs="Times New Roman"/>
                <w:color w:val="000000"/>
                <w:sz w:val="24"/>
              </w:rPr>
              <w:t>пропедевтическом уровне).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7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17.</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Наблюдение за синонимией синтаксических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конструкций на уровне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словосочетаний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предложений (на </w:t>
            </w:r>
            <w:r w:rsidRPr="00FD510F">
              <w:rPr>
                <w:rFonts w:ascii="Cambria" w:eastAsia="MS Mincho" w:hAnsi="Cambria" w:cs="Times New Roman"/>
              </w:rPr>
              <w:br/>
            </w:r>
            <w:r w:rsidRPr="00FD510F">
              <w:rPr>
                <w:rFonts w:ascii="Times New Roman" w:eastAsia="Times New Roman" w:hAnsi="Times New Roman" w:cs="Times New Roman"/>
                <w:color w:val="000000"/>
                <w:sz w:val="24"/>
              </w:rPr>
              <w:t>пропедевтическом уровне).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84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18.</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История возникновения и функции знаков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препинания (в рамках </w:t>
            </w:r>
            <w:r w:rsidRPr="00FD510F">
              <w:rPr>
                <w:rFonts w:ascii="Cambria" w:eastAsia="MS Mincho" w:hAnsi="Cambria" w:cs="Times New Roman"/>
              </w:rPr>
              <w:br/>
            </w:r>
            <w:r w:rsidRPr="00FD510F">
              <w:rPr>
                <w:rFonts w:ascii="Times New Roman" w:eastAsia="Times New Roman" w:hAnsi="Times New Roman" w:cs="Times New Roman"/>
                <w:color w:val="000000"/>
                <w:sz w:val="24"/>
              </w:rPr>
              <w:t>изученного).</w:t>
            </w:r>
          </w:p>
          <w:p w:rsidR="00FD510F" w:rsidRPr="00FD510F" w:rsidRDefault="00FD510F" w:rsidP="00FD510F">
            <w:pPr>
              <w:autoSpaceDE w:val="0"/>
              <w:autoSpaceDN w:val="0"/>
              <w:spacing w:before="70" w:after="0" w:line="276" w:lineRule="auto"/>
              <w:ind w:left="72" w:right="720"/>
              <w:rPr>
                <w:rFonts w:ascii="Cambria" w:eastAsia="MS Mincho" w:hAnsi="Cambria" w:cs="Times New Roman"/>
              </w:rPr>
            </w:pPr>
            <w:r w:rsidRPr="00FD510F">
              <w:rPr>
                <w:rFonts w:ascii="Times New Roman" w:eastAsia="Times New Roman" w:hAnsi="Times New Roman" w:cs="Times New Roman"/>
                <w:color w:val="000000"/>
                <w:sz w:val="24"/>
              </w:rPr>
              <w:t xml:space="preserve">Совершенствование навыков правильного пунктуационного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оформления текста.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Тестирование</w:t>
            </w:r>
            <w:proofErr w:type="spellEnd"/>
            <w:r w:rsidRPr="00FD510F">
              <w:rPr>
                <w:rFonts w:ascii="Times New Roman" w:eastAsia="Times New Roman" w:hAnsi="Times New Roman" w:cs="Times New Roman"/>
                <w:color w:val="000000"/>
                <w:sz w:val="24"/>
                <w:lang w:val="en-US"/>
              </w:rPr>
              <w:t>;</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16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19.</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1"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Правила ведения диалога: корректные и </w:t>
            </w:r>
            <w:r w:rsidRPr="00FD510F">
              <w:rPr>
                <w:rFonts w:ascii="Cambria" w:eastAsia="MS Mincho" w:hAnsi="Cambria" w:cs="Times New Roman"/>
              </w:rPr>
              <w:br/>
            </w:r>
            <w:r w:rsidRPr="00FD510F">
              <w:rPr>
                <w:rFonts w:ascii="Times New Roman" w:eastAsia="Times New Roman" w:hAnsi="Times New Roman" w:cs="Times New Roman"/>
                <w:color w:val="000000"/>
                <w:sz w:val="24"/>
              </w:rPr>
              <w:t>некорректные вопросы.</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288"/>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Практическая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работа</w:t>
            </w:r>
            <w:proofErr w:type="spellEnd"/>
            <w:r w:rsidRPr="00FD510F">
              <w:rPr>
                <w:rFonts w:ascii="Times New Roman" w:eastAsia="Times New Roman" w:hAnsi="Times New Roman" w:cs="Times New Roman"/>
                <w:color w:val="000000"/>
                <w:sz w:val="24"/>
                <w:lang w:val="en-US"/>
              </w:rPr>
              <w:t>;</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82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20.</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576"/>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Особенности</w:t>
            </w:r>
            <w:proofErr w:type="spellEnd"/>
            <w:r w:rsidRPr="00FD510F">
              <w:rPr>
                <w:rFonts w:ascii="Times New Roman" w:eastAsia="Times New Roman" w:hAnsi="Times New Roman" w:cs="Times New Roman"/>
                <w:color w:val="000000"/>
                <w:sz w:val="24"/>
                <w:lang w:val="en-US"/>
              </w:rPr>
              <w:t xml:space="preserve">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color w:val="000000"/>
                <w:sz w:val="24"/>
                <w:lang w:val="en-US"/>
              </w:rPr>
              <w:t>озаглавливания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текста</w:t>
            </w:r>
            <w:proofErr w:type="spellEnd"/>
            <w:r w:rsidRPr="00FD510F">
              <w:rPr>
                <w:rFonts w:ascii="Times New Roman" w:eastAsia="Times New Roman" w:hAnsi="Times New Roman" w:cs="Times New Roman"/>
                <w:color w:val="000000"/>
                <w:sz w:val="24"/>
                <w:lang w:val="en-US"/>
              </w:rPr>
              <w:t>.</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16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lastRenderedPageBreak/>
              <w:t>21.</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1" w:lineRule="auto"/>
              <w:ind w:left="72" w:right="576"/>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Особенности</w:t>
            </w:r>
            <w:proofErr w:type="spellEnd"/>
            <w:r w:rsidRPr="00FD510F">
              <w:rPr>
                <w:rFonts w:ascii="Times New Roman" w:eastAsia="Times New Roman" w:hAnsi="Times New Roman" w:cs="Times New Roman"/>
                <w:color w:val="000000"/>
                <w:sz w:val="24"/>
                <w:lang w:val="en-US"/>
              </w:rPr>
              <w:t xml:space="preserve">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color w:val="000000"/>
                <w:sz w:val="24"/>
                <w:lang w:val="en-US"/>
              </w:rPr>
              <w:t>озаглавливания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текста</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закрепление</w:t>
            </w:r>
            <w:proofErr w:type="spellEnd"/>
            <w:r w:rsidRPr="00FD510F">
              <w:rPr>
                <w:rFonts w:ascii="Times New Roman" w:eastAsia="Times New Roman" w:hAnsi="Times New Roman" w:cs="Times New Roman"/>
                <w:color w:val="000000"/>
                <w:sz w:val="24"/>
                <w:lang w:val="en-US"/>
              </w:rPr>
              <w:t xml:space="preserve">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351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100"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22.</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100" w:after="0" w:line="286" w:lineRule="auto"/>
              <w:ind w:left="72" w:right="144"/>
              <w:rPr>
                <w:rFonts w:ascii="Cambria" w:eastAsia="MS Mincho" w:hAnsi="Cambria" w:cs="Times New Roman"/>
                <w:lang w:val="en-US"/>
              </w:rPr>
            </w:pPr>
            <w:r w:rsidRPr="00FD510F">
              <w:rPr>
                <w:rFonts w:ascii="Times New Roman" w:eastAsia="Times New Roman" w:hAnsi="Times New Roman" w:cs="Times New Roman"/>
                <w:color w:val="000000"/>
                <w:sz w:val="24"/>
              </w:rPr>
              <w:t xml:space="preserve">Соотношение частей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прочитанного или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прослушанного текста: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установление причинно-следственных отношений этих частей, логических связей между абзацами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текста. </w:t>
            </w:r>
            <w:proofErr w:type="spellStart"/>
            <w:r w:rsidRPr="00FD510F">
              <w:rPr>
                <w:rFonts w:ascii="Times New Roman" w:eastAsia="Times New Roman" w:hAnsi="Times New Roman" w:cs="Times New Roman"/>
                <w:color w:val="000000"/>
                <w:sz w:val="24"/>
                <w:lang w:val="en-US"/>
              </w:rPr>
              <w:t>Составление</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плана</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текста</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не</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разделенного</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на</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абзацы</w:t>
            </w:r>
            <w:proofErr w:type="spellEnd"/>
            <w:r w:rsidRPr="00FD510F">
              <w:rPr>
                <w:rFonts w:ascii="Times New Roman" w:eastAsia="Times New Roman" w:hAnsi="Times New Roman" w:cs="Times New Roman"/>
                <w:color w:val="000000"/>
                <w:sz w:val="24"/>
                <w:lang w:val="en-US"/>
              </w:rPr>
              <w:t>.</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100"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80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23.</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Составление плана текста, не разделенного на абзацы.</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50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24.</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ight="576"/>
              <w:rPr>
                <w:rFonts w:ascii="Cambria" w:eastAsia="MS Mincho" w:hAnsi="Cambria" w:cs="Times New Roman"/>
              </w:rPr>
            </w:pPr>
            <w:r w:rsidRPr="00FD510F">
              <w:rPr>
                <w:rFonts w:ascii="Times New Roman" w:eastAsia="Times New Roman" w:hAnsi="Times New Roman" w:cs="Times New Roman"/>
                <w:color w:val="000000"/>
                <w:sz w:val="24"/>
              </w:rPr>
              <w:t xml:space="preserve">Информационная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переработка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прослушанного или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прочитанного текста: пересказ с изменением лица (на практическом уровне).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84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25.</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6" w:lineRule="auto"/>
              <w:ind w:left="72" w:right="144"/>
              <w:rPr>
                <w:rFonts w:ascii="Cambria" w:eastAsia="MS Mincho" w:hAnsi="Cambria" w:cs="Times New Roman"/>
                <w:lang w:val="en-US"/>
              </w:rPr>
            </w:pPr>
            <w:r w:rsidRPr="00FD510F">
              <w:rPr>
                <w:rFonts w:ascii="Times New Roman" w:eastAsia="Times New Roman" w:hAnsi="Times New Roman" w:cs="Times New Roman"/>
                <w:color w:val="000000"/>
                <w:sz w:val="24"/>
              </w:rPr>
              <w:t xml:space="preserve">Информационная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переработка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прослушанного или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прочитанного текста: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пересказ с изменением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лица (на практическом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уровне). </w:t>
            </w:r>
            <w:proofErr w:type="spellStart"/>
            <w:r w:rsidRPr="00FD510F">
              <w:rPr>
                <w:rFonts w:ascii="Times New Roman" w:eastAsia="Times New Roman" w:hAnsi="Times New Roman" w:cs="Times New Roman"/>
                <w:color w:val="000000"/>
                <w:sz w:val="24"/>
                <w:lang w:val="en-US"/>
              </w:rPr>
              <w:t>Приёмы</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работы</w:t>
            </w:r>
            <w:proofErr w:type="spellEnd"/>
            <w:r w:rsidRPr="00FD510F">
              <w:rPr>
                <w:rFonts w:ascii="Times New Roman" w:eastAsia="Times New Roman" w:hAnsi="Times New Roman" w:cs="Times New Roman"/>
                <w:color w:val="000000"/>
                <w:sz w:val="24"/>
                <w:lang w:val="en-US"/>
              </w:rPr>
              <w:t xml:space="preserve"> с </w:t>
            </w:r>
            <w:proofErr w:type="spellStart"/>
            <w:r w:rsidRPr="00FD510F">
              <w:rPr>
                <w:rFonts w:ascii="Times New Roman" w:eastAsia="Times New Roman" w:hAnsi="Times New Roman" w:cs="Times New Roman"/>
                <w:color w:val="000000"/>
                <w:sz w:val="24"/>
                <w:lang w:val="en-US"/>
              </w:rPr>
              <w:t>примечаниями</w:t>
            </w:r>
            <w:proofErr w:type="spellEnd"/>
            <w:r w:rsidRPr="00FD510F">
              <w:rPr>
                <w:rFonts w:ascii="Times New Roman" w:eastAsia="Times New Roman" w:hAnsi="Times New Roman" w:cs="Times New Roman"/>
                <w:color w:val="000000"/>
                <w:sz w:val="24"/>
                <w:lang w:val="en-US"/>
              </w:rPr>
              <w:t xml:space="preserve"> к </w:t>
            </w:r>
            <w:proofErr w:type="spellStart"/>
            <w:r w:rsidRPr="00FD510F">
              <w:rPr>
                <w:rFonts w:ascii="Times New Roman" w:eastAsia="Times New Roman" w:hAnsi="Times New Roman" w:cs="Times New Roman"/>
                <w:color w:val="000000"/>
                <w:sz w:val="24"/>
                <w:lang w:val="en-US"/>
              </w:rPr>
              <w:t>тексту</w:t>
            </w:r>
            <w:proofErr w:type="spellEnd"/>
            <w:r w:rsidRPr="00FD510F">
              <w:rPr>
                <w:rFonts w:ascii="Times New Roman" w:eastAsia="Times New Roman" w:hAnsi="Times New Roman" w:cs="Times New Roman"/>
                <w:color w:val="000000"/>
                <w:sz w:val="24"/>
                <w:lang w:val="en-US"/>
              </w:rPr>
              <w:t>.</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620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lastRenderedPageBreak/>
              <w:t>26.</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Оценивание устных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письменных речевых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высказываний с точки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зрения точного, уместного и выразительного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словоупотребления.</w:t>
            </w:r>
          </w:p>
          <w:p w:rsidR="00FD510F" w:rsidRPr="00FD510F" w:rsidRDefault="00FD510F" w:rsidP="00FD510F">
            <w:pPr>
              <w:autoSpaceDE w:val="0"/>
              <w:autoSpaceDN w:val="0"/>
              <w:spacing w:before="70" w:after="0" w:line="288" w:lineRule="auto"/>
              <w:ind w:left="72" w:right="144"/>
              <w:rPr>
                <w:rFonts w:ascii="Cambria" w:eastAsia="MS Mincho" w:hAnsi="Cambria" w:cs="Times New Roman"/>
                <w:lang w:val="en-US"/>
              </w:rPr>
            </w:pPr>
            <w:r w:rsidRPr="00FD510F">
              <w:rPr>
                <w:rFonts w:ascii="Times New Roman" w:eastAsia="Times New Roman" w:hAnsi="Times New Roman" w:cs="Times New Roman"/>
                <w:color w:val="000000"/>
                <w:sz w:val="24"/>
              </w:rPr>
              <w:t xml:space="preserve">Редактирование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собственных текстов с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целью совершенствования их содержания и формы; сопоставление чернового и отредактированного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текстов. </w:t>
            </w:r>
            <w:proofErr w:type="spellStart"/>
            <w:r w:rsidRPr="00FD510F">
              <w:rPr>
                <w:rFonts w:ascii="Times New Roman" w:eastAsia="Times New Roman" w:hAnsi="Times New Roman" w:cs="Times New Roman"/>
                <w:color w:val="000000"/>
                <w:sz w:val="24"/>
                <w:lang w:val="en-US"/>
              </w:rPr>
              <w:t>Практический</w:t>
            </w:r>
            <w:proofErr w:type="spellEnd"/>
            <w:r w:rsidRPr="00FD510F">
              <w:rPr>
                <w:rFonts w:ascii="Times New Roman" w:eastAsia="Times New Roman" w:hAnsi="Times New Roman" w:cs="Times New Roman"/>
                <w:color w:val="000000"/>
                <w:sz w:val="24"/>
                <w:lang w:val="en-US"/>
              </w:rPr>
              <w:t xml:space="preserve">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color w:val="000000"/>
                <w:sz w:val="24"/>
                <w:lang w:val="en-US"/>
              </w:rPr>
              <w:t>опыт</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использования</w:t>
            </w:r>
            <w:proofErr w:type="spellEnd"/>
            <w:r w:rsidRPr="00FD510F">
              <w:rPr>
                <w:rFonts w:ascii="Times New Roman" w:eastAsia="Times New Roman" w:hAnsi="Times New Roman" w:cs="Times New Roman"/>
                <w:color w:val="000000"/>
                <w:sz w:val="24"/>
                <w:lang w:val="en-US"/>
              </w:rPr>
              <w:t xml:space="preserve">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color w:val="000000"/>
                <w:sz w:val="24"/>
                <w:lang w:val="en-US"/>
              </w:rPr>
              <w:t>учебных</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словарей</w:t>
            </w:r>
            <w:proofErr w:type="spellEnd"/>
            <w:r w:rsidRPr="00FD510F">
              <w:rPr>
                <w:rFonts w:ascii="Times New Roman" w:eastAsia="Times New Roman" w:hAnsi="Times New Roman" w:cs="Times New Roman"/>
                <w:color w:val="000000"/>
                <w:sz w:val="24"/>
                <w:lang w:val="en-US"/>
              </w:rPr>
              <w:t xml:space="preserve"> в </w:t>
            </w:r>
            <w:r w:rsidRPr="00FD510F">
              <w:rPr>
                <w:rFonts w:ascii="Cambria" w:eastAsia="MS Mincho" w:hAnsi="Cambria" w:cs="Times New Roman"/>
                <w:lang w:val="en-US"/>
              </w:rPr>
              <w:br/>
            </w:r>
            <w:proofErr w:type="spellStart"/>
            <w:r w:rsidRPr="00FD510F">
              <w:rPr>
                <w:rFonts w:ascii="Times New Roman" w:eastAsia="Times New Roman" w:hAnsi="Times New Roman" w:cs="Times New Roman"/>
                <w:color w:val="000000"/>
                <w:sz w:val="24"/>
                <w:lang w:val="en-US"/>
              </w:rPr>
              <w:t>процессе</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редактирования</w:t>
            </w:r>
            <w:proofErr w:type="spellEnd"/>
            <w:r w:rsidRPr="00FD510F">
              <w:rPr>
                <w:rFonts w:ascii="Times New Roman" w:eastAsia="Times New Roman" w:hAnsi="Times New Roman" w:cs="Times New Roman"/>
                <w:color w:val="000000"/>
                <w:sz w:val="24"/>
                <w:lang w:val="en-US"/>
              </w:rPr>
              <w:t xml:space="preserve"> </w:t>
            </w:r>
            <w:proofErr w:type="spellStart"/>
            <w:r w:rsidRPr="00FD510F">
              <w:rPr>
                <w:rFonts w:ascii="Times New Roman" w:eastAsia="Times New Roman" w:hAnsi="Times New Roman" w:cs="Times New Roman"/>
                <w:color w:val="000000"/>
                <w:sz w:val="24"/>
                <w:lang w:val="en-US"/>
              </w:rPr>
              <w:t>текста</w:t>
            </w:r>
            <w:proofErr w:type="spellEnd"/>
            <w:r w:rsidRPr="00FD510F">
              <w:rPr>
                <w:rFonts w:ascii="Times New Roman" w:eastAsia="Times New Roman" w:hAnsi="Times New Roman" w:cs="Times New Roman"/>
                <w:color w:val="000000"/>
                <w:sz w:val="24"/>
                <w:lang w:val="en-US"/>
              </w:rPr>
              <w:t>.</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5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27.</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Оценивание устных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письменных речевых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высказываний с точки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зрения точного, уместного и выразительного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словоупотребления.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50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28.</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3"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Оценивание устных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письменных речевых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высказываний с точки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зрения точного, уместного и выразительного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словоупотребления,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закрепление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84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29.</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6"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Редактирование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собственных текстов с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целью совершенствования их содержания и формы; сопоставление чернового и отредактированного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текстов.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30.</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ight="432"/>
              <w:rPr>
                <w:rFonts w:ascii="Cambria" w:eastAsia="MS Mincho" w:hAnsi="Cambria" w:cs="Times New Roman"/>
              </w:rPr>
            </w:pPr>
            <w:r w:rsidRPr="00FD510F">
              <w:rPr>
                <w:rFonts w:ascii="Times New Roman" w:eastAsia="Times New Roman" w:hAnsi="Times New Roman" w:cs="Times New Roman"/>
                <w:color w:val="000000"/>
                <w:sz w:val="24"/>
              </w:rPr>
              <w:t xml:space="preserve">Практический опыт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использования учебных словарей в процессе </w:t>
            </w:r>
            <w:r w:rsidRPr="00FD510F">
              <w:rPr>
                <w:rFonts w:ascii="Cambria" w:eastAsia="MS Mincho" w:hAnsi="Cambria" w:cs="Times New Roman"/>
              </w:rPr>
              <w:br/>
            </w:r>
            <w:r w:rsidRPr="00FD510F">
              <w:rPr>
                <w:rFonts w:ascii="Times New Roman" w:eastAsia="Times New Roman" w:hAnsi="Times New Roman" w:cs="Times New Roman"/>
                <w:color w:val="000000"/>
                <w:sz w:val="24"/>
              </w:rPr>
              <w:t>редактирования текста.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164"/>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lastRenderedPageBreak/>
              <w:t>31.</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1" w:lineRule="auto"/>
              <w:ind w:left="72" w:right="288"/>
              <w:rPr>
                <w:rFonts w:ascii="Cambria" w:eastAsia="MS Mincho" w:hAnsi="Cambria" w:cs="Times New Roman"/>
              </w:rPr>
            </w:pPr>
            <w:r w:rsidRPr="00FD510F">
              <w:rPr>
                <w:rFonts w:ascii="Times New Roman" w:eastAsia="Times New Roman" w:hAnsi="Times New Roman" w:cs="Times New Roman"/>
                <w:color w:val="000000"/>
                <w:sz w:val="24"/>
              </w:rPr>
              <w:t xml:space="preserve">Синонимия речевых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формул (на практическом уровне).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32.</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ight="432"/>
              <w:rPr>
                <w:rFonts w:ascii="Cambria" w:eastAsia="MS Mincho" w:hAnsi="Cambria" w:cs="Times New Roman"/>
              </w:rPr>
            </w:pPr>
            <w:r w:rsidRPr="00FD510F">
              <w:rPr>
                <w:rFonts w:ascii="Times New Roman" w:eastAsia="Times New Roman" w:hAnsi="Times New Roman" w:cs="Times New Roman"/>
                <w:color w:val="000000"/>
                <w:sz w:val="24"/>
              </w:rPr>
              <w:t xml:space="preserve">Создание текста как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результата собственной исследовательской </w:t>
            </w:r>
            <w:r w:rsidRPr="00FD510F">
              <w:rPr>
                <w:rFonts w:ascii="Cambria" w:eastAsia="MS Mincho" w:hAnsi="Cambria" w:cs="Times New Roman"/>
              </w:rPr>
              <w:br/>
            </w:r>
            <w:r w:rsidRPr="00FD510F">
              <w:rPr>
                <w:rFonts w:ascii="Times New Roman" w:eastAsia="Times New Roman" w:hAnsi="Times New Roman" w:cs="Times New Roman"/>
                <w:color w:val="000000"/>
                <w:sz w:val="24"/>
              </w:rPr>
              <w:t>деятельности.</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proofErr w:type="spellStart"/>
            <w:r w:rsidRPr="00FD510F">
              <w:rPr>
                <w:rFonts w:ascii="Times New Roman" w:eastAsia="Times New Roman" w:hAnsi="Times New Roman" w:cs="Times New Roman"/>
                <w:color w:val="000000"/>
                <w:sz w:val="24"/>
                <w:lang w:val="en-US"/>
              </w:rPr>
              <w:t>Тестирование</w:t>
            </w:r>
            <w:proofErr w:type="spellEnd"/>
            <w:r w:rsidRPr="00FD510F">
              <w:rPr>
                <w:rFonts w:ascii="Times New Roman" w:eastAsia="Times New Roman" w:hAnsi="Times New Roman" w:cs="Times New Roman"/>
                <w:color w:val="000000"/>
                <w:sz w:val="24"/>
                <w:lang w:val="en-US"/>
              </w:rPr>
              <w:t>;</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1838"/>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33.</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ight="144"/>
              <w:rPr>
                <w:rFonts w:ascii="Cambria" w:eastAsia="MS Mincho" w:hAnsi="Cambria" w:cs="Times New Roman"/>
              </w:rPr>
            </w:pPr>
            <w:r w:rsidRPr="00FD510F">
              <w:rPr>
                <w:rFonts w:ascii="Times New Roman" w:eastAsia="Times New Roman" w:hAnsi="Times New Roman" w:cs="Times New Roman"/>
                <w:color w:val="000000"/>
                <w:sz w:val="24"/>
              </w:rPr>
              <w:t xml:space="preserve">Редактирование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собственных текстов с </w:t>
            </w:r>
            <w:r w:rsidRPr="00FD510F">
              <w:rPr>
                <w:rFonts w:ascii="Cambria" w:eastAsia="MS Mincho" w:hAnsi="Cambria" w:cs="Times New Roman"/>
              </w:rPr>
              <w:br/>
            </w:r>
            <w:r w:rsidRPr="00FD510F">
              <w:rPr>
                <w:rFonts w:ascii="Times New Roman" w:eastAsia="Times New Roman" w:hAnsi="Times New Roman" w:cs="Times New Roman"/>
                <w:color w:val="000000"/>
                <w:sz w:val="24"/>
              </w:rPr>
              <w:t>целью совершенствования их содержания и формы</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jc w:val="center"/>
              <w:rPr>
                <w:rFonts w:ascii="Cambria" w:eastAsia="MS Mincho" w:hAnsi="Cambria" w:cs="Times New Roman"/>
                <w:lang w:val="en-US"/>
              </w:rPr>
            </w:pPr>
            <w:r w:rsidRPr="00FD510F">
              <w:rPr>
                <w:rFonts w:ascii="Times New Roman" w:eastAsia="Times New Roman" w:hAnsi="Times New Roman" w:cs="Times New Roman"/>
                <w:color w:val="000000"/>
                <w:sz w:val="24"/>
                <w:lang w:val="en-US"/>
              </w:rPr>
              <w:t>34.</w:t>
            </w:r>
          </w:p>
        </w:tc>
        <w:tc>
          <w:tcPr>
            <w:tcW w:w="303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81"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Редактирование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предложенных и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собственных текстов с </w:t>
            </w:r>
            <w:r w:rsidRPr="00FD510F">
              <w:rPr>
                <w:rFonts w:ascii="Cambria" w:eastAsia="MS Mincho" w:hAnsi="Cambria" w:cs="Times New Roman"/>
              </w:rPr>
              <w:br/>
            </w:r>
            <w:r w:rsidRPr="00FD510F">
              <w:rPr>
                <w:rFonts w:ascii="Times New Roman" w:eastAsia="Times New Roman" w:hAnsi="Times New Roman" w:cs="Times New Roman"/>
                <w:color w:val="000000"/>
                <w:sz w:val="24"/>
              </w:rPr>
              <w:t xml:space="preserve">целью совершенствования их содержания и формы, </w:t>
            </w:r>
            <w:r w:rsidRPr="00FD510F">
              <w:rPr>
                <w:rFonts w:ascii="Cambria" w:eastAsia="MS Mincho" w:hAnsi="Cambria" w:cs="Times New Roman"/>
              </w:rPr>
              <w:br/>
            </w:r>
            <w:proofErr w:type="spellStart"/>
            <w:r w:rsidRPr="00FD510F">
              <w:rPr>
                <w:rFonts w:ascii="Times New Roman" w:eastAsia="Times New Roman" w:hAnsi="Times New Roman" w:cs="Times New Roman"/>
                <w:color w:val="000000"/>
                <w:sz w:val="24"/>
              </w:rPr>
              <w:t>итогово</w:t>
            </w:r>
            <w:proofErr w:type="spellEnd"/>
            <w:r w:rsidRPr="00FD510F">
              <w:rPr>
                <w:rFonts w:ascii="Times New Roman" w:eastAsia="Times New Roman" w:hAnsi="Times New Roman" w:cs="Times New Roman"/>
                <w:color w:val="000000"/>
                <w:sz w:val="24"/>
              </w:rPr>
              <w:t xml:space="preserve">-обобщающий урок </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11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c>
          <w:tcPr>
            <w:tcW w:w="20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76" w:lineRule="auto"/>
              <w:ind w:left="72"/>
              <w:rPr>
                <w:rFonts w:ascii="Cambria" w:eastAsia="MS Mincho" w:hAnsi="Cambria" w:cs="Times New Roman"/>
              </w:rPr>
            </w:pPr>
            <w:r w:rsidRPr="00FD510F">
              <w:rPr>
                <w:rFonts w:ascii="Times New Roman" w:eastAsia="Times New Roman" w:hAnsi="Times New Roman" w:cs="Times New Roman"/>
                <w:color w:val="000000"/>
                <w:sz w:val="24"/>
              </w:rPr>
              <w:t xml:space="preserve">Самооценка с </w:t>
            </w:r>
            <w:r w:rsidRPr="00FD510F">
              <w:rPr>
                <w:rFonts w:ascii="Cambria" w:eastAsia="MS Mincho" w:hAnsi="Cambria" w:cs="Times New Roman"/>
              </w:rPr>
              <w:br/>
            </w:r>
            <w:proofErr w:type="spellStart"/>
            <w:r w:rsidRPr="00FD510F">
              <w:rPr>
                <w:rFonts w:ascii="Times New Roman" w:eastAsia="Times New Roman" w:hAnsi="Times New Roman" w:cs="Times New Roman"/>
                <w:color w:val="000000"/>
                <w:sz w:val="24"/>
              </w:rPr>
              <w:t>использованием«Оценочного</w:t>
            </w:r>
            <w:proofErr w:type="spellEnd"/>
            <w:r w:rsidRPr="00FD510F">
              <w:rPr>
                <w:rFonts w:ascii="Times New Roman" w:eastAsia="Times New Roman" w:hAnsi="Times New Roman" w:cs="Times New Roman"/>
                <w:color w:val="000000"/>
                <w:sz w:val="24"/>
              </w:rPr>
              <w:t xml:space="preserve"> </w:t>
            </w:r>
            <w:r w:rsidRPr="00FD510F">
              <w:rPr>
                <w:rFonts w:ascii="Cambria" w:eastAsia="MS Mincho" w:hAnsi="Cambria" w:cs="Times New Roman"/>
              </w:rPr>
              <w:br/>
            </w:r>
            <w:r w:rsidRPr="00FD510F">
              <w:rPr>
                <w:rFonts w:ascii="Times New Roman" w:eastAsia="Times New Roman" w:hAnsi="Times New Roman" w:cs="Times New Roman"/>
                <w:color w:val="000000"/>
                <w:sz w:val="24"/>
              </w:rPr>
              <w:t>листа»;</w:t>
            </w:r>
          </w:p>
        </w:tc>
      </w:tr>
      <w:tr w:rsidR="00FD510F" w:rsidRPr="00FD510F" w:rsidTr="00FD510F">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wBefore w:w="11" w:type="dxa"/>
          <w:trHeight w:hRule="exact" w:val="808"/>
        </w:trPr>
        <w:tc>
          <w:tcPr>
            <w:tcW w:w="3540"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62" w:lineRule="auto"/>
              <w:ind w:left="72" w:right="576"/>
              <w:rPr>
                <w:rFonts w:ascii="Cambria" w:eastAsia="MS Mincho" w:hAnsi="Cambria" w:cs="Times New Roman"/>
              </w:rPr>
            </w:pPr>
            <w:r w:rsidRPr="00FD510F">
              <w:rPr>
                <w:rFonts w:ascii="Times New Roman" w:eastAsia="Times New Roman" w:hAnsi="Times New Roman" w:cs="Times New Roman"/>
                <w:color w:val="000000"/>
                <w:sz w:val="24"/>
              </w:rPr>
              <w:t>ОБЩЕЕ КОЛИЧЕСТВО ЧАСОВ ПО ПРОГРАММЕ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4"/>
              <w:rPr>
                <w:rFonts w:ascii="Cambria" w:eastAsia="MS Mincho" w:hAnsi="Cambria" w:cs="Times New Roman"/>
                <w:lang w:val="en-US"/>
              </w:rPr>
            </w:pPr>
            <w:r w:rsidRPr="00FD510F">
              <w:rPr>
                <w:rFonts w:ascii="Times New Roman" w:eastAsia="Times New Roman" w:hAnsi="Times New Roman" w:cs="Times New Roman"/>
                <w:color w:val="000000"/>
                <w:sz w:val="24"/>
                <w:lang w:val="en-US"/>
              </w:rPr>
              <w:t>34</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3</w:t>
            </w:r>
          </w:p>
        </w:tc>
        <w:tc>
          <w:tcPr>
            <w:tcW w:w="1668"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autoSpaceDE w:val="0"/>
              <w:autoSpaceDN w:val="0"/>
              <w:spacing w:before="98" w:after="0" w:line="230" w:lineRule="auto"/>
              <w:ind w:left="72"/>
              <w:rPr>
                <w:rFonts w:ascii="Cambria" w:eastAsia="MS Mincho" w:hAnsi="Cambria" w:cs="Times New Roman"/>
                <w:lang w:val="en-US"/>
              </w:rPr>
            </w:pPr>
            <w:r w:rsidRPr="00FD510F">
              <w:rPr>
                <w:rFonts w:ascii="Times New Roman" w:eastAsia="Times New Roman" w:hAnsi="Times New Roman" w:cs="Times New Roman"/>
                <w:color w:val="000000"/>
                <w:sz w:val="24"/>
                <w:lang w:val="en-US"/>
              </w:rPr>
              <w:t>2</w:t>
            </w:r>
          </w:p>
        </w:tc>
        <w:tc>
          <w:tcPr>
            <w:tcW w:w="3200"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FD510F" w:rsidRPr="00FD510F" w:rsidRDefault="00FD510F" w:rsidP="00FD510F">
            <w:pPr>
              <w:spacing w:after="200" w:line="276" w:lineRule="auto"/>
              <w:rPr>
                <w:rFonts w:ascii="Cambria" w:eastAsia="MS Mincho" w:hAnsi="Cambria" w:cs="Times New Roman"/>
                <w:lang w:val="en-US"/>
              </w:rPr>
            </w:pPr>
          </w:p>
        </w:tc>
      </w:tr>
    </w:tbl>
    <w:p w:rsidR="00FD510F" w:rsidRPr="00FD510F" w:rsidRDefault="00FD510F" w:rsidP="00FD510F">
      <w:pPr>
        <w:autoSpaceDE w:val="0"/>
        <w:autoSpaceDN w:val="0"/>
        <w:spacing w:after="0" w:line="14" w:lineRule="exact"/>
        <w:rPr>
          <w:rFonts w:ascii="Cambria" w:eastAsia="MS Mincho" w:hAnsi="Cambria" w:cs="Times New Roman"/>
          <w:lang w:val="en-US"/>
        </w:rPr>
      </w:pPr>
    </w:p>
    <w:p w:rsidR="00BB02B9" w:rsidRPr="00BB02B9" w:rsidRDefault="00BB02B9"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BB02B9" w:rsidRDefault="00BB02B9"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Default="00FD510F" w:rsidP="00BB02B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D510F" w:rsidRPr="00FD510F" w:rsidRDefault="00FD510F" w:rsidP="00FD510F">
      <w:pPr>
        <w:autoSpaceDE w:val="0"/>
        <w:autoSpaceDN w:val="0"/>
        <w:spacing w:after="0" w:line="230" w:lineRule="auto"/>
        <w:rPr>
          <w:rFonts w:ascii="Cambria" w:eastAsia="MS Mincho" w:hAnsi="Cambria" w:cs="Times New Roman"/>
        </w:rPr>
      </w:pPr>
      <w:r w:rsidRPr="00FD510F">
        <w:rPr>
          <w:rFonts w:ascii="Times New Roman" w:eastAsia="Times New Roman" w:hAnsi="Times New Roman" w:cs="Times New Roman"/>
          <w:b/>
          <w:color w:val="000000"/>
          <w:sz w:val="24"/>
          <w:lang w:val="en-US"/>
        </w:rPr>
        <w:lastRenderedPageBreak/>
        <w:t>VI</w:t>
      </w:r>
      <w:r w:rsidRPr="00FD510F">
        <w:rPr>
          <w:rFonts w:ascii="Times New Roman" w:eastAsia="Times New Roman" w:hAnsi="Times New Roman" w:cs="Times New Roman"/>
          <w:b/>
          <w:color w:val="000000"/>
          <w:sz w:val="24"/>
        </w:rPr>
        <w:t xml:space="preserve">. УЧЕБНО-МЕТОДИЧЕСКОЕ ОБЕСПЕЧЕНИЕ ОБРАЗОВАТЕЛЬНОГО ПРОЦЕССА </w:t>
      </w:r>
    </w:p>
    <w:p w:rsidR="00FD510F" w:rsidRPr="00FD510F" w:rsidRDefault="00FD510F" w:rsidP="00FD510F">
      <w:pPr>
        <w:autoSpaceDE w:val="0"/>
        <w:autoSpaceDN w:val="0"/>
        <w:spacing w:before="346"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ОБЯЗАТЕЛЬНЫЕ УЧЕБНЫЕ МАТЕРИАЛЫ ДЛЯ УЧЕНИКА</w:t>
      </w:r>
      <w:r>
        <w:rPr>
          <w:rFonts w:ascii="Times New Roman" w:eastAsia="Times New Roman" w:hAnsi="Times New Roman" w:cs="Times New Roman"/>
          <w:b/>
          <w:color w:val="000000"/>
          <w:sz w:val="24"/>
        </w:rPr>
        <w:t xml:space="preserve"> 1 класса</w:t>
      </w:r>
    </w:p>
    <w:p w:rsidR="00FD510F" w:rsidRPr="00FD510F" w:rsidRDefault="00FD510F" w:rsidP="00FD510F">
      <w:pPr>
        <w:autoSpaceDE w:val="0"/>
        <w:autoSpaceDN w:val="0"/>
        <w:spacing w:before="166" w:after="0" w:line="276" w:lineRule="auto"/>
        <w:ind w:right="288"/>
        <w:rPr>
          <w:rFonts w:ascii="Cambria" w:eastAsia="MS Mincho" w:hAnsi="Cambria" w:cs="Times New Roman"/>
        </w:rPr>
      </w:pPr>
      <w:r w:rsidRPr="00FD510F">
        <w:rPr>
          <w:rFonts w:ascii="Times New Roman" w:eastAsia="Times New Roman" w:hAnsi="Times New Roman" w:cs="Times New Roman"/>
          <w:color w:val="000000"/>
          <w:sz w:val="24"/>
        </w:rPr>
        <w:t xml:space="preserve">Александрова О.М., Вербицкая Л.А., Богданов С.И., Казакова Е.И., Кузнецова М.И., </w:t>
      </w:r>
      <w:proofErr w:type="spellStart"/>
      <w:r w:rsidRPr="00FD510F">
        <w:rPr>
          <w:rFonts w:ascii="Times New Roman" w:eastAsia="Times New Roman" w:hAnsi="Times New Roman" w:cs="Times New Roman"/>
          <w:color w:val="000000"/>
          <w:sz w:val="24"/>
        </w:rPr>
        <w:t>Петленко</w:t>
      </w:r>
      <w:proofErr w:type="spellEnd"/>
      <w:r w:rsidRPr="00FD510F">
        <w:rPr>
          <w:rFonts w:ascii="Times New Roman" w:eastAsia="Times New Roman" w:hAnsi="Times New Roman" w:cs="Times New Roman"/>
          <w:color w:val="000000"/>
          <w:sz w:val="24"/>
        </w:rPr>
        <w:t xml:space="preserve"> Л.В., Романова В.Ю., Русский родной язык. Учебник. 1 класс. Акционерное общество «</w:t>
      </w:r>
      <w:proofErr w:type="spellStart"/>
      <w:r w:rsidRPr="00FD510F">
        <w:rPr>
          <w:rFonts w:ascii="Times New Roman" w:eastAsia="Times New Roman" w:hAnsi="Times New Roman" w:cs="Times New Roman"/>
          <w:color w:val="000000"/>
          <w:sz w:val="24"/>
        </w:rPr>
        <w:t>Издательство«Просвещение</w:t>
      </w:r>
      <w:proofErr w:type="spellEnd"/>
      <w:r w:rsidRPr="00FD510F">
        <w:rPr>
          <w:rFonts w:ascii="Times New Roman" w:eastAsia="Times New Roman" w:hAnsi="Times New Roman" w:cs="Times New Roman"/>
          <w:color w:val="000000"/>
          <w:sz w:val="24"/>
        </w:rPr>
        <w:t xml:space="preserve">»; </w:t>
      </w:r>
      <w:r w:rsidRPr="00FD510F">
        <w:rPr>
          <w:rFonts w:ascii="Cambria" w:eastAsia="MS Mincho" w:hAnsi="Cambria" w:cs="Times New Roman"/>
        </w:rPr>
        <w:br/>
      </w:r>
      <w:r w:rsidRPr="00FD510F">
        <w:rPr>
          <w:rFonts w:ascii="Times New Roman" w:eastAsia="Times New Roman" w:hAnsi="Times New Roman" w:cs="Times New Roman"/>
          <w:b/>
          <w:color w:val="000000"/>
          <w:sz w:val="24"/>
        </w:rPr>
        <w:t>ОБЯЗАТЕЛЬНЫЕ УЧЕБНЫЕ МАТЕРИАЛЫ ДЛЯ УЧЕНИКА</w:t>
      </w:r>
      <w:r>
        <w:rPr>
          <w:rFonts w:ascii="Times New Roman" w:eastAsia="Times New Roman" w:hAnsi="Times New Roman" w:cs="Times New Roman"/>
          <w:b/>
          <w:color w:val="000000"/>
          <w:sz w:val="24"/>
        </w:rPr>
        <w:t xml:space="preserve"> 2 класса</w:t>
      </w:r>
    </w:p>
    <w:p w:rsidR="00FD510F" w:rsidRPr="00FD510F" w:rsidRDefault="00FD510F" w:rsidP="00FD510F">
      <w:pPr>
        <w:spacing w:after="0" w:line="240" w:lineRule="auto"/>
        <w:rPr>
          <w:rFonts w:ascii="Times New Roman" w:eastAsia="MS Mincho" w:hAnsi="Times New Roman" w:cs="Times New Roman"/>
          <w:sz w:val="24"/>
        </w:rPr>
      </w:pPr>
      <w:r w:rsidRPr="00FD510F">
        <w:rPr>
          <w:rFonts w:ascii="Times New Roman" w:eastAsia="MS Mincho" w:hAnsi="Times New Roman" w:cs="Times New Roman"/>
          <w:sz w:val="24"/>
        </w:rPr>
        <w:t xml:space="preserve">Александрова О.М., Вербицкая Л.А., Богданов С.И., Казакова Е.И., Кузнецова М.И., </w:t>
      </w:r>
    </w:p>
    <w:p w:rsidR="00FD510F" w:rsidRPr="00FD510F" w:rsidRDefault="00FD510F" w:rsidP="00FD510F">
      <w:pPr>
        <w:spacing w:after="0" w:line="240" w:lineRule="auto"/>
        <w:rPr>
          <w:rFonts w:ascii="Times New Roman" w:eastAsia="MS Mincho" w:hAnsi="Times New Roman" w:cs="Times New Roman"/>
          <w:sz w:val="24"/>
        </w:rPr>
      </w:pPr>
      <w:proofErr w:type="spellStart"/>
      <w:r w:rsidRPr="00FD510F">
        <w:rPr>
          <w:rFonts w:ascii="Times New Roman" w:eastAsia="MS Mincho" w:hAnsi="Times New Roman" w:cs="Times New Roman"/>
          <w:sz w:val="24"/>
        </w:rPr>
        <w:t>Петленко</w:t>
      </w:r>
      <w:proofErr w:type="spellEnd"/>
      <w:r w:rsidRPr="00FD510F">
        <w:rPr>
          <w:rFonts w:ascii="Times New Roman" w:eastAsia="MS Mincho" w:hAnsi="Times New Roman" w:cs="Times New Roman"/>
          <w:sz w:val="24"/>
        </w:rPr>
        <w:t xml:space="preserve"> Л.В., Романова В.Ю., Рябинина Л.А., Соколова О.В., Русский родной язык. </w:t>
      </w:r>
    </w:p>
    <w:p w:rsidR="00FD510F" w:rsidRPr="00FD510F" w:rsidRDefault="00FD510F" w:rsidP="00FD510F">
      <w:pPr>
        <w:spacing w:after="0" w:line="240" w:lineRule="auto"/>
        <w:rPr>
          <w:rFonts w:ascii="Times New Roman" w:eastAsia="Times New Roman" w:hAnsi="Times New Roman" w:cs="Times New Roman"/>
          <w:b/>
          <w:color w:val="000000"/>
          <w:sz w:val="24"/>
        </w:rPr>
      </w:pPr>
      <w:r w:rsidRPr="00FD510F">
        <w:rPr>
          <w:rFonts w:ascii="Times New Roman" w:eastAsia="MS Mincho" w:hAnsi="Times New Roman" w:cs="Times New Roman"/>
          <w:sz w:val="24"/>
        </w:rPr>
        <w:t>Учебник. 2 класс. Акционерное общество «Издательство «Просвещение»</w:t>
      </w:r>
      <w:r w:rsidRPr="00FD510F">
        <w:rPr>
          <w:rFonts w:ascii="Times New Roman" w:eastAsia="MS Mincho" w:hAnsi="Times New Roman" w:cs="Times New Roman"/>
          <w:sz w:val="24"/>
        </w:rPr>
        <w:br/>
      </w:r>
    </w:p>
    <w:p w:rsidR="00FD510F" w:rsidRPr="00FD510F" w:rsidRDefault="00FD510F" w:rsidP="00FD510F">
      <w:pPr>
        <w:autoSpaceDE w:val="0"/>
        <w:autoSpaceDN w:val="0"/>
        <w:spacing w:before="346"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ОБЯЗАТЕЛЬНЫЕ УЧЕБНЫЕ МАТЕРИАЛЫ ДЛЯ УЧЕНИКА</w:t>
      </w:r>
      <w:r>
        <w:rPr>
          <w:rFonts w:ascii="Times New Roman" w:eastAsia="Times New Roman" w:hAnsi="Times New Roman" w:cs="Times New Roman"/>
          <w:b/>
          <w:color w:val="000000"/>
          <w:sz w:val="24"/>
        </w:rPr>
        <w:t xml:space="preserve"> 3 класса</w:t>
      </w:r>
    </w:p>
    <w:p w:rsidR="00FD510F" w:rsidRPr="00FD510F" w:rsidRDefault="00FD510F" w:rsidP="00FD510F">
      <w:pPr>
        <w:autoSpaceDE w:val="0"/>
        <w:autoSpaceDN w:val="0"/>
        <w:spacing w:before="166" w:after="0" w:line="276" w:lineRule="auto"/>
        <w:ind w:right="288"/>
        <w:rPr>
          <w:rFonts w:ascii="Cambria" w:eastAsia="MS Mincho" w:hAnsi="Cambria" w:cs="Times New Roman"/>
        </w:rPr>
      </w:pPr>
      <w:r w:rsidRPr="00FD510F">
        <w:rPr>
          <w:rFonts w:ascii="Times New Roman" w:eastAsia="Times New Roman" w:hAnsi="Times New Roman" w:cs="Times New Roman"/>
          <w:color w:val="000000"/>
          <w:sz w:val="24"/>
        </w:rPr>
        <w:t xml:space="preserve">Александрова О.М., Вербицкая Л.А., Богданов С.И., Казакова Е.И., Кузнецова М.И., </w:t>
      </w:r>
      <w:proofErr w:type="spellStart"/>
      <w:r w:rsidRPr="00FD510F">
        <w:rPr>
          <w:rFonts w:ascii="Times New Roman" w:eastAsia="Times New Roman" w:hAnsi="Times New Roman" w:cs="Times New Roman"/>
          <w:color w:val="000000"/>
          <w:sz w:val="24"/>
        </w:rPr>
        <w:t>Петленко</w:t>
      </w:r>
      <w:proofErr w:type="spellEnd"/>
      <w:r w:rsidRPr="00FD510F">
        <w:rPr>
          <w:rFonts w:ascii="Times New Roman" w:eastAsia="Times New Roman" w:hAnsi="Times New Roman" w:cs="Times New Roman"/>
          <w:color w:val="000000"/>
          <w:sz w:val="24"/>
        </w:rPr>
        <w:t xml:space="preserve"> Л.В., Романова В.Ю., Русский родной язык. Учебник. </w:t>
      </w:r>
      <w:r>
        <w:rPr>
          <w:rFonts w:ascii="Times New Roman" w:eastAsia="Times New Roman" w:hAnsi="Times New Roman" w:cs="Times New Roman"/>
          <w:color w:val="000000"/>
          <w:sz w:val="24"/>
        </w:rPr>
        <w:t>3</w:t>
      </w:r>
      <w:r w:rsidRPr="00FD510F">
        <w:rPr>
          <w:rFonts w:ascii="Times New Roman" w:eastAsia="Times New Roman" w:hAnsi="Times New Roman" w:cs="Times New Roman"/>
          <w:color w:val="000000"/>
          <w:sz w:val="24"/>
        </w:rPr>
        <w:t xml:space="preserve"> класс. Акционерное общество «</w:t>
      </w:r>
      <w:proofErr w:type="spellStart"/>
      <w:r w:rsidRPr="00FD510F">
        <w:rPr>
          <w:rFonts w:ascii="Times New Roman" w:eastAsia="Times New Roman" w:hAnsi="Times New Roman" w:cs="Times New Roman"/>
          <w:color w:val="000000"/>
          <w:sz w:val="24"/>
        </w:rPr>
        <w:t>Издательство«Просвещение</w:t>
      </w:r>
      <w:proofErr w:type="spellEnd"/>
      <w:r w:rsidRPr="00FD510F">
        <w:rPr>
          <w:rFonts w:ascii="Times New Roman" w:eastAsia="Times New Roman" w:hAnsi="Times New Roman" w:cs="Times New Roman"/>
          <w:color w:val="000000"/>
          <w:sz w:val="24"/>
        </w:rPr>
        <w:t xml:space="preserve">»; </w:t>
      </w:r>
      <w:r w:rsidRPr="00FD510F">
        <w:rPr>
          <w:rFonts w:ascii="Cambria" w:eastAsia="MS Mincho" w:hAnsi="Cambria" w:cs="Times New Roman"/>
        </w:rPr>
        <w:br/>
      </w:r>
      <w:r w:rsidRPr="00FD510F">
        <w:rPr>
          <w:rFonts w:ascii="Times New Roman" w:eastAsia="Times New Roman" w:hAnsi="Times New Roman" w:cs="Times New Roman"/>
          <w:b/>
          <w:color w:val="000000"/>
          <w:sz w:val="24"/>
        </w:rPr>
        <w:t>ОБЯЗАТЕЛЬНЫЕ УЧЕБНЫЕ МАТЕРИАЛЫ ДЛЯ УЧЕНИКА</w:t>
      </w:r>
      <w:r>
        <w:rPr>
          <w:rFonts w:ascii="Times New Roman" w:eastAsia="Times New Roman" w:hAnsi="Times New Roman" w:cs="Times New Roman"/>
          <w:b/>
          <w:color w:val="000000"/>
          <w:sz w:val="24"/>
        </w:rPr>
        <w:t xml:space="preserve"> 4 класса</w:t>
      </w:r>
    </w:p>
    <w:p w:rsidR="00FD510F" w:rsidRPr="00FD510F" w:rsidRDefault="00FD510F" w:rsidP="00FD510F">
      <w:pPr>
        <w:spacing w:after="0" w:line="240" w:lineRule="auto"/>
        <w:rPr>
          <w:rFonts w:ascii="Times New Roman" w:eastAsia="MS Mincho" w:hAnsi="Times New Roman" w:cs="Times New Roman"/>
          <w:sz w:val="24"/>
        </w:rPr>
      </w:pPr>
      <w:r w:rsidRPr="00FD510F">
        <w:rPr>
          <w:rFonts w:ascii="Times New Roman" w:eastAsia="MS Mincho" w:hAnsi="Times New Roman" w:cs="Times New Roman"/>
          <w:sz w:val="24"/>
        </w:rPr>
        <w:t xml:space="preserve">Александрова О.М., Вербицкая Л.А., Богданов С.И., Казакова Е.И., Кузнецова М.И., </w:t>
      </w:r>
    </w:p>
    <w:p w:rsidR="00FD510F" w:rsidRPr="00FD510F" w:rsidRDefault="00FD510F" w:rsidP="00FD510F">
      <w:pPr>
        <w:spacing w:after="0" w:line="240" w:lineRule="auto"/>
        <w:rPr>
          <w:rFonts w:ascii="Times New Roman" w:eastAsia="MS Mincho" w:hAnsi="Times New Roman" w:cs="Times New Roman"/>
          <w:sz w:val="24"/>
        </w:rPr>
      </w:pPr>
      <w:proofErr w:type="spellStart"/>
      <w:r w:rsidRPr="00FD510F">
        <w:rPr>
          <w:rFonts w:ascii="Times New Roman" w:eastAsia="MS Mincho" w:hAnsi="Times New Roman" w:cs="Times New Roman"/>
          <w:sz w:val="24"/>
        </w:rPr>
        <w:t>Петленко</w:t>
      </w:r>
      <w:proofErr w:type="spellEnd"/>
      <w:r w:rsidRPr="00FD510F">
        <w:rPr>
          <w:rFonts w:ascii="Times New Roman" w:eastAsia="MS Mincho" w:hAnsi="Times New Roman" w:cs="Times New Roman"/>
          <w:sz w:val="24"/>
        </w:rPr>
        <w:t xml:space="preserve"> Л.В., Романова В.Ю., Рябинина Л.А., Соколова О.В., Русский родной язык. </w:t>
      </w:r>
    </w:p>
    <w:p w:rsidR="00FD510F" w:rsidRDefault="00FD510F" w:rsidP="00FD510F">
      <w:pPr>
        <w:autoSpaceDE w:val="0"/>
        <w:autoSpaceDN w:val="0"/>
        <w:spacing w:before="262" w:after="0" w:line="230" w:lineRule="auto"/>
        <w:rPr>
          <w:rFonts w:ascii="Times New Roman" w:eastAsia="Times New Roman" w:hAnsi="Times New Roman" w:cs="Times New Roman"/>
          <w:b/>
          <w:color w:val="000000"/>
          <w:sz w:val="24"/>
        </w:rPr>
      </w:pPr>
      <w:r w:rsidRPr="00FD510F">
        <w:rPr>
          <w:rFonts w:ascii="Times New Roman" w:eastAsia="MS Mincho" w:hAnsi="Times New Roman" w:cs="Times New Roman"/>
          <w:sz w:val="24"/>
        </w:rPr>
        <w:t xml:space="preserve">Учебник. </w:t>
      </w:r>
      <w:r>
        <w:rPr>
          <w:rFonts w:ascii="Times New Roman" w:eastAsia="MS Mincho" w:hAnsi="Times New Roman" w:cs="Times New Roman"/>
          <w:sz w:val="24"/>
        </w:rPr>
        <w:t>4</w:t>
      </w:r>
      <w:r w:rsidRPr="00FD510F">
        <w:rPr>
          <w:rFonts w:ascii="Times New Roman" w:eastAsia="MS Mincho" w:hAnsi="Times New Roman" w:cs="Times New Roman"/>
          <w:sz w:val="24"/>
        </w:rPr>
        <w:t xml:space="preserve"> класс. Акционерное общество «Издательство «Просвещение»</w:t>
      </w:r>
      <w:r w:rsidRPr="00FD510F">
        <w:rPr>
          <w:rFonts w:ascii="Times New Roman" w:eastAsia="MS Mincho" w:hAnsi="Times New Roman" w:cs="Times New Roman"/>
          <w:sz w:val="24"/>
        </w:rPr>
        <w:br/>
      </w:r>
    </w:p>
    <w:p w:rsidR="00FD510F" w:rsidRPr="00FD510F" w:rsidRDefault="00FD510F" w:rsidP="00FD510F">
      <w:pPr>
        <w:autoSpaceDE w:val="0"/>
        <w:autoSpaceDN w:val="0"/>
        <w:spacing w:before="262"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МЕТОДИЧЕСКИЕ МАТЕРИАЛЫ ДЛЯ УЧИТЕЛЯ</w:t>
      </w:r>
    </w:p>
    <w:p w:rsidR="00FD510F" w:rsidRPr="00FD510F" w:rsidRDefault="00FD510F" w:rsidP="00FD510F">
      <w:pPr>
        <w:autoSpaceDE w:val="0"/>
        <w:autoSpaceDN w:val="0"/>
        <w:spacing w:before="166" w:after="0" w:line="262" w:lineRule="auto"/>
        <w:ind w:right="288"/>
        <w:rPr>
          <w:rFonts w:ascii="Times New Roman" w:eastAsia="Times New Roman" w:hAnsi="Times New Roman" w:cs="Times New Roman"/>
          <w:color w:val="000000"/>
          <w:sz w:val="24"/>
        </w:rPr>
      </w:pPr>
      <w:r w:rsidRPr="00FD510F">
        <w:rPr>
          <w:rFonts w:ascii="Times New Roman" w:eastAsia="Times New Roman" w:hAnsi="Times New Roman" w:cs="Times New Roman"/>
          <w:color w:val="000000"/>
          <w:sz w:val="24"/>
        </w:rPr>
        <w:t xml:space="preserve">1 Русский родной язык. 1 класс. Учеб. для </w:t>
      </w:r>
      <w:proofErr w:type="spellStart"/>
      <w:r w:rsidRPr="00FD510F">
        <w:rPr>
          <w:rFonts w:ascii="Times New Roman" w:eastAsia="Times New Roman" w:hAnsi="Times New Roman" w:cs="Times New Roman"/>
          <w:color w:val="000000"/>
          <w:sz w:val="24"/>
        </w:rPr>
        <w:t>общеобразоват</w:t>
      </w:r>
      <w:proofErr w:type="spellEnd"/>
      <w:r w:rsidRPr="00FD510F">
        <w:rPr>
          <w:rFonts w:ascii="Times New Roman" w:eastAsia="Times New Roman" w:hAnsi="Times New Roman" w:cs="Times New Roman"/>
          <w:color w:val="000000"/>
          <w:sz w:val="24"/>
        </w:rPr>
        <w:t xml:space="preserve">. организаций / О. М. Александрова, </w:t>
      </w:r>
    </w:p>
    <w:p w:rsidR="00FD510F" w:rsidRPr="00FD510F" w:rsidRDefault="00FD510F" w:rsidP="00FD510F">
      <w:pPr>
        <w:autoSpaceDE w:val="0"/>
        <w:autoSpaceDN w:val="0"/>
        <w:spacing w:before="166" w:after="0" w:line="262" w:lineRule="auto"/>
        <w:ind w:right="288"/>
        <w:rPr>
          <w:rFonts w:ascii="Cambria" w:eastAsia="MS Mincho" w:hAnsi="Cambria" w:cs="Times New Roman"/>
        </w:rPr>
      </w:pPr>
      <w:r w:rsidRPr="00FD510F">
        <w:rPr>
          <w:rFonts w:ascii="Times New Roman" w:eastAsia="Times New Roman" w:hAnsi="Times New Roman" w:cs="Times New Roman"/>
          <w:color w:val="000000"/>
          <w:sz w:val="24"/>
        </w:rPr>
        <w:t>Л. А. Вербицкая, С. И. Богданов и др. — М.: Просвещение, 2019.</w:t>
      </w:r>
    </w:p>
    <w:p w:rsidR="00FD510F" w:rsidRPr="00FD510F" w:rsidRDefault="00FD510F" w:rsidP="00FD510F">
      <w:pPr>
        <w:autoSpaceDE w:val="0"/>
        <w:autoSpaceDN w:val="0"/>
        <w:spacing w:before="72" w:after="0" w:line="262" w:lineRule="auto"/>
        <w:ind w:right="144"/>
        <w:rPr>
          <w:rFonts w:ascii="Times New Roman" w:eastAsia="Times New Roman" w:hAnsi="Times New Roman" w:cs="Times New Roman"/>
          <w:color w:val="000000"/>
          <w:sz w:val="24"/>
        </w:rPr>
      </w:pPr>
      <w:r w:rsidRPr="00FD510F">
        <w:rPr>
          <w:rFonts w:ascii="Times New Roman" w:eastAsia="Times New Roman" w:hAnsi="Times New Roman" w:cs="Times New Roman"/>
          <w:color w:val="000000"/>
          <w:sz w:val="24"/>
        </w:rPr>
        <w:t>2 Русский родной язык. 1—4 классы. Рабочие программы/О. М. Александрова, М. И. Кузнецова,</w:t>
      </w:r>
    </w:p>
    <w:p w:rsidR="00FD510F" w:rsidRPr="00FD510F" w:rsidRDefault="00FD510F" w:rsidP="00FD510F">
      <w:pPr>
        <w:autoSpaceDE w:val="0"/>
        <w:autoSpaceDN w:val="0"/>
        <w:spacing w:before="72" w:after="0" w:line="262" w:lineRule="auto"/>
        <w:ind w:right="144"/>
        <w:rPr>
          <w:rFonts w:ascii="Cambria" w:eastAsia="MS Mincho" w:hAnsi="Cambria" w:cs="Times New Roman"/>
        </w:rPr>
      </w:pPr>
      <w:r w:rsidRPr="00FD510F">
        <w:rPr>
          <w:rFonts w:ascii="Times New Roman" w:eastAsia="Times New Roman" w:hAnsi="Times New Roman" w:cs="Times New Roman"/>
          <w:color w:val="000000"/>
          <w:sz w:val="24"/>
        </w:rPr>
        <w:t xml:space="preserve">Л. В. </w:t>
      </w:r>
      <w:proofErr w:type="spellStart"/>
      <w:r w:rsidRPr="00FD510F">
        <w:rPr>
          <w:rFonts w:ascii="Times New Roman" w:eastAsia="Times New Roman" w:hAnsi="Times New Roman" w:cs="Times New Roman"/>
          <w:color w:val="000000"/>
          <w:sz w:val="24"/>
        </w:rPr>
        <w:t>Петленко</w:t>
      </w:r>
      <w:proofErr w:type="spellEnd"/>
      <w:r w:rsidRPr="00FD510F">
        <w:rPr>
          <w:rFonts w:ascii="Times New Roman" w:eastAsia="Times New Roman" w:hAnsi="Times New Roman" w:cs="Times New Roman"/>
          <w:color w:val="000000"/>
          <w:sz w:val="24"/>
        </w:rPr>
        <w:t xml:space="preserve"> и др. — М.: Просвещение, 2019.</w:t>
      </w:r>
    </w:p>
    <w:p w:rsidR="00FD510F" w:rsidRPr="00FD510F" w:rsidRDefault="00FD510F" w:rsidP="00FD510F">
      <w:pPr>
        <w:autoSpaceDE w:val="0"/>
        <w:autoSpaceDN w:val="0"/>
        <w:spacing w:before="262"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ЦИФРОВЫЕ ОБРАЗОВАТЕЛЬНЫЕ РЕСУРСЫ И РЕСУРСЫ СЕТИ ИНТЕРНЕТ</w:t>
      </w:r>
    </w:p>
    <w:p w:rsidR="00414AF0" w:rsidRDefault="00414AF0" w:rsidP="00414AF0">
      <w:pPr>
        <w:pStyle w:val="ad"/>
        <w:rPr>
          <w:rFonts w:ascii="Times New Roman" w:hAnsi="Times New Roman" w:cs="Times New Roman"/>
          <w:sz w:val="24"/>
          <w:szCs w:val="24"/>
        </w:rPr>
      </w:pPr>
    </w:p>
    <w:p w:rsidR="00FD510F" w:rsidRPr="00414AF0" w:rsidRDefault="00FD510F" w:rsidP="00414AF0">
      <w:pPr>
        <w:pStyle w:val="ad"/>
        <w:rPr>
          <w:rFonts w:ascii="Times New Roman" w:hAnsi="Times New Roman" w:cs="Times New Roman"/>
          <w:sz w:val="24"/>
          <w:szCs w:val="24"/>
        </w:rPr>
      </w:pPr>
      <w:r w:rsidRPr="00414AF0">
        <w:rPr>
          <w:rFonts w:ascii="Times New Roman" w:hAnsi="Times New Roman" w:cs="Times New Roman"/>
          <w:sz w:val="24"/>
          <w:szCs w:val="24"/>
        </w:rPr>
        <w:t xml:space="preserve">«Единая коллекция цифровых образовательных ресурсов» - </w:t>
      </w:r>
      <w:r w:rsidRPr="00414AF0">
        <w:rPr>
          <w:rFonts w:ascii="Times New Roman" w:hAnsi="Times New Roman" w:cs="Times New Roman"/>
          <w:sz w:val="24"/>
          <w:szCs w:val="24"/>
          <w:lang w:val="en-US"/>
        </w:rPr>
        <w:t>http</w:t>
      </w:r>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schoolcollektion</w:t>
      </w:r>
      <w:proofErr w:type="spellEnd"/>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edu</w:t>
      </w:r>
      <w:proofErr w:type="spellEnd"/>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ru</w:t>
      </w:r>
      <w:proofErr w:type="spellEnd"/>
      <w:r w:rsidRPr="00414AF0">
        <w:rPr>
          <w:rFonts w:ascii="Times New Roman" w:hAnsi="Times New Roman" w:cs="Times New Roman"/>
          <w:sz w:val="24"/>
          <w:szCs w:val="24"/>
        </w:rPr>
        <w:t xml:space="preserve"> </w:t>
      </w:r>
      <w:r w:rsidRPr="00414AF0">
        <w:rPr>
          <w:rFonts w:ascii="Times New Roman" w:eastAsia="MS Mincho" w:hAnsi="Times New Roman" w:cs="Times New Roman"/>
          <w:sz w:val="24"/>
          <w:szCs w:val="24"/>
        </w:rPr>
        <w:br/>
      </w:r>
      <w:r w:rsidRPr="00414AF0">
        <w:rPr>
          <w:rFonts w:ascii="Times New Roman" w:hAnsi="Times New Roman" w:cs="Times New Roman"/>
          <w:sz w:val="24"/>
          <w:szCs w:val="24"/>
          <w:lang w:val="en-US"/>
        </w:rPr>
        <w:t>https</w:t>
      </w:r>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resh</w:t>
      </w:r>
      <w:proofErr w:type="spellEnd"/>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edu</w:t>
      </w:r>
      <w:proofErr w:type="spellEnd"/>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ru</w:t>
      </w:r>
      <w:proofErr w:type="spellEnd"/>
      <w:r w:rsidRPr="00414AF0">
        <w:rPr>
          <w:rFonts w:ascii="Times New Roman" w:hAnsi="Times New Roman" w:cs="Times New Roman"/>
          <w:sz w:val="24"/>
          <w:szCs w:val="24"/>
        </w:rPr>
        <w:t xml:space="preserve"> </w:t>
      </w:r>
      <w:r w:rsidRPr="00414AF0">
        <w:rPr>
          <w:rFonts w:ascii="Times New Roman" w:eastAsia="MS Mincho" w:hAnsi="Times New Roman" w:cs="Times New Roman"/>
          <w:sz w:val="24"/>
          <w:szCs w:val="24"/>
        </w:rPr>
        <w:br/>
      </w:r>
      <w:r w:rsidRPr="00414AF0">
        <w:rPr>
          <w:rFonts w:ascii="Times New Roman" w:hAnsi="Times New Roman" w:cs="Times New Roman"/>
          <w:sz w:val="24"/>
          <w:szCs w:val="24"/>
          <w:lang w:val="en-US"/>
        </w:rPr>
        <w:t>http</w:t>
      </w:r>
      <w:r w:rsidRPr="00414AF0">
        <w:rPr>
          <w:rFonts w:ascii="Times New Roman" w:hAnsi="Times New Roman" w:cs="Times New Roman"/>
          <w:sz w:val="24"/>
          <w:szCs w:val="24"/>
        </w:rPr>
        <w:t>://</w:t>
      </w:r>
      <w:r w:rsidRPr="00414AF0">
        <w:rPr>
          <w:rFonts w:ascii="Times New Roman" w:hAnsi="Times New Roman" w:cs="Times New Roman"/>
          <w:sz w:val="24"/>
          <w:szCs w:val="24"/>
          <w:lang w:val="en-US"/>
        </w:rPr>
        <w:t>www</w:t>
      </w:r>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rus</w:t>
      </w:r>
      <w:proofErr w:type="spellEnd"/>
      <w:r w:rsidRPr="00414AF0">
        <w:rPr>
          <w:rFonts w:ascii="Times New Roman" w:hAnsi="Times New Roman" w:cs="Times New Roman"/>
          <w:sz w:val="24"/>
          <w:szCs w:val="24"/>
        </w:rPr>
        <w:t>.1</w:t>
      </w:r>
      <w:proofErr w:type="spellStart"/>
      <w:r w:rsidRPr="00414AF0">
        <w:rPr>
          <w:rFonts w:ascii="Times New Roman" w:hAnsi="Times New Roman" w:cs="Times New Roman"/>
          <w:sz w:val="24"/>
          <w:szCs w:val="24"/>
          <w:lang w:val="en-US"/>
        </w:rPr>
        <w:t>september</w:t>
      </w:r>
      <w:proofErr w:type="spellEnd"/>
      <w:r w:rsidRPr="00414AF0">
        <w:rPr>
          <w:rFonts w:ascii="Times New Roman" w:hAnsi="Times New Roman" w:cs="Times New Roman"/>
          <w:sz w:val="24"/>
          <w:szCs w:val="24"/>
        </w:rPr>
        <w:t>.</w:t>
      </w:r>
      <w:proofErr w:type="spellStart"/>
      <w:r w:rsidRPr="00414AF0">
        <w:rPr>
          <w:rFonts w:ascii="Times New Roman" w:hAnsi="Times New Roman" w:cs="Times New Roman"/>
          <w:sz w:val="24"/>
          <w:szCs w:val="24"/>
          <w:lang w:val="en-US"/>
        </w:rPr>
        <w:t>ru</w:t>
      </w:r>
      <w:proofErr w:type="spellEnd"/>
      <w:r w:rsidRPr="00414AF0">
        <w:rPr>
          <w:rFonts w:ascii="Times New Roman" w:hAnsi="Times New Roman" w:cs="Times New Roman"/>
          <w:sz w:val="24"/>
          <w:szCs w:val="24"/>
        </w:rPr>
        <w:t xml:space="preserve"> </w:t>
      </w:r>
      <w:r w:rsidRPr="00414AF0">
        <w:rPr>
          <w:rFonts w:ascii="Times New Roman" w:eastAsia="MS Mincho" w:hAnsi="Times New Roman" w:cs="Times New Roman"/>
          <w:sz w:val="24"/>
          <w:szCs w:val="24"/>
        </w:rPr>
        <w:br/>
      </w:r>
      <w:hyperlink r:id="rId35" w:history="1">
        <w:r w:rsidRPr="00414AF0">
          <w:rPr>
            <w:rStyle w:val="aa"/>
            <w:rFonts w:ascii="Times New Roman" w:eastAsia="Times New Roman" w:hAnsi="Times New Roman" w:cs="Times New Roman"/>
            <w:sz w:val="24"/>
            <w:szCs w:val="24"/>
            <w:lang w:val="en-US"/>
          </w:rPr>
          <w:t>https</w:t>
        </w:r>
        <w:r w:rsidRPr="00414AF0">
          <w:rPr>
            <w:rStyle w:val="aa"/>
            <w:rFonts w:ascii="Times New Roman" w:eastAsia="Times New Roman" w:hAnsi="Times New Roman" w:cs="Times New Roman"/>
            <w:sz w:val="24"/>
            <w:szCs w:val="24"/>
          </w:rPr>
          <w:t>://</w:t>
        </w:r>
        <w:proofErr w:type="spellStart"/>
        <w:r w:rsidRPr="00414AF0">
          <w:rPr>
            <w:rStyle w:val="aa"/>
            <w:rFonts w:ascii="Times New Roman" w:eastAsia="Times New Roman" w:hAnsi="Times New Roman" w:cs="Times New Roman"/>
            <w:sz w:val="24"/>
            <w:szCs w:val="24"/>
            <w:lang w:val="en-US"/>
          </w:rPr>
          <w:t>uchi</w:t>
        </w:r>
        <w:proofErr w:type="spellEnd"/>
        <w:r w:rsidRPr="00414AF0">
          <w:rPr>
            <w:rStyle w:val="aa"/>
            <w:rFonts w:ascii="Times New Roman" w:eastAsia="Times New Roman" w:hAnsi="Times New Roman" w:cs="Times New Roman"/>
            <w:sz w:val="24"/>
            <w:szCs w:val="24"/>
          </w:rPr>
          <w:t>.</w:t>
        </w:r>
        <w:proofErr w:type="spellStart"/>
        <w:r w:rsidRPr="00414AF0">
          <w:rPr>
            <w:rStyle w:val="aa"/>
            <w:rFonts w:ascii="Times New Roman" w:eastAsia="Times New Roman" w:hAnsi="Times New Roman" w:cs="Times New Roman"/>
            <w:sz w:val="24"/>
            <w:szCs w:val="24"/>
            <w:lang w:val="en-US"/>
          </w:rPr>
          <w:t>ru</w:t>
        </w:r>
        <w:proofErr w:type="spellEnd"/>
        <w:r w:rsidRPr="00414AF0">
          <w:rPr>
            <w:rStyle w:val="aa"/>
            <w:rFonts w:ascii="Times New Roman" w:eastAsia="Times New Roman" w:hAnsi="Times New Roman" w:cs="Times New Roman"/>
            <w:sz w:val="24"/>
            <w:szCs w:val="24"/>
          </w:rPr>
          <w:t>/</w:t>
        </w:r>
      </w:hyperlink>
    </w:p>
    <w:p w:rsidR="00FD510F" w:rsidRPr="00414AF0" w:rsidRDefault="009725A7" w:rsidP="00414AF0">
      <w:pPr>
        <w:pStyle w:val="ad"/>
        <w:rPr>
          <w:rFonts w:ascii="Times New Roman" w:eastAsia="Calibri" w:hAnsi="Times New Roman" w:cs="Times New Roman"/>
          <w:color w:val="800080"/>
          <w:sz w:val="24"/>
          <w:szCs w:val="24"/>
          <w:u w:val="single"/>
          <w:shd w:val="clear" w:color="auto" w:fill="FFFFFF"/>
        </w:rPr>
      </w:pPr>
      <w:hyperlink r:id="rId36" w:tgtFrame="_blank" w:history="1">
        <w:r w:rsidR="00FD510F" w:rsidRPr="00414AF0">
          <w:rPr>
            <w:rFonts w:ascii="Times New Roman" w:eastAsia="Calibri" w:hAnsi="Times New Roman" w:cs="Times New Roman"/>
            <w:color w:val="800080"/>
            <w:sz w:val="24"/>
            <w:szCs w:val="24"/>
            <w:u w:val="single"/>
            <w:shd w:val="clear" w:color="auto" w:fill="FFFFFF"/>
          </w:rPr>
          <w:t>http://philologos.narod.ru</w:t>
        </w:r>
      </w:hyperlink>
    </w:p>
    <w:p w:rsidR="00414AF0" w:rsidRPr="00414AF0" w:rsidRDefault="009725A7" w:rsidP="00414AF0">
      <w:pPr>
        <w:pStyle w:val="ad"/>
        <w:rPr>
          <w:rFonts w:ascii="Times New Roman" w:eastAsia="MS Mincho" w:hAnsi="Times New Roman" w:cs="Times New Roman"/>
          <w:sz w:val="24"/>
          <w:szCs w:val="24"/>
        </w:rPr>
      </w:pPr>
      <w:hyperlink r:id="rId37" w:tgtFrame="_blank" w:history="1">
        <w:r w:rsidR="00414AF0" w:rsidRPr="00414AF0">
          <w:rPr>
            <w:rFonts w:ascii="Times New Roman" w:eastAsia="Calibri" w:hAnsi="Times New Roman" w:cs="Times New Roman"/>
            <w:color w:val="800080"/>
            <w:sz w:val="24"/>
            <w:szCs w:val="24"/>
            <w:u w:val="single"/>
            <w:shd w:val="clear" w:color="auto" w:fill="FFFFFF"/>
          </w:rPr>
          <w:t>http://www.gramma.ru</w:t>
        </w:r>
      </w:hyperlink>
    </w:p>
    <w:p w:rsidR="00FD510F" w:rsidRPr="00FD510F" w:rsidRDefault="00FD510F" w:rsidP="00FD510F">
      <w:pPr>
        <w:autoSpaceDE w:val="0"/>
        <w:autoSpaceDN w:val="0"/>
        <w:spacing w:after="78" w:line="220" w:lineRule="exact"/>
        <w:rPr>
          <w:rFonts w:ascii="Cambria" w:eastAsia="MS Mincho" w:hAnsi="Cambria" w:cs="Times New Roman"/>
        </w:rPr>
      </w:pPr>
    </w:p>
    <w:p w:rsidR="00FD510F" w:rsidRPr="00FD510F" w:rsidRDefault="00FD510F" w:rsidP="00FD510F">
      <w:pPr>
        <w:autoSpaceDE w:val="0"/>
        <w:autoSpaceDN w:val="0"/>
        <w:spacing w:after="78" w:line="220" w:lineRule="exact"/>
        <w:rPr>
          <w:rFonts w:ascii="Cambria" w:eastAsia="MS Mincho" w:hAnsi="Cambria" w:cs="Times New Roman"/>
        </w:rPr>
      </w:pPr>
    </w:p>
    <w:p w:rsidR="00FD510F" w:rsidRPr="00FD510F" w:rsidRDefault="00FD510F" w:rsidP="00FD510F">
      <w:pPr>
        <w:autoSpaceDE w:val="0"/>
        <w:autoSpaceDN w:val="0"/>
        <w:spacing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МАТЕРИАЛЬНО-ТЕХНИЧЕСКОЕ ОБЕСПЕЧЕНИЕ ОБРАЗОВАТЕЛЬНОГО ПРОЦЕССА</w:t>
      </w:r>
    </w:p>
    <w:p w:rsidR="00FD510F" w:rsidRPr="00FD510F" w:rsidRDefault="00FD510F" w:rsidP="00FD510F">
      <w:pPr>
        <w:autoSpaceDE w:val="0"/>
        <w:autoSpaceDN w:val="0"/>
        <w:spacing w:before="346"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УЧЕБНОЕ ОБОРУДОВАНИЕ</w:t>
      </w:r>
    </w:p>
    <w:p w:rsidR="00FD510F" w:rsidRPr="00FD510F" w:rsidRDefault="00FD510F" w:rsidP="00FD510F">
      <w:pPr>
        <w:autoSpaceDE w:val="0"/>
        <w:autoSpaceDN w:val="0"/>
        <w:spacing w:before="166" w:after="0" w:line="262" w:lineRule="auto"/>
        <w:ind w:right="144"/>
        <w:rPr>
          <w:rFonts w:ascii="Times New Roman" w:eastAsia="Times New Roman" w:hAnsi="Times New Roman" w:cs="Times New Roman"/>
          <w:color w:val="000000"/>
          <w:sz w:val="24"/>
        </w:rPr>
      </w:pPr>
      <w:r w:rsidRPr="00FD510F">
        <w:rPr>
          <w:rFonts w:ascii="Times New Roman" w:eastAsia="Times New Roman" w:hAnsi="Times New Roman" w:cs="Times New Roman"/>
          <w:color w:val="000000"/>
          <w:sz w:val="24"/>
        </w:rPr>
        <w:t xml:space="preserve">Таблицы к основным разделам грамматического материала, содержащегося в программе по </w:t>
      </w:r>
    </w:p>
    <w:p w:rsidR="00FD510F" w:rsidRPr="00FD510F" w:rsidRDefault="00FD510F" w:rsidP="00FD510F">
      <w:pPr>
        <w:autoSpaceDE w:val="0"/>
        <w:autoSpaceDN w:val="0"/>
        <w:spacing w:before="166" w:after="0" w:line="262" w:lineRule="auto"/>
        <w:ind w:right="144"/>
        <w:rPr>
          <w:rFonts w:ascii="Cambria" w:eastAsia="MS Mincho" w:hAnsi="Cambria" w:cs="Times New Roman"/>
        </w:rPr>
      </w:pPr>
      <w:r w:rsidRPr="00FD510F">
        <w:rPr>
          <w:rFonts w:ascii="Times New Roman" w:eastAsia="Times New Roman" w:hAnsi="Times New Roman" w:cs="Times New Roman"/>
          <w:color w:val="000000"/>
          <w:sz w:val="24"/>
        </w:rPr>
        <w:t>родному русскому языку. Наборы сюжетных (предметных) картинок в соответствии с тематикой</w:t>
      </w:r>
    </w:p>
    <w:p w:rsidR="00414AF0" w:rsidRDefault="00414AF0" w:rsidP="00FD510F">
      <w:pPr>
        <w:autoSpaceDE w:val="0"/>
        <w:autoSpaceDN w:val="0"/>
        <w:spacing w:before="262" w:after="0" w:line="230" w:lineRule="auto"/>
        <w:rPr>
          <w:rFonts w:ascii="Times New Roman" w:eastAsia="Times New Roman" w:hAnsi="Times New Roman" w:cs="Times New Roman"/>
          <w:b/>
          <w:color w:val="000000"/>
          <w:sz w:val="24"/>
        </w:rPr>
      </w:pPr>
    </w:p>
    <w:p w:rsidR="00414AF0" w:rsidRDefault="00414AF0" w:rsidP="00FD510F">
      <w:pPr>
        <w:autoSpaceDE w:val="0"/>
        <w:autoSpaceDN w:val="0"/>
        <w:spacing w:before="262" w:after="0" w:line="230" w:lineRule="auto"/>
        <w:rPr>
          <w:rFonts w:ascii="Times New Roman" w:eastAsia="Times New Roman" w:hAnsi="Times New Roman" w:cs="Times New Roman"/>
          <w:b/>
          <w:color w:val="000000"/>
          <w:sz w:val="24"/>
        </w:rPr>
      </w:pPr>
    </w:p>
    <w:p w:rsidR="00FD510F" w:rsidRPr="00FD510F" w:rsidRDefault="00FD510F" w:rsidP="00FD510F">
      <w:pPr>
        <w:autoSpaceDE w:val="0"/>
        <w:autoSpaceDN w:val="0"/>
        <w:spacing w:before="262" w:after="0" w:line="230" w:lineRule="auto"/>
        <w:rPr>
          <w:rFonts w:ascii="Cambria" w:eastAsia="MS Mincho" w:hAnsi="Cambria" w:cs="Times New Roman"/>
        </w:rPr>
      </w:pPr>
      <w:r w:rsidRPr="00FD510F">
        <w:rPr>
          <w:rFonts w:ascii="Times New Roman" w:eastAsia="Times New Roman" w:hAnsi="Times New Roman" w:cs="Times New Roman"/>
          <w:b/>
          <w:color w:val="000000"/>
          <w:sz w:val="24"/>
        </w:rPr>
        <w:t>ОБОРУДОВАНИЕ ДЛЯ ПРОВЕДЕНИЯ ПРАКТИЧЕСКИХ РАБОТ</w:t>
      </w:r>
    </w:p>
    <w:p w:rsidR="00FD510F" w:rsidRPr="00FD510F" w:rsidRDefault="00FD510F" w:rsidP="00FD510F">
      <w:pPr>
        <w:autoSpaceDE w:val="0"/>
        <w:autoSpaceDN w:val="0"/>
        <w:spacing w:before="166" w:after="0" w:line="230" w:lineRule="auto"/>
        <w:rPr>
          <w:rFonts w:ascii="Cambria" w:eastAsia="MS Mincho" w:hAnsi="Cambria" w:cs="Times New Roman"/>
        </w:rPr>
      </w:pPr>
      <w:r w:rsidRPr="00FD510F">
        <w:rPr>
          <w:rFonts w:ascii="Times New Roman" w:eastAsia="Times New Roman" w:hAnsi="Times New Roman" w:cs="Times New Roman"/>
          <w:color w:val="000000"/>
          <w:sz w:val="24"/>
        </w:rPr>
        <w:lastRenderedPageBreak/>
        <w:t>1. Классная магнитная доска.</w:t>
      </w:r>
    </w:p>
    <w:p w:rsidR="00FD510F" w:rsidRPr="00FD510F" w:rsidRDefault="00FD510F" w:rsidP="00FD510F">
      <w:pPr>
        <w:autoSpaceDE w:val="0"/>
        <w:autoSpaceDN w:val="0"/>
        <w:spacing w:before="70" w:after="0" w:line="230" w:lineRule="auto"/>
        <w:rPr>
          <w:rFonts w:ascii="Cambria" w:eastAsia="MS Mincho" w:hAnsi="Cambria" w:cs="Times New Roman"/>
        </w:rPr>
      </w:pPr>
      <w:r w:rsidRPr="00FD510F">
        <w:rPr>
          <w:rFonts w:ascii="Times New Roman" w:eastAsia="Times New Roman" w:hAnsi="Times New Roman" w:cs="Times New Roman"/>
          <w:color w:val="000000"/>
          <w:sz w:val="24"/>
        </w:rPr>
        <w:t>2. Настенная доска с приспособлением для крепления картинок.</w:t>
      </w:r>
    </w:p>
    <w:p w:rsidR="00FD510F" w:rsidRPr="00FD510F" w:rsidRDefault="00FD510F" w:rsidP="00FD510F">
      <w:pPr>
        <w:autoSpaceDE w:val="0"/>
        <w:autoSpaceDN w:val="0"/>
        <w:spacing w:before="70" w:after="0" w:line="262" w:lineRule="auto"/>
        <w:ind w:right="9072"/>
        <w:rPr>
          <w:rFonts w:ascii="Cambria" w:eastAsia="MS Mincho" w:hAnsi="Cambria" w:cs="Times New Roman"/>
          <w:lang w:val="en-US"/>
        </w:rPr>
      </w:pPr>
      <w:r w:rsidRPr="00FD510F">
        <w:rPr>
          <w:rFonts w:ascii="Times New Roman" w:eastAsia="Times New Roman" w:hAnsi="Times New Roman" w:cs="Times New Roman"/>
          <w:color w:val="000000"/>
          <w:sz w:val="24"/>
          <w:lang w:val="en-US"/>
        </w:rPr>
        <w:t xml:space="preserve">3. </w:t>
      </w:r>
      <w:proofErr w:type="spellStart"/>
      <w:r w:rsidRPr="00FD510F">
        <w:rPr>
          <w:rFonts w:ascii="Times New Roman" w:eastAsia="Times New Roman" w:hAnsi="Times New Roman" w:cs="Times New Roman"/>
          <w:color w:val="000000"/>
          <w:sz w:val="24"/>
          <w:lang w:val="en-US"/>
        </w:rPr>
        <w:t>Колонки</w:t>
      </w:r>
      <w:proofErr w:type="spellEnd"/>
      <w:r w:rsidRPr="00FD510F">
        <w:rPr>
          <w:rFonts w:ascii="Times New Roman" w:eastAsia="Times New Roman" w:hAnsi="Times New Roman" w:cs="Times New Roman"/>
          <w:color w:val="000000"/>
          <w:sz w:val="24"/>
          <w:lang w:val="en-US"/>
        </w:rPr>
        <w:t xml:space="preserve"> </w:t>
      </w:r>
      <w:r w:rsidRPr="00FD510F">
        <w:rPr>
          <w:rFonts w:ascii="Cambria" w:eastAsia="MS Mincho" w:hAnsi="Cambria" w:cs="Times New Roman"/>
          <w:lang w:val="en-US"/>
        </w:rPr>
        <w:br/>
      </w:r>
      <w:r w:rsidRPr="00FD510F">
        <w:rPr>
          <w:rFonts w:ascii="Times New Roman" w:eastAsia="Times New Roman" w:hAnsi="Times New Roman" w:cs="Times New Roman"/>
          <w:color w:val="000000"/>
          <w:sz w:val="24"/>
          <w:lang w:val="en-US"/>
        </w:rPr>
        <w:t xml:space="preserve">4. </w:t>
      </w:r>
      <w:proofErr w:type="spellStart"/>
      <w:r w:rsidRPr="00FD510F">
        <w:rPr>
          <w:rFonts w:ascii="Times New Roman" w:eastAsia="Times New Roman" w:hAnsi="Times New Roman" w:cs="Times New Roman"/>
          <w:color w:val="000000"/>
          <w:sz w:val="24"/>
          <w:lang w:val="en-US"/>
        </w:rPr>
        <w:t>Компьютер</w:t>
      </w:r>
      <w:proofErr w:type="spellEnd"/>
    </w:p>
    <w:p w:rsidR="00FD510F" w:rsidRPr="00FD510F" w:rsidRDefault="00FD510F" w:rsidP="00FD510F">
      <w:pPr>
        <w:spacing w:after="200" w:line="276" w:lineRule="auto"/>
        <w:rPr>
          <w:rFonts w:ascii="Cambria" w:eastAsia="MS Mincho" w:hAnsi="Cambria" w:cs="Times New Roman"/>
          <w:lang w:val="en-US"/>
        </w:rPr>
      </w:pPr>
    </w:p>
    <w:p w:rsidR="00BB02B9" w:rsidRDefault="00BB02B9"/>
    <w:sectPr w:rsidR="00BB02B9" w:rsidSect="00BB02B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4332AC"/>
    <w:multiLevelType w:val="hybridMultilevel"/>
    <w:tmpl w:val="E0C0E8E0"/>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16" w15:restartNumberingAfterBreak="0">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C362A1"/>
    <w:multiLevelType w:val="hybridMultilevel"/>
    <w:tmpl w:val="0AC43D16"/>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37" w15:restartNumberingAfterBreak="0">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lang w:val="ru-RU" w:eastAsia="en-US" w:bidi="ar-SA"/>
      </w:rPr>
    </w:lvl>
    <w:lvl w:ilvl="2" w:tplc="C3AC2EB2">
      <w:numFmt w:val="bullet"/>
      <w:lvlText w:val="•"/>
      <w:lvlJc w:val="left"/>
      <w:pPr>
        <w:ind w:left="2131" w:hanging="286"/>
      </w:pPr>
      <w:rPr>
        <w:lang w:val="ru-RU" w:eastAsia="en-US" w:bidi="ar-SA"/>
      </w:rPr>
    </w:lvl>
    <w:lvl w:ilvl="3" w:tplc="BD3668AE">
      <w:numFmt w:val="bullet"/>
      <w:lvlText w:val="•"/>
      <w:lvlJc w:val="left"/>
      <w:pPr>
        <w:ind w:left="3087" w:hanging="286"/>
      </w:pPr>
      <w:rPr>
        <w:lang w:val="ru-RU" w:eastAsia="en-US" w:bidi="ar-SA"/>
      </w:rPr>
    </w:lvl>
    <w:lvl w:ilvl="4" w:tplc="6A00E04C">
      <w:numFmt w:val="bullet"/>
      <w:lvlText w:val="•"/>
      <w:lvlJc w:val="left"/>
      <w:pPr>
        <w:ind w:left="4043" w:hanging="286"/>
      </w:pPr>
      <w:rPr>
        <w:lang w:val="ru-RU" w:eastAsia="en-US" w:bidi="ar-SA"/>
      </w:rPr>
    </w:lvl>
    <w:lvl w:ilvl="5" w:tplc="8676DBE4">
      <w:numFmt w:val="bullet"/>
      <w:lvlText w:val="•"/>
      <w:lvlJc w:val="left"/>
      <w:pPr>
        <w:ind w:left="4999" w:hanging="286"/>
      </w:pPr>
      <w:rPr>
        <w:lang w:val="ru-RU" w:eastAsia="en-US" w:bidi="ar-SA"/>
      </w:rPr>
    </w:lvl>
    <w:lvl w:ilvl="6" w:tplc="7B3ABF84">
      <w:numFmt w:val="bullet"/>
      <w:lvlText w:val="•"/>
      <w:lvlJc w:val="left"/>
      <w:pPr>
        <w:ind w:left="5955" w:hanging="286"/>
      </w:pPr>
      <w:rPr>
        <w:lang w:val="ru-RU" w:eastAsia="en-US" w:bidi="ar-SA"/>
      </w:rPr>
    </w:lvl>
    <w:lvl w:ilvl="7" w:tplc="C5B0910A">
      <w:numFmt w:val="bullet"/>
      <w:lvlText w:val="•"/>
      <w:lvlJc w:val="left"/>
      <w:pPr>
        <w:ind w:left="6911" w:hanging="286"/>
      </w:pPr>
      <w:rPr>
        <w:lang w:val="ru-RU" w:eastAsia="en-US" w:bidi="ar-SA"/>
      </w:rPr>
    </w:lvl>
    <w:lvl w:ilvl="8" w:tplc="C70C8AF8">
      <w:numFmt w:val="bullet"/>
      <w:lvlText w:val="•"/>
      <w:lvlJc w:val="left"/>
      <w:pPr>
        <w:ind w:left="7867" w:hanging="286"/>
      </w:pPr>
      <w:rPr>
        <w:lang w:val="ru-RU" w:eastAsia="en-US" w:bidi="ar-SA"/>
      </w:rPr>
    </w:lvl>
  </w:abstractNum>
  <w:abstractNum w:abstractNumId="46" w15:restartNumberingAfterBreak="0">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51426F"/>
    <w:multiLevelType w:val="hybridMultilevel"/>
    <w:tmpl w:val="B17A3696"/>
    <w:lvl w:ilvl="0" w:tplc="EFAEACB2">
      <w:start w:val="1"/>
      <w:numFmt w:val="bullet"/>
      <w:lvlText w:val=""/>
      <w:lvlJc w:val="left"/>
      <w:pPr>
        <w:ind w:left="502" w:hanging="360"/>
      </w:pPr>
      <w:rPr>
        <w:rFonts w:ascii="Symbol" w:hAnsi="Symbol" w:hint="default"/>
        <w:sz w:val="24"/>
        <w:szCs w:val="24"/>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53" w15:restartNumberingAfterBreak="0">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AB5F3F"/>
    <w:multiLevelType w:val="hybridMultilevel"/>
    <w:tmpl w:val="79D8D6C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3"/>
  </w:num>
  <w:num w:numId="2">
    <w:abstractNumId w:val="57"/>
  </w:num>
  <w:num w:numId="3">
    <w:abstractNumId w:val="103"/>
  </w:num>
  <w:num w:numId="4">
    <w:abstractNumId w:val="65"/>
  </w:num>
  <w:num w:numId="5">
    <w:abstractNumId w:val="66"/>
  </w:num>
  <w:num w:numId="6">
    <w:abstractNumId w:val="58"/>
  </w:num>
  <w:num w:numId="7">
    <w:abstractNumId w:val="18"/>
  </w:num>
  <w:num w:numId="8">
    <w:abstractNumId w:val="62"/>
  </w:num>
  <w:num w:numId="9">
    <w:abstractNumId w:val="69"/>
  </w:num>
  <w:num w:numId="10">
    <w:abstractNumId w:val="93"/>
  </w:num>
  <w:num w:numId="11">
    <w:abstractNumId w:val="112"/>
  </w:num>
  <w:num w:numId="12">
    <w:abstractNumId w:val="53"/>
  </w:num>
  <w:num w:numId="13">
    <w:abstractNumId w:val="42"/>
  </w:num>
  <w:num w:numId="14">
    <w:abstractNumId w:val="88"/>
  </w:num>
  <w:num w:numId="15">
    <w:abstractNumId w:val="63"/>
  </w:num>
  <w:num w:numId="16">
    <w:abstractNumId w:val="92"/>
  </w:num>
  <w:num w:numId="17">
    <w:abstractNumId w:val="55"/>
  </w:num>
  <w:num w:numId="18">
    <w:abstractNumId w:val="59"/>
  </w:num>
  <w:num w:numId="19">
    <w:abstractNumId w:val="80"/>
  </w:num>
  <w:num w:numId="20">
    <w:abstractNumId w:val="6"/>
  </w:num>
  <w:num w:numId="21">
    <w:abstractNumId w:val="107"/>
  </w:num>
  <w:num w:numId="22">
    <w:abstractNumId w:val="28"/>
  </w:num>
  <w:num w:numId="23">
    <w:abstractNumId w:val="10"/>
  </w:num>
  <w:num w:numId="24">
    <w:abstractNumId w:val="106"/>
  </w:num>
  <w:num w:numId="25">
    <w:abstractNumId w:val="75"/>
  </w:num>
  <w:num w:numId="26">
    <w:abstractNumId w:val="24"/>
  </w:num>
  <w:num w:numId="27">
    <w:abstractNumId w:val="41"/>
  </w:num>
  <w:num w:numId="28">
    <w:abstractNumId w:val="67"/>
  </w:num>
  <w:num w:numId="29">
    <w:abstractNumId w:val="38"/>
  </w:num>
  <w:num w:numId="30">
    <w:abstractNumId w:val="31"/>
  </w:num>
  <w:num w:numId="31">
    <w:abstractNumId w:val="60"/>
  </w:num>
  <w:num w:numId="32">
    <w:abstractNumId w:val="44"/>
  </w:num>
  <w:num w:numId="33">
    <w:abstractNumId w:val="74"/>
  </w:num>
  <w:num w:numId="34">
    <w:abstractNumId w:val="86"/>
  </w:num>
  <w:num w:numId="35">
    <w:abstractNumId w:val="19"/>
  </w:num>
  <w:num w:numId="36">
    <w:abstractNumId w:val="111"/>
  </w:num>
  <w:num w:numId="37">
    <w:abstractNumId w:val="96"/>
  </w:num>
  <w:num w:numId="38">
    <w:abstractNumId w:val="64"/>
  </w:num>
  <w:num w:numId="39">
    <w:abstractNumId w:val="116"/>
  </w:num>
  <w:num w:numId="40">
    <w:abstractNumId w:val="9"/>
  </w:num>
  <w:num w:numId="41">
    <w:abstractNumId w:val="47"/>
  </w:num>
  <w:num w:numId="42">
    <w:abstractNumId w:val="17"/>
  </w:num>
  <w:num w:numId="43">
    <w:abstractNumId w:val="115"/>
  </w:num>
  <w:num w:numId="44">
    <w:abstractNumId w:val="99"/>
  </w:num>
  <w:num w:numId="45">
    <w:abstractNumId w:val="89"/>
  </w:num>
  <w:num w:numId="46">
    <w:abstractNumId w:val="48"/>
  </w:num>
  <w:num w:numId="47">
    <w:abstractNumId w:val="77"/>
  </w:num>
  <w:num w:numId="48">
    <w:abstractNumId w:val="32"/>
  </w:num>
  <w:num w:numId="49">
    <w:abstractNumId w:val="113"/>
  </w:num>
  <w:num w:numId="50">
    <w:abstractNumId w:val="90"/>
  </w:num>
  <w:num w:numId="51">
    <w:abstractNumId w:val="23"/>
  </w:num>
  <w:num w:numId="52">
    <w:abstractNumId w:val="54"/>
  </w:num>
  <w:num w:numId="53">
    <w:abstractNumId w:val="49"/>
  </w:num>
  <w:num w:numId="54">
    <w:abstractNumId w:val="7"/>
  </w:num>
  <w:num w:numId="55">
    <w:abstractNumId w:val="68"/>
  </w:num>
  <w:num w:numId="56">
    <w:abstractNumId w:val="39"/>
  </w:num>
  <w:num w:numId="57">
    <w:abstractNumId w:val="46"/>
  </w:num>
  <w:num w:numId="58">
    <w:abstractNumId w:val="110"/>
  </w:num>
  <w:num w:numId="59">
    <w:abstractNumId w:val="87"/>
  </w:num>
  <w:num w:numId="60">
    <w:abstractNumId w:val="71"/>
  </w:num>
  <w:num w:numId="61">
    <w:abstractNumId w:val="25"/>
  </w:num>
  <w:num w:numId="62">
    <w:abstractNumId w:val="27"/>
  </w:num>
  <w:num w:numId="63">
    <w:abstractNumId w:val="51"/>
  </w:num>
  <w:num w:numId="64">
    <w:abstractNumId w:val="79"/>
  </w:num>
  <w:num w:numId="65">
    <w:abstractNumId w:val="91"/>
  </w:num>
  <w:num w:numId="66">
    <w:abstractNumId w:val="114"/>
  </w:num>
  <w:num w:numId="67">
    <w:abstractNumId w:val="13"/>
  </w:num>
  <w:num w:numId="68">
    <w:abstractNumId w:val="81"/>
  </w:num>
  <w:num w:numId="69">
    <w:abstractNumId w:val="73"/>
  </w:num>
  <w:num w:numId="70">
    <w:abstractNumId w:val="33"/>
  </w:num>
  <w:num w:numId="71">
    <w:abstractNumId w:val="29"/>
  </w:num>
  <w:num w:numId="72">
    <w:abstractNumId w:val="101"/>
  </w:num>
  <w:num w:numId="73">
    <w:abstractNumId w:val="12"/>
  </w:num>
  <w:num w:numId="74">
    <w:abstractNumId w:val="26"/>
  </w:num>
  <w:num w:numId="75">
    <w:abstractNumId w:val="20"/>
  </w:num>
  <w:num w:numId="76">
    <w:abstractNumId w:val="30"/>
  </w:num>
  <w:num w:numId="77">
    <w:abstractNumId w:val="22"/>
  </w:num>
  <w:num w:numId="78">
    <w:abstractNumId w:val="82"/>
  </w:num>
  <w:num w:numId="79">
    <w:abstractNumId w:val="117"/>
  </w:num>
  <w:num w:numId="80">
    <w:abstractNumId w:val="34"/>
  </w:num>
  <w:num w:numId="81">
    <w:abstractNumId w:val="94"/>
  </w:num>
  <w:num w:numId="82">
    <w:abstractNumId w:val="85"/>
  </w:num>
  <w:num w:numId="83">
    <w:abstractNumId w:val="72"/>
  </w:num>
  <w:num w:numId="84">
    <w:abstractNumId w:val="108"/>
  </w:num>
  <w:num w:numId="85">
    <w:abstractNumId w:val="84"/>
  </w:num>
  <w:num w:numId="86">
    <w:abstractNumId w:val="104"/>
  </w:num>
  <w:num w:numId="87">
    <w:abstractNumId w:val="21"/>
  </w:num>
  <w:num w:numId="88">
    <w:abstractNumId w:val="102"/>
  </w:num>
  <w:num w:numId="89">
    <w:abstractNumId w:val="14"/>
  </w:num>
  <w:num w:numId="90">
    <w:abstractNumId w:val="56"/>
  </w:num>
  <w:num w:numId="91">
    <w:abstractNumId w:val="11"/>
  </w:num>
  <w:num w:numId="92">
    <w:abstractNumId w:val="8"/>
  </w:num>
  <w:num w:numId="93">
    <w:abstractNumId w:val="98"/>
  </w:num>
  <w:num w:numId="94">
    <w:abstractNumId w:val="40"/>
  </w:num>
  <w:num w:numId="95">
    <w:abstractNumId w:val="50"/>
  </w:num>
  <w:num w:numId="96">
    <w:abstractNumId w:val="43"/>
  </w:num>
  <w:num w:numId="97">
    <w:abstractNumId w:val="109"/>
  </w:num>
  <w:num w:numId="98">
    <w:abstractNumId w:val="37"/>
  </w:num>
  <w:num w:numId="99">
    <w:abstractNumId w:val="100"/>
  </w:num>
  <w:num w:numId="100">
    <w:abstractNumId w:val="61"/>
  </w:num>
  <w:num w:numId="101">
    <w:abstractNumId w:val="35"/>
  </w:num>
  <w:num w:numId="102">
    <w:abstractNumId w:val="97"/>
  </w:num>
  <w:num w:numId="103">
    <w:abstractNumId w:val="95"/>
  </w:num>
  <w:num w:numId="104">
    <w:abstractNumId w:val="70"/>
  </w:num>
  <w:num w:numId="105">
    <w:abstractNumId w:val="105"/>
  </w:num>
  <w:num w:numId="106">
    <w:abstractNumId w:val="16"/>
  </w:num>
  <w:num w:numId="107">
    <w:abstractNumId w:val="36"/>
  </w:num>
  <w:num w:numId="108">
    <w:abstractNumId w:val="78"/>
  </w:num>
  <w:num w:numId="109">
    <w:abstractNumId w:val="15"/>
  </w:num>
  <w:num w:numId="110">
    <w:abstractNumId w:val="52"/>
  </w:num>
  <w:num w:numId="111">
    <w:abstractNumId w:val="45"/>
  </w:num>
  <w:num w:numId="112">
    <w:abstractNumId w:val="76"/>
  </w:num>
  <w:num w:numId="113">
    <w:abstractNumId w:val="5"/>
  </w:num>
  <w:num w:numId="114">
    <w:abstractNumId w:val="3"/>
  </w:num>
  <w:num w:numId="115">
    <w:abstractNumId w:val="2"/>
  </w:num>
  <w:num w:numId="116">
    <w:abstractNumId w:val="4"/>
  </w:num>
  <w:num w:numId="117">
    <w:abstractNumId w:val="1"/>
  </w:num>
  <w:num w:numId="118">
    <w:abstractNumId w:val="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B9"/>
    <w:rsid w:val="001B7977"/>
    <w:rsid w:val="003151DA"/>
    <w:rsid w:val="00414AF0"/>
    <w:rsid w:val="005336FB"/>
    <w:rsid w:val="006511EE"/>
    <w:rsid w:val="009725A7"/>
    <w:rsid w:val="009F31CE"/>
    <w:rsid w:val="00BB02B9"/>
    <w:rsid w:val="00EB108D"/>
    <w:rsid w:val="00FD5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3FDC"/>
  <w15:chartTrackingRefBased/>
  <w15:docId w15:val="{43A31405-C14A-4994-BB13-C2D995CC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link w:val="10"/>
    <w:uiPriority w:val="9"/>
    <w:qFormat/>
    <w:rsid w:val="00BB02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1">
    <w:name w:val="heading 2"/>
    <w:basedOn w:val="a1"/>
    <w:link w:val="22"/>
    <w:uiPriority w:val="9"/>
    <w:qFormat/>
    <w:rsid w:val="00BB02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1">
    <w:name w:val="heading 3"/>
    <w:basedOn w:val="a1"/>
    <w:next w:val="a1"/>
    <w:link w:val="32"/>
    <w:uiPriority w:val="9"/>
    <w:semiHidden/>
    <w:unhideWhenUsed/>
    <w:qFormat/>
    <w:rsid w:val="009F31CE"/>
    <w:pPr>
      <w:keepNext/>
      <w:keepLines/>
      <w:spacing w:before="40" w:after="0"/>
      <w:outlineLvl w:val="2"/>
    </w:pPr>
    <w:rPr>
      <w:rFonts w:ascii="Calibri" w:eastAsia="MS Gothic" w:hAnsi="Calibri" w:cs="Times New Roman"/>
      <w:b/>
      <w:bCs/>
      <w:color w:val="4F81BD"/>
    </w:rPr>
  </w:style>
  <w:style w:type="paragraph" w:styleId="4">
    <w:name w:val="heading 4"/>
    <w:basedOn w:val="a1"/>
    <w:next w:val="a1"/>
    <w:link w:val="40"/>
    <w:uiPriority w:val="9"/>
    <w:semiHidden/>
    <w:unhideWhenUsed/>
    <w:qFormat/>
    <w:rsid w:val="009F31CE"/>
    <w:pPr>
      <w:keepNext/>
      <w:keepLines/>
      <w:spacing w:before="40" w:after="0"/>
      <w:outlineLvl w:val="3"/>
    </w:pPr>
    <w:rPr>
      <w:rFonts w:ascii="Calibri" w:eastAsia="MS Gothic" w:hAnsi="Calibri" w:cs="Times New Roman"/>
      <w:b/>
      <w:bCs/>
      <w:i/>
      <w:iCs/>
      <w:color w:val="4F81BD"/>
    </w:rPr>
  </w:style>
  <w:style w:type="paragraph" w:styleId="5">
    <w:name w:val="heading 5"/>
    <w:basedOn w:val="a1"/>
    <w:next w:val="a1"/>
    <w:link w:val="50"/>
    <w:uiPriority w:val="9"/>
    <w:semiHidden/>
    <w:unhideWhenUsed/>
    <w:qFormat/>
    <w:rsid w:val="009F31CE"/>
    <w:pPr>
      <w:keepNext/>
      <w:keepLines/>
      <w:spacing w:before="40" w:after="0"/>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9F31CE"/>
    <w:pPr>
      <w:keepNext/>
      <w:keepLines/>
      <w:spacing w:before="40" w:after="0"/>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9F31CE"/>
    <w:pPr>
      <w:keepNext/>
      <w:keepLines/>
      <w:spacing w:before="40" w:after="0"/>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9F31CE"/>
    <w:pPr>
      <w:keepNext/>
      <w:keepLines/>
      <w:spacing w:before="40" w:after="0"/>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9F31CE"/>
    <w:pPr>
      <w:keepNext/>
      <w:keepLines/>
      <w:spacing w:before="40" w:after="0"/>
      <w:outlineLvl w:val="8"/>
    </w:pPr>
    <w:rPr>
      <w:rFonts w:ascii="Calibri" w:eastAsia="MS Gothic" w:hAnsi="Calibri" w:cs="Times New Roman"/>
      <w:i/>
      <w:iCs/>
      <w:color w:val="404040"/>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BB02B9"/>
    <w:rPr>
      <w:rFonts w:ascii="Times New Roman" w:eastAsia="Times New Roman" w:hAnsi="Times New Roman" w:cs="Times New Roman"/>
      <w:b/>
      <w:bCs/>
      <w:kern w:val="36"/>
      <w:sz w:val="48"/>
      <w:szCs w:val="48"/>
      <w:lang w:eastAsia="ru-RU"/>
    </w:rPr>
  </w:style>
  <w:style w:type="character" w:customStyle="1" w:styleId="22">
    <w:name w:val="Заголовок 2 Знак"/>
    <w:basedOn w:val="a2"/>
    <w:link w:val="21"/>
    <w:uiPriority w:val="9"/>
    <w:rsid w:val="00BB02B9"/>
    <w:rPr>
      <w:rFonts w:ascii="Times New Roman" w:eastAsia="Times New Roman" w:hAnsi="Times New Roman" w:cs="Times New Roman"/>
      <w:b/>
      <w:bCs/>
      <w:sz w:val="36"/>
      <w:szCs w:val="36"/>
      <w:lang w:eastAsia="ru-RU"/>
    </w:rPr>
  </w:style>
  <w:style w:type="numbering" w:customStyle="1" w:styleId="11">
    <w:name w:val="Нет списка1"/>
    <w:next w:val="a4"/>
    <w:uiPriority w:val="99"/>
    <w:semiHidden/>
    <w:unhideWhenUsed/>
    <w:rsid w:val="00BB02B9"/>
  </w:style>
  <w:style w:type="paragraph" w:styleId="a5">
    <w:name w:val="Normal (Web)"/>
    <w:basedOn w:val="a1"/>
    <w:uiPriority w:val="99"/>
    <w:semiHidden/>
    <w:unhideWhenUsed/>
    <w:rsid w:val="00BB0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2"/>
    <w:rsid w:val="00BB02B9"/>
  </w:style>
  <w:style w:type="character" w:styleId="a6">
    <w:name w:val="Strong"/>
    <w:basedOn w:val="a2"/>
    <w:uiPriority w:val="22"/>
    <w:qFormat/>
    <w:rsid w:val="00BB02B9"/>
    <w:rPr>
      <w:b/>
      <w:bCs/>
    </w:rPr>
  </w:style>
  <w:style w:type="character" w:styleId="a7">
    <w:name w:val="Emphasis"/>
    <w:basedOn w:val="a2"/>
    <w:uiPriority w:val="20"/>
    <w:qFormat/>
    <w:rsid w:val="00BB02B9"/>
    <w:rPr>
      <w:i/>
      <w:iCs/>
    </w:rPr>
  </w:style>
  <w:style w:type="character" w:customStyle="1" w:styleId="a8">
    <w:name w:val="Основной текст_"/>
    <w:basedOn w:val="a2"/>
    <w:link w:val="12"/>
    <w:rsid w:val="00BB02B9"/>
    <w:rPr>
      <w:rFonts w:ascii="Times New Roman" w:eastAsia="Times New Roman" w:hAnsi="Times New Roman" w:cs="Times New Roman"/>
      <w:shd w:val="clear" w:color="auto" w:fill="FFFFFF"/>
    </w:rPr>
  </w:style>
  <w:style w:type="paragraph" w:customStyle="1" w:styleId="12">
    <w:name w:val="Основной текст1"/>
    <w:basedOn w:val="a1"/>
    <w:link w:val="a8"/>
    <w:rsid w:val="00BB02B9"/>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3">
    <w:name w:val="Основной текст (2)_"/>
    <w:basedOn w:val="a2"/>
    <w:link w:val="24"/>
    <w:rsid w:val="00BB02B9"/>
    <w:rPr>
      <w:rFonts w:ascii="Times New Roman" w:eastAsia="Times New Roman" w:hAnsi="Times New Roman" w:cs="Times New Roman"/>
      <w:sz w:val="20"/>
      <w:szCs w:val="20"/>
      <w:shd w:val="clear" w:color="auto" w:fill="FFFFFF"/>
    </w:rPr>
  </w:style>
  <w:style w:type="paragraph" w:customStyle="1" w:styleId="24">
    <w:name w:val="Основной текст (2)"/>
    <w:basedOn w:val="a1"/>
    <w:link w:val="23"/>
    <w:rsid w:val="00BB02B9"/>
    <w:pPr>
      <w:widowControl w:val="0"/>
      <w:shd w:val="clear" w:color="auto" w:fill="FFFFFF"/>
      <w:spacing w:after="0" w:line="322" w:lineRule="auto"/>
    </w:pPr>
    <w:rPr>
      <w:rFonts w:ascii="Times New Roman" w:eastAsia="Times New Roman" w:hAnsi="Times New Roman" w:cs="Times New Roman"/>
      <w:sz w:val="20"/>
      <w:szCs w:val="20"/>
    </w:rPr>
  </w:style>
  <w:style w:type="table" w:styleId="a9">
    <w:name w:val="Table Grid"/>
    <w:basedOn w:val="a3"/>
    <w:uiPriority w:val="59"/>
    <w:rsid w:val="00BB0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2"/>
    <w:uiPriority w:val="99"/>
    <w:unhideWhenUsed/>
    <w:rsid w:val="00BB02B9"/>
    <w:rPr>
      <w:color w:val="0000FF"/>
      <w:u w:val="single"/>
    </w:rPr>
  </w:style>
  <w:style w:type="character" w:customStyle="1" w:styleId="ab">
    <w:name w:val="Другое_"/>
    <w:basedOn w:val="a2"/>
    <w:link w:val="ac"/>
    <w:rsid w:val="00BB02B9"/>
    <w:rPr>
      <w:rFonts w:ascii="Times New Roman" w:eastAsia="Times New Roman" w:hAnsi="Times New Roman" w:cs="Times New Roman"/>
      <w:shd w:val="clear" w:color="auto" w:fill="FFFFFF"/>
    </w:rPr>
  </w:style>
  <w:style w:type="paragraph" w:customStyle="1" w:styleId="ac">
    <w:name w:val="Другое"/>
    <w:basedOn w:val="a1"/>
    <w:link w:val="ab"/>
    <w:rsid w:val="00BB02B9"/>
    <w:pPr>
      <w:widowControl w:val="0"/>
      <w:shd w:val="clear" w:color="auto" w:fill="FFFFFF"/>
      <w:spacing w:after="0" w:line="293" w:lineRule="auto"/>
      <w:ind w:firstLine="200"/>
    </w:pPr>
    <w:rPr>
      <w:rFonts w:ascii="Times New Roman" w:eastAsia="Times New Roman" w:hAnsi="Times New Roman" w:cs="Times New Roman"/>
    </w:rPr>
  </w:style>
  <w:style w:type="paragraph" w:styleId="ad">
    <w:name w:val="No Spacing"/>
    <w:link w:val="ae"/>
    <w:uiPriority w:val="1"/>
    <w:qFormat/>
    <w:rsid w:val="009F31CE"/>
    <w:pPr>
      <w:spacing w:after="0" w:line="240" w:lineRule="auto"/>
    </w:pPr>
  </w:style>
  <w:style w:type="paragraph" w:customStyle="1" w:styleId="310">
    <w:name w:val="Заголовок 31"/>
    <w:basedOn w:val="a1"/>
    <w:next w:val="a1"/>
    <w:uiPriority w:val="9"/>
    <w:unhideWhenUsed/>
    <w:qFormat/>
    <w:rsid w:val="009F31CE"/>
    <w:pPr>
      <w:keepNext/>
      <w:keepLines/>
      <w:spacing w:before="200" w:after="0" w:line="276" w:lineRule="auto"/>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9F31CE"/>
    <w:pPr>
      <w:keepNext/>
      <w:keepLines/>
      <w:spacing w:before="200" w:after="0" w:line="276" w:lineRule="auto"/>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9F31CE"/>
    <w:pPr>
      <w:keepNext/>
      <w:keepLines/>
      <w:spacing w:before="200" w:after="0" w:line="276" w:lineRule="auto"/>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9F31CE"/>
    <w:pPr>
      <w:keepNext/>
      <w:keepLines/>
      <w:spacing w:before="200" w:after="0" w:line="276" w:lineRule="auto"/>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9F31CE"/>
    <w:pPr>
      <w:keepNext/>
      <w:keepLines/>
      <w:spacing w:before="200" w:after="0" w:line="276" w:lineRule="auto"/>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9F31CE"/>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9F31CE"/>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25">
    <w:name w:val="Нет списка2"/>
    <w:next w:val="a4"/>
    <w:uiPriority w:val="99"/>
    <w:semiHidden/>
    <w:unhideWhenUsed/>
    <w:rsid w:val="009F31CE"/>
  </w:style>
  <w:style w:type="paragraph" w:styleId="af">
    <w:name w:val="header"/>
    <w:basedOn w:val="a1"/>
    <w:link w:val="af0"/>
    <w:uiPriority w:val="99"/>
    <w:unhideWhenUsed/>
    <w:rsid w:val="009F31CE"/>
    <w:pPr>
      <w:tabs>
        <w:tab w:val="center" w:pos="4680"/>
        <w:tab w:val="right" w:pos="9360"/>
      </w:tabs>
      <w:spacing w:after="0" w:line="240" w:lineRule="auto"/>
    </w:pPr>
    <w:rPr>
      <w:rFonts w:eastAsia="MS Mincho"/>
      <w:lang w:val="en-US"/>
    </w:rPr>
  </w:style>
  <w:style w:type="character" w:customStyle="1" w:styleId="af0">
    <w:name w:val="Верхний колонтитул Знак"/>
    <w:basedOn w:val="a2"/>
    <w:link w:val="af"/>
    <w:uiPriority w:val="99"/>
    <w:rsid w:val="009F31CE"/>
    <w:rPr>
      <w:rFonts w:eastAsia="MS Mincho"/>
      <w:lang w:val="en-US"/>
    </w:rPr>
  </w:style>
  <w:style w:type="paragraph" w:styleId="af1">
    <w:name w:val="footer"/>
    <w:basedOn w:val="a1"/>
    <w:link w:val="af2"/>
    <w:uiPriority w:val="99"/>
    <w:unhideWhenUsed/>
    <w:rsid w:val="009F31CE"/>
    <w:pPr>
      <w:tabs>
        <w:tab w:val="center" w:pos="4680"/>
        <w:tab w:val="right" w:pos="9360"/>
      </w:tabs>
      <w:spacing w:after="0" w:line="240" w:lineRule="auto"/>
    </w:pPr>
    <w:rPr>
      <w:rFonts w:eastAsia="MS Mincho"/>
      <w:lang w:val="en-US"/>
    </w:rPr>
  </w:style>
  <w:style w:type="character" w:customStyle="1" w:styleId="af2">
    <w:name w:val="Нижний колонтитул Знак"/>
    <w:basedOn w:val="a2"/>
    <w:link w:val="af1"/>
    <w:uiPriority w:val="99"/>
    <w:rsid w:val="009F31CE"/>
    <w:rPr>
      <w:rFonts w:eastAsia="MS Mincho"/>
      <w:lang w:val="en-US"/>
    </w:rPr>
  </w:style>
  <w:style w:type="character" w:customStyle="1" w:styleId="32">
    <w:name w:val="Заголовок 3 Знак"/>
    <w:basedOn w:val="a2"/>
    <w:link w:val="31"/>
    <w:uiPriority w:val="9"/>
    <w:rsid w:val="009F31CE"/>
    <w:rPr>
      <w:rFonts w:ascii="Calibri" w:eastAsia="MS Gothic" w:hAnsi="Calibri" w:cs="Times New Roman"/>
      <w:b/>
      <w:bCs/>
      <w:color w:val="4F81BD"/>
    </w:rPr>
  </w:style>
  <w:style w:type="paragraph" w:customStyle="1" w:styleId="13">
    <w:name w:val="Заголовок1"/>
    <w:basedOn w:val="a1"/>
    <w:next w:val="a1"/>
    <w:uiPriority w:val="10"/>
    <w:qFormat/>
    <w:rsid w:val="009F31C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f3">
    <w:name w:val="Заголовок Знак"/>
    <w:basedOn w:val="a2"/>
    <w:link w:val="af4"/>
    <w:uiPriority w:val="10"/>
    <w:rsid w:val="009F31CE"/>
    <w:rPr>
      <w:rFonts w:ascii="Calibri" w:eastAsia="MS Gothic" w:hAnsi="Calibri" w:cs="Times New Roman"/>
      <w:color w:val="17365D"/>
      <w:spacing w:val="5"/>
      <w:kern w:val="28"/>
      <w:sz w:val="52"/>
      <w:szCs w:val="52"/>
    </w:rPr>
  </w:style>
  <w:style w:type="paragraph" w:customStyle="1" w:styleId="14">
    <w:name w:val="Подзаголовок1"/>
    <w:basedOn w:val="a1"/>
    <w:next w:val="a1"/>
    <w:uiPriority w:val="11"/>
    <w:qFormat/>
    <w:rsid w:val="009F31CE"/>
    <w:pPr>
      <w:numPr>
        <w:ilvl w:val="1"/>
      </w:numPr>
      <w:spacing w:after="200" w:line="276" w:lineRule="auto"/>
    </w:pPr>
    <w:rPr>
      <w:rFonts w:ascii="Calibri" w:eastAsia="MS Gothic" w:hAnsi="Calibri" w:cs="Times New Roman"/>
      <w:i/>
      <w:iCs/>
      <w:color w:val="4F81BD"/>
      <w:spacing w:val="15"/>
      <w:sz w:val="24"/>
      <w:szCs w:val="24"/>
      <w:lang w:val="en-US"/>
    </w:rPr>
  </w:style>
  <w:style w:type="character" w:customStyle="1" w:styleId="af5">
    <w:name w:val="Подзаголовок Знак"/>
    <w:basedOn w:val="a2"/>
    <w:link w:val="af6"/>
    <w:uiPriority w:val="11"/>
    <w:rsid w:val="009F31CE"/>
    <w:rPr>
      <w:rFonts w:ascii="Calibri" w:eastAsia="MS Gothic" w:hAnsi="Calibri" w:cs="Times New Roman"/>
      <w:i/>
      <w:iCs/>
      <w:color w:val="4F81BD"/>
      <w:spacing w:val="15"/>
      <w:sz w:val="24"/>
      <w:szCs w:val="24"/>
    </w:rPr>
  </w:style>
  <w:style w:type="paragraph" w:styleId="af7">
    <w:name w:val="List Paragraph"/>
    <w:basedOn w:val="a1"/>
    <w:uiPriority w:val="34"/>
    <w:qFormat/>
    <w:rsid w:val="009F31CE"/>
    <w:pPr>
      <w:spacing w:after="200" w:line="276" w:lineRule="auto"/>
      <w:ind w:left="720"/>
      <w:contextualSpacing/>
    </w:pPr>
    <w:rPr>
      <w:rFonts w:eastAsia="MS Mincho"/>
      <w:lang w:val="en-US"/>
    </w:rPr>
  </w:style>
  <w:style w:type="paragraph" w:styleId="af8">
    <w:name w:val="Body Text"/>
    <w:basedOn w:val="a1"/>
    <w:link w:val="af9"/>
    <w:uiPriority w:val="99"/>
    <w:unhideWhenUsed/>
    <w:rsid w:val="009F31CE"/>
    <w:pPr>
      <w:spacing w:after="120" w:line="276" w:lineRule="auto"/>
    </w:pPr>
    <w:rPr>
      <w:rFonts w:eastAsia="MS Mincho"/>
      <w:lang w:val="en-US"/>
    </w:rPr>
  </w:style>
  <w:style w:type="character" w:customStyle="1" w:styleId="af9">
    <w:name w:val="Основной текст Знак"/>
    <w:basedOn w:val="a2"/>
    <w:link w:val="af8"/>
    <w:uiPriority w:val="99"/>
    <w:rsid w:val="009F31CE"/>
    <w:rPr>
      <w:rFonts w:eastAsia="MS Mincho"/>
      <w:lang w:val="en-US"/>
    </w:rPr>
  </w:style>
  <w:style w:type="paragraph" w:styleId="26">
    <w:name w:val="Body Text 2"/>
    <w:basedOn w:val="a1"/>
    <w:link w:val="27"/>
    <w:uiPriority w:val="99"/>
    <w:unhideWhenUsed/>
    <w:rsid w:val="009F31CE"/>
    <w:pPr>
      <w:spacing w:after="120" w:line="480" w:lineRule="auto"/>
    </w:pPr>
    <w:rPr>
      <w:rFonts w:eastAsia="MS Mincho"/>
      <w:lang w:val="en-US"/>
    </w:rPr>
  </w:style>
  <w:style w:type="character" w:customStyle="1" w:styleId="27">
    <w:name w:val="Основной текст 2 Знак"/>
    <w:basedOn w:val="a2"/>
    <w:link w:val="26"/>
    <w:uiPriority w:val="99"/>
    <w:rsid w:val="009F31CE"/>
    <w:rPr>
      <w:rFonts w:eastAsia="MS Mincho"/>
      <w:lang w:val="en-US"/>
    </w:rPr>
  </w:style>
  <w:style w:type="paragraph" w:styleId="33">
    <w:name w:val="Body Text 3"/>
    <w:basedOn w:val="a1"/>
    <w:link w:val="34"/>
    <w:uiPriority w:val="99"/>
    <w:unhideWhenUsed/>
    <w:rsid w:val="009F31CE"/>
    <w:pPr>
      <w:spacing w:after="120" w:line="276" w:lineRule="auto"/>
    </w:pPr>
    <w:rPr>
      <w:rFonts w:eastAsia="MS Mincho"/>
      <w:sz w:val="16"/>
      <w:szCs w:val="16"/>
      <w:lang w:val="en-US"/>
    </w:rPr>
  </w:style>
  <w:style w:type="character" w:customStyle="1" w:styleId="34">
    <w:name w:val="Основной текст 3 Знак"/>
    <w:basedOn w:val="a2"/>
    <w:link w:val="33"/>
    <w:uiPriority w:val="99"/>
    <w:rsid w:val="009F31CE"/>
    <w:rPr>
      <w:rFonts w:eastAsia="MS Mincho"/>
      <w:sz w:val="16"/>
      <w:szCs w:val="16"/>
      <w:lang w:val="en-US"/>
    </w:rPr>
  </w:style>
  <w:style w:type="paragraph" w:styleId="afa">
    <w:name w:val="List"/>
    <w:basedOn w:val="a1"/>
    <w:uiPriority w:val="99"/>
    <w:unhideWhenUsed/>
    <w:rsid w:val="009F31CE"/>
    <w:pPr>
      <w:spacing w:after="200" w:line="276" w:lineRule="auto"/>
      <w:ind w:left="360" w:hanging="360"/>
      <w:contextualSpacing/>
    </w:pPr>
    <w:rPr>
      <w:rFonts w:eastAsia="MS Mincho"/>
      <w:lang w:val="en-US"/>
    </w:rPr>
  </w:style>
  <w:style w:type="paragraph" w:styleId="28">
    <w:name w:val="List 2"/>
    <w:basedOn w:val="a1"/>
    <w:uiPriority w:val="99"/>
    <w:unhideWhenUsed/>
    <w:rsid w:val="009F31CE"/>
    <w:pPr>
      <w:spacing w:after="200" w:line="276" w:lineRule="auto"/>
      <w:ind w:left="720" w:hanging="360"/>
      <w:contextualSpacing/>
    </w:pPr>
    <w:rPr>
      <w:rFonts w:eastAsia="MS Mincho"/>
      <w:lang w:val="en-US"/>
    </w:rPr>
  </w:style>
  <w:style w:type="paragraph" w:styleId="35">
    <w:name w:val="List 3"/>
    <w:basedOn w:val="a1"/>
    <w:uiPriority w:val="99"/>
    <w:unhideWhenUsed/>
    <w:rsid w:val="009F31CE"/>
    <w:pPr>
      <w:spacing w:after="200" w:line="276" w:lineRule="auto"/>
      <w:ind w:left="1080" w:hanging="360"/>
      <w:contextualSpacing/>
    </w:pPr>
    <w:rPr>
      <w:rFonts w:eastAsia="MS Mincho"/>
      <w:lang w:val="en-US"/>
    </w:rPr>
  </w:style>
  <w:style w:type="paragraph" w:styleId="a0">
    <w:name w:val="List Bullet"/>
    <w:basedOn w:val="a1"/>
    <w:uiPriority w:val="99"/>
    <w:unhideWhenUsed/>
    <w:rsid w:val="009F31CE"/>
    <w:pPr>
      <w:numPr>
        <w:numId w:val="113"/>
      </w:numPr>
      <w:tabs>
        <w:tab w:val="clear" w:pos="360"/>
        <w:tab w:val="num" w:pos="720"/>
      </w:tabs>
      <w:spacing w:after="200" w:line="276" w:lineRule="auto"/>
      <w:ind w:left="720"/>
      <w:contextualSpacing/>
    </w:pPr>
    <w:rPr>
      <w:rFonts w:eastAsia="MS Mincho"/>
      <w:lang w:val="en-US"/>
    </w:rPr>
  </w:style>
  <w:style w:type="paragraph" w:styleId="20">
    <w:name w:val="List Bullet 2"/>
    <w:basedOn w:val="a1"/>
    <w:uiPriority w:val="99"/>
    <w:unhideWhenUsed/>
    <w:rsid w:val="009F31CE"/>
    <w:pPr>
      <w:numPr>
        <w:numId w:val="114"/>
      </w:numPr>
      <w:spacing w:after="200" w:line="276" w:lineRule="auto"/>
      <w:contextualSpacing/>
    </w:pPr>
    <w:rPr>
      <w:rFonts w:eastAsia="MS Mincho"/>
      <w:lang w:val="en-US"/>
    </w:rPr>
  </w:style>
  <w:style w:type="paragraph" w:styleId="30">
    <w:name w:val="List Bullet 3"/>
    <w:basedOn w:val="a1"/>
    <w:uiPriority w:val="99"/>
    <w:unhideWhenUsed/>
    <w:rsid w:val="009F31CE"/>
    <w:pPr>
      <w:numPr>
        <w:numId w:val="115"/>
      </w:numPr>
      <w:tabs>
        <w:tab w:val="clear" w:pos="1080"/>
        <w:tab w:val="num" w:pos="720"/>
      </w:tabs>
      <w:spacing w:after="200" w:line="276" w:lineRule="auto"/>
      <w:ind w:left="720"/>
      <w:contextualSpacing/>
    </w:pPr>
    <w:rPr>
      <w:rFonts w:eastAsia="MS Mincho"/>
      <w:lang w:val="en-US"/>
    </w:rPr>
  </w:style>
  <w:style w:type="paragraph" w:styleId="a">
    <w:name w:val="List Number"/>
    <w:basedOn w:val="a1"/>
    <w:uiPriority w:val="99"/>
    <w:unhideWhenUsed/>
    <w:rsid w:val="009F31CE"/>
    <w:pPr>
      <w:numPr>
        <w:numId w:val="116"/>
      </w:numPr>
      <w:tabs>
        <w:tab w:val="clear" w:pos="360"/>
        <w:tab w:val="num" w:pos="720"/>
      </w:tabs>
      <w:spacing w:after="200" w:line="276" w:lineRule="auto"/>
      <w:ind w:left="720"/>
      <w:contextualSpacing/>
    </w:pPr>
    <w:rPr>
      <w:rFonts w:eastAsia="MS Mincho"/>
      <w:lang w:val="en-US"/>
    </w:rPr>
  </w:style>
  <w:style w:type="paragraph" w:styleId="2">
    <w:name w:val="List Number 2"/>
    <w:basedOn w:val="a1"/>
    <w:uiPriority w:val="99"/>
    <w:unhideWhenUsed/>
    <w:rsid w:val="009F31CE"/>
    <w:pPr>
      <w:numPr>
        <w:numId w:val="117"/>
      </w:numPr>
      <w:spacing w:after="200" w:line="276" w:lineRule="auto"/>
      <w:contextualSpacing/>
    </w:pPr>
    <w:rPr>
      <w:rFonts w:eastAsia="MS Mincho"/>
      <w:lang w:val="en-US"/>
    </w:rPr>
  </w:style>
  <w:style w:type="paragraph" w:styleId="3">
    <w:name w:val="List Number 3"/>
    <w:basedOn w:val="a1"/>
    <w:uiPriority w:val="99"/>
    <w:unhideWhenUsed/>
    <w:rsid w:val="009F31CE"/>
    <w:pPr>
      <w:numPr>
        <w:numId w:val="118"/>
      </w:numPr>
      <w:tabs>
        <w:tab w:val="clear" w:pos="1080"/>
        <w:tab w:val="num" w:pos="720"/>
      </w:tabs>
      <w:spacing w:after="200" w:line="276" w:lineRule="auto"/>
      <w:ind w:left="720"/>
      <w:contextualSpacing/>
    </w:pPr>
    <w:rPr>
      <w:rFonts w:eastAsia="MS Mincho"/>
      <w:lang w:val="en-US"/>
    </w:rPr>
  </w:style>
  <w:style w:type="paragraph" w:styleId="afb">
    <w:name w:val="List Continue"/>
    <w:basedOn w:val="a1"/>
    <w:uiPriority w:val="99"/>
    <w:unhideWhenUsed/>
    <w:rsid w:val="009F31CE"/>
    <w:pPr>
      <w:spacing w:after="120" w:line="276" w:lineRule="auto"/>
      <w:ind w:left="360"/>
      <w:contextualSpacing/>
    </w:pPr>
    <w:rPr>
      <w:rFonts w:eastAsia="MS Mincho"/>
      <w:lang w:val="en-US"/>
    </w:rPr>
  </w:style>
  <w:style w:type="paragraph" w:styleId="29">
    <w:name w:val="List Continue 2"/>
    <w:basedOn w:val="a1"/>
    <w:uiPriority w:val="99"/>
    <w:unhideWhenUsed/>
    <w:rsid w:val="009F31CE"/>
    <w:pPr>
      <w:spacing w:after="120" w:line="276" w:lineRule="auto"/>
      <w:ind w:left="720"/>
      <w:contextualSpacing/>
    </w:pPr>
    <w:rPr>
      <w:rFonts w:eastAsia="MS Mincho"/>
      <w:lang w:val="en-US"/>
    </w:rPr>
  </w:style>
  <w:style w:type="paragraph" w:styleId="36">
    <w:name w:val="List Continue 3"/>
    <w:basedOn w:val="a1"/>
    <w:uiPriority w:val="99"/>
    <w:unhideWhenUsed/>
    <w:rsid w:val="009F31CE"/>
    <w:pPr>
      <w:spacing w:after="120" w:line="276" w:lineRule="auto"/>
      <w:ind w:left="1080"/>
      <w:contextualSpacing/>
    </w:pPr>
    <w:rPr>
      <w:rFonts w:eastAsia="MS Mincho"/>
      <w:lang w:val="en-US"/>
    </w:rPr>
  </w:style>
  <w:style w:type="paragraph" w:styleId="afc">
    <w:name w:val="macro"/>
    <w:link w:val="afd"/>
    <w:uiPriority w:val="99"/>
    <w:unhideWhenUsed/>
    <w:rsid w:val="009F31CE"/>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sz w:val="20"/>
      <w:szCs w:val="20"/>
      <w:lang w:val="en-US"/>
    </w:rPr>
  </w:style>
  <w:style w:type="character" w:customStyle="1" w:styleId="afd">
    <w:name w:val="Текст макроса Знак"/>
    <w:basedOn w:val="a2"/>
    <w:link w:val="afc"/>
    <w:uiPriority w:val="99"/>
    <w:rsid w:val="009F31CE"/>
    <w:rPr>
      <w:rFonts w:ascii="Courier" w:eastAsia="MS Mincho" w:hAnsi="Courier"/>
      <w:sz w:val="20"/>
      <w:szCs w:val="20"/>
      <w:lang w:val="en-US"/>
    </w:rPr>
  </w:style>
  <w:style w:type="paragraph" w:customStyle="1" w:styleId="210">
    <w:name w:val="Цитата 21"/>
    <w:basedOn w:val="a1"/>
    <w:next w:val="a1"/>
    <w:uiPriority w:val="29"/>
    <w:qFormat/>
    <w:rsid w:val="009F31CE"/>
    <w:pPr>
      <w:spacing w:after="200" w:line="276" w:lineRule="auto"/>
    </w:pPr>
    <w:rPr>
      <w:rFonts w:eastAsia="MS Mincho"/>
      <w:i/>
      <w:iCs/>
      <w:color w:val="000000"/>
      <w:lang w:val="en-US"/>
    </w:rPr>
  </w:style>
  <w:style w:type="character" w:customStyle="1" w:styleId="2a">
    <w:name w:val="Цитата 2 Знак"/>
    <w:basedOn w:val="a2"/>
    <w:link w:val="2b"/>
    <w:uiPriority w:val="29"/>
    <w:rsid w:val="009F31CE"/>
    <w:rPr>
      <w:i/>
      <w:iCs/>
      <w:color w:val="000000"/>
    </w:rPr>
  </w:style>
  <w:style w:type="character" w:customStyle="1" w:styleId="40">
    <w:name w:val="Заголовок 4 Знак"/>
    <w:basedOn w:val="a2"/>
    <w:link w:val="4"/>
    <w:uiPriority w:val="9"/>
    <w:semiHidden/>
    <w:rsid w:val="009F31CE"/>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9F31CE"/>
    <w:rPr>
      <w:rFonts w:ascii="Calibri" w:eastAsia="MS Gothic" w:hAnsi="Calibri" w:cs="Times New Roman"/>
      <w:color w:val="243F60"/>
    </w:rPr>
  </w:style>
  <w:style w:type="character" w:customStyle="1" w:styleId="60">
    <w:name w:val="Заголовок 6 Знак"/>
    <w:basedOn w:val="a2"/>
    <w:link w:val="6"/>
    <w:uiPriority w:val="9"/>
    <w:semiHidden/>
    <w:rsid w:val="009F31CE"/>
    <w:rPr>
      <w:rFonts w:ascii="Calibri" w:eastAsia="MS Gothic" w:hAnsi="Calibri" w:cs="Times New Roman"/>
      <w:i/>
      <w:iCs/>
      <w:color w:val="243F60"/>
    </w:rPr>
  </w:style>
  <w:style w:type="character" w:customStyle="1" w:styleId="70">
    <w:name w:val="Заголовок 7 Знак"/>
    <w:basedOn w:val="a2"/>
    <w:link w:val="7"/>
    <w:uiPriority w:val="9"/>
    <w:semiHidden/>
    <w:rsid w:val="009F31CE"/>
    <w:rPr>
      <w:rFonts w:ascii="Calibri" w:eastAsia="MS Gothic" w:hAnsi="Calibri" w:cs="Times New Roman"/>
      <w:i/>
      <w:iCs/>
      <w:color w:val="404040"/>
    </w:rPr>
  </w:style>
  <w:style w:type="character" w:customStyle="1" w:styleId="80">
    <w:name w:val="Заголовок 8 Знак"/>
    <w:basedOn w:val="a2"/>
    <w:link w:val="8"/>
    <w:uiPriority w:val="9"/>
    <w:semiHidden/>
    <w:rsid w:val="009F31CE"/>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9F31CE"/>
    <w:rPr>
      <w:rFonts w:ascii="Calibri" w:eastAsia="MS Gothic" w:hAnsi="Calibri" w:cs="Times New Roman"/>
      <w:i/>
      <w:iCs/>
      <w:color w:val="404040"/>
      <w:sz w:val="20"/>
      <w:szCs w:val="20"/>
    </w:rPr>
  </w:style>
  <w:style w:type="paragraph" w:customStyle="1" w:styleId="15">
    <w:name w:val="Название объекта1"/>
    <w:basedOn w:val="a1"/>
    <w:next w:val="a1"/>
    <w:uiPriority w:val="35"/>
    <w:semiHidden/>
    <w:unhideWhenUsed/>
    <w:qFormat/>
    <w:rsid w:val="009F31CE"/>
    <w:pPr>
      <w:spacing w:after="200" w:line="240" w:lineRule="auto"/>
    </w:pPr>
    <w:rPr>
      <w:rFonts w:eastAsia="MS Mincho"/>
      <w:b/>
      <w:bCs/>
      <w:color w:val="4F81BD"/>
      <w:sz w:val="18"/>
      <w:szCs w:val="18"/>
      <w:lang w:val="en-US"/>
    </w:rPr>
  </w:style>
  <w:style w:type="paragraph" w:customStyle="1" w:styleId="16">
    <w:name w:val="Выделенная цитата1"/>
    <w:basedOn w:val="a1"/>
    <w:next w:val="a1"/>
    <w:uiPriority w:val="30"/>
    <w:qFormat/>
    <w:rsid w:val="009F31CE"/>
    <w:pPr>
      <w:pBdr>
        <w:bottom w:val="single" w:sz="4" w:space="4" w:color="4F81BD"/>
      </w:pBdr>
      <w:spacing w:before="200" w:after="280" w:line="276" w:lineRule="auto"/>
      <w:ind w:left="936" w:right="936"/>
    </w:pPr>
    <w:rPr>
      <w:rFonts w:eastAsia="MS Mincho"/>
      <w:b/>
      <w:bCs/>
      <w:i/>
      <w:iCs/>
      <w:color w:val="4F81BD"/>
      <w:lang w:val="en-US"/>
    </w:rPr>
  </w:style>
  <w:style w:type="character" w:customStyle="1" w:styleId="afe">
    <w:name w:val="Выделенная цитата Знак"/>
    <w:basedOn w:val="a2"/>
    <w:link w:val="aff"/>
    <w:uiPriority w:val="30"/>
    <w:rsid w:val="009F31CE"/>
    <w:rPr>
      <w:b/>
      <w:bCs/>
      <w:i/>
      <w:iCs/>
      <w:color w:val="4F81BD"/>
    </w:rPr>
  </w:style>
  <w:style w:type="character" w:customStyle="1" w:styleId="17">
    <w:name w:val="Слабое выделение1"/>
    <w:basedOn w:val="a2"/>
    <w:uiPriority w:val="19"/>
    <w:qFormat/>
    <w:rsid w:val="009F31CE"/>
    <w:rPr>
      <w:i/>
      <w:iCs/>
      <w:color w:val="808080"/>
    </w:rPr>
  </w:style>
  <w:style w:type="character" w:customStyle="1" w:styleId="18">
    <w:name w:val="Сильное выделение1"/>
    <w:basedOn w:val="a2"/>
    <w:uiPriority w:val="21"/>
    <w:qFormat/>
    <w:rsid w:val="009F31CE"/>
    <w:rPr>
      <w:b/>
      <w:bCs/>
      <w:i/>
      <w:iCs/>
      <w:color w:val="4F81BD"/>
    </w:rPr>
  </w:style>
  <w:style w:type="character" w:customStyle="1" w:styleId="19">
    <w:name w:val="Слабая ссылка1"/>
    <w:basedOn w:val="a2"/>
    <w:uiPriority w:val="31"/>
    <w:qFormat/>
    <w:rsid w:val="009F31CE"/>
    <w:rPr>
      <w:smallCaps/>
      <w:color w:val="C0504D"/>
      <w:u w:val="single"/>
    </w:rPr>
  </w:style>
  <w:style w:type="character" w:customStyle="1" w:styleId="1a">
    <w:name w:val="Сильная ссылка1"/>
    <w:basedOn w:val="a2"/>
    <w:uiPriority w:val="32"/>
    <w:qFormat/>
    <w:rsid w:val="009F31CE"/>
    <w:rPr>
      <w:b/>
      <w:bCs/>
      <w:smallCaps/>
      <w:color w:val="C0504D"/>
      <w:spacing w:val="5"/>
      <w:u w:val="single"/>
    </w:rPr>
  </w:style>
  <w:style w:type="character" w:styleId="aff0">
    <w:name w:val="Book Title"/>
    <w:basedOn w:val="a2"/>
    <w:uiPriority w:val="33"/>
    <w:qFormat/>
    <w:rsid w:val="009F31CE"/>
    <w:rPr>
      <w:b/>
      <w:bCs/>
      <w:smallCaps/>
      <w:spacing w:val="5"/>
    </w:rPr>
  </w:style>
  <w:style w:type="paragraph" w:styleId="aff1">
    <w:name w:val="TOC Heading"/>
    <w:basedOn w:val="1"/>
    <w:next w:val="a1"/>
    <w:uiPriority w:val="39"/>
    <w:semiHidden/>
    <w:unhideWhenUsed/>
    <w:qFormat/>
    <w:rsid w:val="009F31CE"/>
    <w:pPr>
      <w:keepNext/>
      <w:keepLines/>
      <w:spacing w:before="480" w:beforeAutospacing="0" w:after="0" w:afterAutospacing="0" w:line="276" w:lineRule="auto"/>
      <w:outlineLvl w:val="9"/>
    </w:pPr>
    <w:rPr>
      <w:rFonts w:ascii="Calibri" w:eastAsia="MS Gothic" w:hAnsi="Calibri"/>
      <w:color w:val="365F91"/>
      <w:kern w:val="0"/>
      <w:sz w:val="28"/>
      <w:szCs w:val="28"/>
      <w:lang w:val="en-US" w:eastAsia="en-US"/>
    </w:rPr>
  </w:style>
  <w:style w:type="table" w:customStyle="1" w:styleId="1b">
    <w:name w:val="Сетка таблицы1"/>
    <w:basedOn w:val="a3"/>
    <w:next w:val="a9"/>
    <w:uiPriority w:val="59"/>
    <w:rsid w:val="009F31CE"/>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ветлая заливка1"/>
    <w:basedOn w:val="a3"/>
    <w:next w:val="aff2"/>
    <w:uiPriority w:val="60"/>
    <w:rsid w:val="009F31CE"/>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9F31CE"/>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9F31CE"/>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9F31CE"/>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9F31CE"/>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9F31CE"/>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9F31CE"/>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d">
    <w:name w:val="Светлый список1"/>
    <w:basedOn w:val="a3"/>
    <w:next w:val="aff3"/>
    <w:uiPriority w:val="61"/>
    <w:rsid w:val="009F31CE"/>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9F31CE"/>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9F31CE"/>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9F31CE"/>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9F31CE"/>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9F31CE"/>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9F31CE"/>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e">
    <w:name w:val="Светлая сетка1"/>
    <w:basedOn w:val="a3"/>
    <w:next w:val="aff4"/>
    <w:uiPriority w:val="62"/>
    <w:rsid w:val="009F31CE"/>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9F31CE"/>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9F31CE"/>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9F31CE"/>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9F31CE"/>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9F31CE"/>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9F31CE"/>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next w:val="1f"/>
    <w:uiPriority w:val="63"/>
    <w:rsid w:val="009F31CE"/>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9F31CE"/>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9F31CE"/>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9F31CE"/>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9F31CE"/>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9F31CE"/>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9F31CE"/>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1">
    <w:name w:val="Средняя заливка 21"/>
    <w:basedOn w:val="a3"/>
    <w:next w:val="2c"/>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9F31CE"/>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f0"/>
    <w:uiPriority w:val="65"/>
    <w:rsid w:val="009F31CE"/>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9F31CE"/>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9F31CE"/>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9F31CE"/>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9F31CE"/>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9F31CE"/>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9F31CE"/>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2">
    <w:name w:val="Средний список 21"/>
    <w:basedOn w:val="a3"/>
    <w:next w:val="2d"/>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f1"/>
    <w:uiPriority w:val="67"/>
    <w:rsid w:val="009F31CE"/>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9F31CE"/>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9F31CE"/>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9F31CE"/>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9F31CE"/>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9F31CE"/>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9F31CE"/>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3">
    <w:name w:val="Средняя сетка 21"/>
    <w:basedOn w:val="a3"/>
    <w:next w:val="2e"/>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9F31CE"/>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7"/>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9F31CE"/>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2">
    <w:name w:val="Темный список1"/>
    <w:basedOn w:val="a3"/>
    <w:next w:val="aff5"/>
    <w:uiPriority w:val="70"/>
    <w:rsid w:val="009F31CE"/>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9F31CE"/>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9F31CE"/>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9F31CE"/>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9F31CE"/>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9F31CE"/>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9F31CE"/>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3">
    <w:name w:val="Цветная заливка1"/>
    <w:basedOn w:val="a3"/>
    <w:next w:val="aff6"/>
    <w:uiPriority w:val="71"/>
    <w:rsid w:val="009F31CE"/>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9F31CE"/>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9F31CE"/>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9F31CE"/>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9F31CE"/>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9F31CE"/>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9F31CE"/>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4">
    <w:name w:val="Цветной список1"/>
    <w:basedOn w:val="a3"/>
    <w:next w:val="aff7"/>
    <w:uiPriority w:val="72"/>
    <w:rsid w:val="009F31CE"/>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9F31CE"/>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9F31CE"/>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9F31CE"/>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9F31CE"/>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9F31CE"/>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9F31CE"/>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5">
    <w:name w:val="Цветная сетка1"/>
    <w:basedOn w:val="a3"/>
    <w:next w:val="aff8"/>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9F31CE"/>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ae">
    <w:name w:val="Без интервала Знак"/>
    <w:basedOn w:val="a2"/>
    <w:link w:val="ad"/>
    <w:uiPriority w:val="1"/>
    <w:rsid w:val="009F31CE"/>
  </w:style>
  <w:style w:type="character" w:customStyle="1" w:styleId="312">
    <w:name w:val="Заголовок 3 Знак1"/>
    <w:basedOn w:val="a2"/>
    <w:uiPriority w:val="9"/>
    <w:semiHidden/>
    <w:rsid w:val="009F31CE"/>
    <w:rPr>
      <w:rFonts w:asciiTheme="majorHAnsi" w:eastAsiaTheme="majorEastAsia" w:hAnsiTheme="majorHAnsi" w:cstheme="majorBidi"/>
      <w:color w:val="1F4D78" w:themeColor="accent1" w:themeShade="7F"/>
      <w:sz w:val="24"/>
      <w:szCs w:val="24"/>
    </w:rPr>
  </w:style>
  <w:style w:type="paragraph" w:styleId="af4">
    <w:name w:val="Title"/>
    <w:basedOn w:val="a1"/>
    <w:next w:val="a1"/>
    <w:link w:val="af3"/>
    <w:uiPriority w:val="10"/>
    <w:qFormat/>
    <w:rsid w:val="009F31CE"/>
    <w:pPr>
      <w:spacing w:after="0" w:line="240" w:lineRule="auto"/>
      <w:contextualSpacing/>
    </w:pPr>
    <w:rPr>
      <w:rFonts w:ascii="Calibri" w:eastAsia="MS Gothic" w:hAnsi="Calibri" w:cs="Times New Roman"/>
      <w:color w:val="17365D"/>
      <w:spacing w:val="5"/>
      <w:kern w:val="28"/>
      <w:sz w:val="52"/>
      <w:szCs w:val="52"/>
    </w:rPr>
  </w:style>
  <w:style w:type="character" w:customStyle="1" w:styleId="1f6">
    <w:name w:val="Заголовок Знак1"/>
    <w:basedOn w:val="a2"/>
    <w:uiPriority w:val="10"/>
    <w:rsid w:val="009F31CE"/>
    <w:rPr>
      <w:rFonts w:asciiTheme="majorHAnsi" w:eastAsiaTheme="majorEastAsia" w:hAnsiTheme="majorHAnsi" w:cstheme="majorBidi"/>
      <w:spacing w:val="-10"/>
      <w:kern w:val="28"/>
      <w:sz w:val="56"/>
      <w:szCs w:val="56"/>
    </w:rPr>
  </w:style>
  <w:style w:type="paragraph" w:styleId="af6">
    <w:name w:val="Subtitle"/>
    <w:basedOn w:val="a1"/>
    <w:next w:val="a1"/>
    <w:link w:val="af5"/>
    <w:uiPriority w:val="11"/>
    <w:qFormat/>
    <w:rsid w:val="009F31CE"/>
    <w:pPr>
      <w:numPr>
        <w:ilvl w:val="1"/>
      </w:numPr>
    </w:pPr>
    <w:rPr>
      <w:rFonts w:ascii="Calibri" w:eastAsia="MS Gothic" w:hAnsi="Calibri" w:cs="Times New Roman"/>
      <w:i/>
      <w:iCs/>
      <w:color w:val="4F81BD"/>
      <w:spacing w:val="15"/>
      <w:sz w:val="24"/>
      <w:szCs w:val="24"/>
    </w:rPr>
  </w:style>
  <w:style w:type="character" w:customStyle="1" w:styleId="1f7">
    <w:name w:val="Подзаголовок Знак1"/>
    <w:basedOn w:val="a2"/>
    <w:uiPriority w:val="11"/>
    <w:rsid w:val="009F31CE"/>
    <w:rPr>
      <w:rFonts w:eastAsiaTheme="minorEastAsia"/>
      <w:color w:val="5A5A5A" w:themeColor="text1" w:themeTint="A5"/>
      <w:spacing w:val="15"/>
    </w:rPr>
  </w:style>
  <w:style w:type="paragraph" w:styleId="2b">
    <w:name w:val="Quote"/>
    <w:basedOn w:val="a1"/>
    <w:next w:val="a1"/>
    <w:link w:val="2a"/>
    <w:uiPriority w:val="29"/>
    <w:qFormat/>
    <w:rsid w:val="009F31CE"/>
    <w:pPr>
      <w:spacing w:before="200"/>
      <w:ind w:left="864" w:right="864"/>
      <w:jc w:val="center"/>
    </w:pPr>
    <w:rPr>
      <w:i/>
      <w:iCs/>
      <w:color w:val="000000"/>
    </w:rPr>
  </w:style>
  <w:style w:type="character" w:customStyle="1" w:styleId="214">
    <w:name w:val="Цитата 2 Знак1"/>
    <w:basedOn w:val="a2"/>
    <w:uiPriority w:val="29"/>
    <w:rsid w:val="009F31CE"/>
    <w:rPr>
      <w:i/>
      <w:iCs/>
      <w:color w:val="404040" w:themeColor="text1" w:themeTint="BF"/>
    </w:rPr>
  </w:style>
  <w:style w:type="character" w:customStyle="1" w:styleId="410">
    <w:name w:val="Заголовок 4 Знак1"/>
    <w:basedOn w:val="a2"/>
    <w:uiPriority w:val="9"/>
    <w:semiHidden/>
    <w:rsid w:val="009F31CE"/>
    <w:rPr>
      <w:rFonts w:asciiTheme="majorHAnsi" w:eastAsiaTheme="majorEastAsia" w:hAnsiTheme="majorHAnsi" w:cstheme="majorBidi"/>
      <w:i/>
      <w:iCs/>
      <w:color w:val="2E74B5" w:themeColor="accent1" w:themeShade="BF"/>
    </w:rPr>
  </w:style>
  <w:style w:type="character" w:customStyle="1" w:styleId="510">
    <w:name w:val="Заголовок 5 Знак1"/>
    <w:basedOn w:val="a2"/>
    <w:uiPriority w:val="9"/>
    <w:semiHidden/>
    <w:rsid w:val="009F31CE"/>
    <w:rPr>
      <w:rFonts w:asciiTheme="majorHAnsi" w:eastAsiaTheme="majorEastAsia" w:hAnsiTheme="majorHAnsi" w:cstheme="majorBidi"/>
      <w:color w:val="2E74B5" w:themeColor="accent1" w:themeShade="BF"/>
    </w:rPr>
  </w:style>
  <w:style w:type="character" w:customStyle="1" w:styleId="610">
    <w:name w:val="Заголовок 6 Знак1"/>
    <w:basedOn w:val="a2"/>
    <w:uiPriority w:val="9"/>
    <w:semiHidden/>
    <w:rsid w:val="009F31CE"/>
    <w:rPr>
      <w:rFonts w:asciiTheme="majorHAnsi" w:eastAsiaTheme="majorEastAsia" w:hAnsiTheme="majorHAnsi" w:cstheme="majorBidi"/>
      <w:color w:val="1F4D78" w:themeColor="accent1" w:themeShade="7F"/>
    </w:rPr>
  </w:style>
  <w:style w:type="character" w:customStyle="1" w:styleId="710">
    <w:name w:val="Заголовок 7 Знак1"/>
    <w:basedOn w:val="a2"/>
    <w:uiPriority w:val="9"/>
    <w:semiHidden/>
    <w:rsid w:val="009F31CE"/>
    <w:rPr>
      <w:rFonts w:asciiTheme="majorHAnsi" w:eastAsiaTheme="majorEastAsia" w:hAnsiTheme="majorHAnsi" w:cstheme="majorBidi"/>
      <w:i/>
      <w:iCs/>
      <w:color w:val="1F4D78" w:themeColor="accent1" w:themeShade="7F"/>
    </w:rPr>
  </w:style>
  <w:style w:type="character" w:customStyle="1" w:styleId="810">
    <w:name w:val="Заголовок 8 Знак1"/>
    <w:basedOn w:val="a2"/>
    <w:uiPriority w:val="9"/>
    <w:semiHidden/>
    <w:rsid w:val="009F31C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uiPriority w:val="9"/>
    <w:semiHidden/>
    <w:rsid w:val="009F31CE"/>
    <w:rPr>
      <w:rFonts w:asciiTheme="majorHAnsi" w:eastAsiaTheme="majorEastAsia" w:hAnsiTheme="majorHAnsi" w:cstheme="majorBidi"/>
      <w:i/>
      <w:iCs/>
      <w:color w:val="272727" w:themeColor="text1" w:themeTint="D8"/>
      <w:sz w:val="21"/>
      <w:szCs w:val="21"/>
    </w:rPr>
  </w:style>
  <w:style w:type="paragraph" w:styleId="aff">
    <w:name w:val="Intense Quote"/>
    <w:basedOn w:val="a1"/>
    <w:next w:val="a1"/>
    <w:link w:val="afe"/>
    <w:uiPriority w:val="30"/>
    <w:qFormat/>
    <w:rsid w:val="009F31CE"/>
    <w:pPr>
      <w:pBdr>
        <w:top w:val="single" w:sz="4" w:space="10" w:color="5B9BD5" w:themeColor="accent1"/>
        <w:bottom w:val="single" w:sz="4" w:space="10" w:color="5B9BD5" w:themeColor="accent1"/>
      </w:pBdr>
      <w:spacing w:before="360" w:after="360"/>
      <w:ind w:left="864" w:right="864"/>
      <w:jc w:val="center"/>
    </w:pPr>
    <w:rPr>
      <w:b/>
      <w:bCs/>
      <w:i/>
      <w:iCs/>
      <w:color w:val="4F81BD"/>
    </w:rPr>
  </w:style>
  <w:style w:type="character" w:customStyle="1" w:styleId="1f8">
    <w:name w:val="Выделенная цитата Знак1"/>
    <w:basedOn w:val="a2"/>
    <w:uiPriority w:val="30"/>
    <w:rsid w:val="009F31CE"/>
    <w:rPr>
      <w:i/>
      <w:iCs/>
      <w:color w:val="5B9BD5" w:themeColor="accent1"/>
    </w:rPr>
  </w:style>
  <w:style w:type="character" w:styleId="aff9">
    <w:name w:val="Subtle Emphasis"/>
    <w:basedOn w:val="a2"/>
    <w:uiPriority w:val="19"/>
    <w:qFormat/>
    <w:rsid w:val="009F31CE"/>
    <w:rPr>
      <w:i/>
      <w:iCs/>
      <w:color w:val="404040" w:themeColor="text1" w:themeTint="BF"/>
    </w:rPr>
  </w:style>
  <w:style w:type="character" w:styleId="affa">
    <w:name w:val="Intense Emphasis"/>
    <w:basedOn w:val="a2"/>
    <w:uiPriority w:val="21"/>
    <w:qFormat/>
    <w:rsid w:val="009F31CE"/>
    <w:rPr>
      <w:i/>
      <w:iCs/>
      <w:color w:val="5B9BD5" w:themeColor="accent1"/>
    </w:rPr>
  </w:style>
  <w:style w:type="character" w:styleId="affb">
    <w:name w:val="Subtle Reference"/>
    <w:basedOn w:val="a2"/>
    <w:uiPriority w:val="31"/>
    <w:qFormat/>
    <w:rsid w:val="009F31CE"/>
    <w:rPr>
      <w:smallCaps/>
      <w:color w:val="5A5A5A" w:themeColor="text1" w:themeTint="A5"/>
    </w:rPr>
  </w:style>
  <w:style w:type="character" w:styleId="affc">
    <w:name w:val="Intense Reference"/>
    <w:basedOn w:val="a2"/>
    <w:uiPriority w:val="32"/>
    <w:qFormat/>
    <w:rsid w:val="009F31CE"/>
    <w:rPr>
      <w:b/>
      <w:bCs/>
      <w:smallCaps/>
      <w:color w:val="5B9BD5" w:themeColor="accent1"/>
      <w:spacing w:val="5"/>
    </w:rPr>
  </w:style>
  <w:style w:type="table" w:styleId="aff2">
    <w:name w:val="Light Shading"/>
    <w:basedOn w:val="a3"/>
    <w:uiPriority w:val="60"/>
    <w:semiHidden/>
    <w:unhideWhenUsed/>
    <w:rsid w:val="009F31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9F31C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semiHidden/>
    <w:unhideWhenUsed/>
    <w:rsid w:val="009F31CE"/>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rsid w:val="009F31C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sid w:val="009F31CE"/>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rsid w:val="009F31CE"/>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semiHidden/>
    <w:unhideWhenUsed/>
    <w:rsid w:val="009F31CE"/>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3">
    <w:name w:val="Light List"/>
    <w:basedOn w:val="a3"/>
    <w:uiPriority w:val="61"/>
    <w:semiHidden/>
    <w:unhideWhenUsed/>
    <w:rsid w:val="009F31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9F31C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semiHidden/>
    <w:unhideWhenUsed/>
    <w:rsid w:val="009F31C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rsid w:val="009F31C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rsid w:val="009F31C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rsid w:val="009F31C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semiHidden/>
    <w:unhideWhenUsed/>
    <w:rsid w:val="009F31C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4">
    <w:name w:val="Light Grid"/>
    <w:basedOn w:val="a3"/>
    <w:uiPriority w:val="62"/>
    <w:semiHidden/>
    <w:unhideWhenUsed/>
    <w:rsid w:val="009F31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9F31C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3"/>
    <w:uiPriority w:val="62"/>
    <w:semiHidden/>
    <w:unhideWhenUsed/>
    <w:rsid w:val="009F31C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semiHidden/>
    <w:unhideWhenUsed/>
    <w:rsid w:val="009F31C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semiHidden/>
    <w:unhideWhenUsed/>
    <w:rsid w:val="009F31C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semiHidden/>
    <w:unhideWhenUsed/>
    <w:rsid w:val="009F31C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2">
    <w:name w:val="Light Grid Accent 6"/>
    <w:basedOn w:val="a3"/>
    <w:uiPriority w:val="62"/>
    <w:semiHidden/>
    <w:unhideWhenUsed/>
    <w:rsid w:val="009F31C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f">
    <w:name w:val="Medium Shading 1"/>
    <w:basedOn w:val="a3"/>
    <w:uiPriority w:val="63"/>
    <w:semiHidden/>
    <w:unhideWhenUsed/>
    <w:rsid w:val="009F31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9F31C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9F31C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9F31C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9F31C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9F31C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9F31C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c">
    <w:name w:val="Medium Shading 2"/>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
    <w:name w:val="Medium Shading 2 Accent 4"/>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9F31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0">
    <w:name w:val="Medium List 1"/>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semiHidden/>
    <w:unhideWhenUsed/>
    <w:rsid w:val="009F31CE"/>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d">
    <w:name w:val="Medium List 2"/>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1">
    <w:name w:val="Medium Grid 1"/>
    <w:basedOn w:val="a3"/>
    <w:uiPriority w:val="67"/>
    <w:semiHidden/>
    <w:unhideWhenUsed/>
    <w:rsid w:val="009F31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9F31C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3"/>
    <w:uiPriority w:val="67"/>
    <w:semiHidden/>
    <w:unhideWhenUsed/>
    <w:rsid w:val="009F31C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semiHidden/>
    <w:unhideWhenUsed/>
    <w:rsid w:val="009F31C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semiHidden/>
    <w:unhideWhenUsed/>
    <w:rsid w:val="009F31C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semiHidden/>
    <w:unhideWhenUsed/>
    <w:rsid w:val="009F31C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3"/>
    <w:uiPriority w:val="67"/>
    <w:semiHidden/>
    <w:unhideWhenUsed/>
    <w:rsid w:val="009F31C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9F31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3"/>
    <w:uiPriority w:val="69"/>
    <w:semiHidden/>
    <w:unhideWhenUsed/>
    <w:rsid w:val="009F31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5">
    <w:name w:val="Dark List"/>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3">
    <w:name w:val="Dark List Accent 2"/>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3"/>
    <w:uiPriority w:val="70"/>
    <w:semiHidden/>
    <w:unhideWhenUsed/>
    <w:rsid w:val="009F31CE"/>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6">
    <w:name w:val="Colorful Shading"/>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9F31CE"/>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5">
    <w:name w:val="Colorful List Accent 6"/>
    <w:basedOn w:val="a3"/>
    <w:uiPriority w:val="72"/>
    <w:semiHidden/>
    <w:unhideWhenUsed/>
    <w:rsid w:val="009F31CE"/>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8">
    <w:name w:val="Colorful Grid"/>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3"/>
    <w:uiPriority w:val="73"/>
    <w:semiHidden/>
    <w:unhideWhenUsed/>
    <w:rsid w:val="009F31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f">
    <w:name w:val="Сетка таблицы2"/>
    <w:basedOn w:val="a3"/>
    <w:next w:val="a9"/>
    <w:uiPriority w:val="59"/>
    <w:rsid w:val="009F31CE"/>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83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ilologos.narod.ru/" TargetMode="External"/><Relationship Id="rId18" Type="http://schemas.openxmlformats.org/officeDocument/2006/relationships/hyperlink" Target="http://cfrl.ruslang.ru/" TargetMode="External"/><Relationship Id="rId26" Type="http://schemas.openxmlformats.org/officeDocument/2006/relationships/hyperlink" Target="http://www.philology.ru/" TargetMode="External"/><Relationship Id="rId39" Type="http://schemas.openxmlformats.org/officeDocument/2006/relationships/theme" Target="theme/theme1.xml"/><Relationship Id="rId21" Type="http://schemas.openxmlformats.org/officeDocument/2006/relationships/hyperlink" Target="http://www.medialingua.ru/" TargetMode="External"/><Relationship Id="rId34" Type="http://schemas.openxmlformats.org/officeDocument/2006/relationships/hyperlink" Target="http://dic.academic.ru/" TargetMode="External"/><Relationship Id="rId7" Type="http://schemas.openxmlformats.org/officeDocument/2006/relationships/hyperlink" Target="http://www.gramma.ru/" TargetMode="External"/><Relationship Id="rId12" Type="http://schemas.openxmlformats.org/officeDocument/2006/relationships/hyperlink" Target="http://philologos.narod.ru/" TargetMode="External"/><Relationship Id="rId17" Type="http://schemas.openxmlformats.org/officeDocument/2006/relationships/hyperlink" Target="http://cfrl.ruslang.ru/" TargetMode="External"/><Relationship Id="rId25" Type="http://schemas.openxmlformats.org/officeDocument/2006/relationships/hyperlink" Target="http://www.medialingua.ru/" TargetMode="External"/><Relationship Id="rId33" Type="http://schemas.openxmlformats.org/officeDocument/2006/relationships/hyperlink" Target="http://dic.academic.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frl.ruslang.ru/" TargetMode="External"/><Relationship Id="rId20" Type="http://schemas.openxmlformats.org/officeDocument/2006/relationships/hyperlink" Target="http://cfrl.ruslang.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hyperlink" Target="http://www.gramma.ru/" TargetMode="External"/><Relationship Id="rId11" Type="http://schemas.openxmlformats.org/officeDocument/2006/relationships/hyperlink" Target="http://philologos.narod.ru/" TargetMode="External"/><Relationship Id="rId24" Type="http://schemas.openxmlformats.org/officeDocument/2006/relationships/hyperlink" Target="http://www.medialingua.ru/" TargetMode="External"/><Relationship Id="rId32" Type="http://schemas.openxmlformats.org/officeDocument/2006/relationships/hyperlink" Target="http://dic.academic.ru/" TargetMode="External"/><Relationship Id="rId37" Type="http://schemas.openxmlformats.org/officeDocument/2006/relationships/hyperlink" Target="http://www.gramma.ru/" TargetMode="External"/><Relationship Id="rId5" Type="http://schemas.openxmlformats.org/officeDocument/2006/relationships/hyperlink" Target="http://www.gramma.ru/" TargetMode="External"/><Relationship Id="rId15" Type="http://schemas.openxmlformats.org/officeDocument/2006/relationships/hyperlink" Target="http://philologos.narod.ru/" TargetMode="External"/><Relationship Id="rId23" Type="http://schemas.openxmlformats.org/officeDocument/2006/relationships/hyperlink" Target="http://www.medialingua.ru/" TargetMode="External"/><Relationship Id="rId28" Type="http://schemas.openxmlformats.org/officeDocument/2006/relationships/hyperlink" Target="http://www.philology.ru/" TargetMode="External"/><Relationship Id="rId36" Type="http://schemas.openxmlformats.org/officeDocument/2006/relationships/hyperlink" Target="http://philologos.narod.ru/" TargetMode="External"/><Relationship Id="rId10" Type="http://schemas.openxmlformats.org/officeDocument/2006/relationships/hyperlink" Target="http://www.gramma.ru/" TargetMode="External"/><Relationship Id="rId19" Type="http://schemas.openxmlformats.org/officeDocument/2006/relationships/hyperlink" Target="http://cfrl.ruslang.ru/" TargetMode="External"/><Relationship Id="rId31" Type="http://schemas.openxmlformats.org/officeDocument/2006/relationships/hyperlink" Target="http://dic.academic.ru/" TargetMode="External"/><Relationship Id="rId4" Type="http://schemas.openxmlformats.org/officeDocument/2006/relationships/webSettings" Target="webSettings.xml"/><Relationship Id="rId9" Type="http://schemas.openxmlformats.org/officeDocument/2006/relationships/hyperlink" Target="http://www.gramma.ru/" TargetMode="External"/><Relationship Id="rId14" Type="http://schemas.openxmlformats.org/officeDocument/2006/relationships/hyperlink" Target="http://philologos.narod.ru/" TargetMode="External"/><Relationship Id="rId22" Type="http://schemas.openxmlformats.org/officeDocument/2006/relationships/hyperlink" Target="http://www.medialingua.ru/" TargetMode="External"/><Relationship Id="rId27" Type="http://schemas.openxmlformats.org/officeDocument/2006/relationships/hyperlink" Target="http://www.philology.ru/" TargetMode="External"/><Relationship Id="rId30" Type="http://schemas.openxmlformats.org/officeDocument/2006/relationships/hyperlink" Target="http://dic.academic.ru/" TargetMode="External"/><Relationship Id="rId35" Type="http://schemas.openxmlformats.org/officeDocument/2006/relationships/hyperlink" Target="https://uchi.ru/" TargetMode="External"/><Relationship Id="rId8" Type="http://schemas.openxmlformats.org/officeDocument/2006/relationships/hyperlink" Target="http://www.gramma.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15744</Words>
  <Characters>89743</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Егорова</cp:lastModifiedBy>
  <cp:revision>6</cp:revision>
  <dcterms:created xsi:type="dcterms:W3CDTF">2023-02-19T13:33:00Z</dcterms:created>
  <dcterms:modified xsi:type="dcterms:W3CDTF">2023-02-22T06:19:00Z</dcterms:modified>
</cp:coreProperties>
</file>